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35F9B4D3" w14:textId="1A53B356" w:rsidR="00F679D3" w:rsidRDefault="00AB08BD" w:rsidP="00F679D3">
      <w:pPr>
        <w:spacing w:after="0" w:line="240" w:lineRule="auto"/>
        <w:rPr>
          <w:rFonts w:asciiTheme="minorHAnsi" w:hAnsiTheme="minorHAnsi"/>
          <w:b/>
          <w:color w:val="0C3666"/>
          <w:sz w:val="72"/>
          <w:szCs w:val="72"/>
          <w:lang w:eastAsia="zh-CN"/>
        </w:rPr>
      </w:pPr>
      <w:r w:rsidRPr="00F679D3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CORNER CHANNEL</w:t>
      </w:r>
    </w:p>
    <w:p w14:paraId="06DC109C" w14:textId="1813A284" w:rsidR="00F0490C" w:rsidRPr="008A2021" w:rsidRDefault="00F679D3" w:rsidP="00073BBF">
      <w:pPr>
        <w:spacing w:afterLines="50" w:after="120" w:line="240" w:lineRule="auto"/>
        <w:rPr>
          <w:rFonts w:asciiTheme="minorHAnsi" w:hAnsiTheme="minorHAnsi"/>
          <w:bCs/>
          <w:i/>
          <w:iCs/>
          <w:color w:val="0C3666"/>
          <w:sz w:val="44"/>
          <w:szCs w:val="44"/>
          <w:lang w:eastAsia="zh-CN"/>
        </w:rPr>
      </w:pPr>
      <w:r w:rsidRPr="008A2021">
        <w:rPr>
          <w:rFonts w:asciiTheme="minorHAnsi" w:hAnsiTheme="minorHAnsi"/>
          <w:bCs/>
          <w:i/>
          <w:iCs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03FBC822">
                <wp:simplePos x="0" y="0"/>
                <wp:positionH relativeFrom="column">
                  <wp:posOffset>-1601</wp:posOffset>
                </wp:positionH>
                <wp:positionV relativeFrom="paragraph">
                  <wp:posOffset>299720</wp:posOffset>
                </wp:positionV>
                <wp:extent cx="7068261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6826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83218E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23.6pt" to="556.4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1F2119" w:rsidRPr="008A2021">
        <w:rPr>
          <w:rFonts w:asciiTheme="minorHAnsi" w:hAnsiTheme="minorHAnsi"/>
          <w:bCs/>
          <w:i/>
          <w:iCs/>
          <w:noProof/>
          <w:color w:val="0C3666"/>
          <w:sz w:val="44"/>
          <w:szCs w:val="44"/>
        </w:rPr>
        <w:drawing>
          <wp:anchor distT="0" distB="0" distL="114300" distR="114300" simplePos="0" relativeHeight="251678720" behindDoc="0" locked="0" layoutInCell="1" allowOverlap="1" wp14:anchorId="59F6565F" wp14:editId="72C018B0">
            <wp:simplePos x="0" y="0"/>
            <wp:positionH relativeFrom="column">
              <wp:posOffset>-207645</wp:posOffset>
            </wp:positionH>
            <wp:positionV relativeFrom="paragraph">
              <wp:posOffset>1430103</wp:posOffset>
            </wp:positionV>
            <wp:extent cx="262255" cy="243205"/>
            <wp:effectExtent l="0" t="0" r="4445" b="4445"/>
            <wp:wrapNone/>
            <wp:docPr id="5679398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39898" name="图片 567939898"/>
                    <pic:cNvPicPr/>
                  </pic:nvPicPr>
                  <pic:blipFill rotWithShape="1">
                    <a:blip r:embed="rId9"/>
                    <a:srcRect l="61047" t="11548" r="22205" b="6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243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2021">
        <w:rPr>
          <w:rFonts w:asciiTheme="minorHAnsi" w:hAnsiTheme="minorHAnsi" w:hint="eastAsia"/>
          <w:bCs/>
          <w:i/>
          <w:iCs/>
          <w:color w:val="0C3666"/>
          <w:sz w:val="44"/>
          <w:szCs w:val="44"/>
          <w:lang w:eastAsia="zh-CN"/>
        </w:rPr>
        <w:t>DRYWALL SYSTEM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22CD961A" w14:textId="714BA06E" w:rsidR="001F2119" w:rsidRPr="001F2119" w:rsidRDefault="00FD2E4D" w:rsidP="00073BBF">
            <w:pPr>
              <w:spacing w:beforeLines="70" w:before="168" w:after="120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9DF32E1" wp14:editId="3D59C0B4">
                      <wp:simplePos x="0" y="0"/>
                      <wp:positionH relativeFrom="column">
                        <wp:posOffset>-127000</wp:posOffset>
                      </wp:positionH>
                      <wp:positionV relativeFrom="paragraph">
                        <wp:posOffset>-244475</wp:posOffset>
                      </wp:positionV>
                      <wp:extent cx="1791970" cy="453390"/>
                      <wp:effectExtent l="0" t="0" r="0" b="3810"/>
                      <wp:wrapNone/>
                      <wp:docPr id="373076040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1970" cy="4533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011119" w14:textId="415A167F" w:rsidR="004507A5" w:rsidRPr="001F2119" w:rsidRDefault="004507A5" w:rsidP="004507A5">
                                  <w:pPr>
                                    <w:spacing w:beforeLines="70" w:before="168" w:after="120"/>
                                    <w:ind w:firstLineChars="100" w:firstLine="240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D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XL- 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CB SERIES</w:t>
                                  </w:r>
                                </w:p>
                                <w:p w14:paraId="64FD820A" w14:textId="77777777" w:rsidR="004507A5" w:rsidRDefault="004507A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DF32E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left:0;text-align:left;margin-left:-10pt;margin-top:-19.25pt;width:141.1pt;height:35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" filled="f" stroked="f" strokeweight=".5pt">
                      <v:textbox>
                        <w:txbxContent>
                          <w:p w14:paraId="0D011119" w14:textId="415A167F" w:rsidR="004507A5" w:rsidRPr="001F2119" w:rsidRDefault="004507A5" w:rsidP="004507A5">
                            <w:pPr>
                              <w:spacing w:beforeLines="70" w:before="168" w:after="120"/>
                              <w:ind w:firstLineChars="100" w:firstLine="2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D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XL- 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CB SERIES</w:t>
                            </w:r>
                          </w:p>
                          <w:p w14:paraId="64FD820A" w14:textId="77777777" w:rsidR="004507A5" w:rsidRDefault="004507A5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4942A2A" wp14:editId="4CFAB30B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105410</wp:posOffset>
                      </wp:positionV>
                      <wp:extent cx="2947670" cy="474980"/>
                      <wp:effectExtent l="0" t="0" r="0" b="1270"/>
                      <wp:wrapNone/>
                      <wp:docPr id="148211435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47670" cy="4749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DFCF4E1" w14:textId="77777777" w:rsidR="004507A5" w:rsidRDefault="004507A5" w:rsidP="004507A5">
                                  <w:pPr>
                                    <w:tabs>
                                      <w:tab w:val="left" w:pos="3006"/>
                                    </w:tabs>
                                    <w:spacing w:after="0"/>
                                    <w:ind w:leftChars="100" w:left="180" w:firstLineChars="100" w:firstLine="160"/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</w:pPr>
                                  <w:r w:rsidRPr="001F2119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Corner Channels are cold-formed galvanized steel profiles used for drywall corner reinforcement, edge protection and finishing applications.</w:t>
                                  </w:r>
                                </w:p>
                                <w:p w14:paraId="4E4BB2A3" w14:textId="77777777" w:rsidR="00FD2E4D" w:rsidRPr="001F2119" w:rsidRDefault="00FD2E4D" w:rsidP="004507A5">
                                  <w:pPr>
                                    <w:tabs>
                                      <w:tab w:val="left" w:pos="3006"/>
                                    </w:tabs>
                                    <w:spacing w:after="0"/>
                                    <w:ind w:leftChars="100" w:left="180" w:firstLineChars="100" w:firstLine="160"/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</w:pPr>
                                </w:p>
                                <w:p w14:paraId="0CCC8838" w14:textId="77777777" w:rsidR="004507A5" w:rsidRDefault="004507A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942A2A" id="文本框 4" o:spid="_x0000_s1027" type="#_x0000_t202" style="position:absolute;left:0;text-align:left;margin-left:-1.8pt;margin-top:8.3pt;width:232.1pt;height:37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" filled="f" stroked="f" strokeweight=".5pt">
                      <v:textbox>
                        <w:txbxContent>
                          <w:p w14:paraId="3DFCF4E1" w14:textId="77777777" w:rsidR="004507A5" w:rsidRDefault="004507A5" w:rsidP="004507A5">
                            <w:pPr>
                              <w:tabs>
                                <w:tab w:val="left" w:pos="3006"/>
                              </w:tabs>
                              <w:spacing w:after="0"/>
                              <w:ind w:leftChars="100" w:left="180" w:firstLineChars="100" w:firstLine="160"/>
                              <w:rPr>
                                <w:rFonts w:asciiTheme="minorHAnsi" w:hAnsiTheme="minorHAnsi"/>
                                <w:sz w:val="16"/>
                              </w:rPr>
                            </w:pPr>
                            <w:r w:rsidRPr="001F2119">
                              <w:rPr>
                                <w:rFonts w:asciiTheme="minorHAnsi" w:hAnsiTheme="minorHAnsi"/>
                                <w:sz w:val="16"/>
                              </w:rPr>
                              <w:t>DXL Corner Channels are cold-formed galvanized steel profiles used for drywall corner reinforcement, edge protection and finishing applications.</w:t>
                            </w:r>
                          </w:p>
                          <w:p w14:paraId="4E4BB2A3" w14:textId="77777777" w:rsidR="00FD2E4D" w:rsidRPr="001F2119" w:rsidRDefault="00FD2E4D" w:rsidP="004507A5">
                            <w:pPr>
                              <w:tabs>
                                <w:tab w:val="left" w:pos="3006"/>
                              </w:tabs>
                              <w:spacing w:after="0"/>
                              <w:ind w:leftChars="100" w:left="180" w:firstLineChars="100" w:firstLine="160"/>
                              <w:rPr>
                                <w:rFonts w:asciiTheme="minorHAnsi" w:hAnsiTheme="minorHAnsi"/>
                                <w:sz w:val="16"/>
                              </w:rPr>
                            </w:pPr>
                          </w:p>
                          <w:p w14:paraId="0CCC8838" w14:textId="77777777" w:rsidR="004507A5" w:rsidRDefault="004507A5"/>
                        </w:txbxContent>
                      </v:textbox>
                    </v:shape>
                  </w:pict>
                </mc:Fallback>
              </mc:AlternateContent>
            </w:r>
          </w:p>
          <w:p w14:paraId="2C3B5DE5" w14:textId="77777777" w:rsidR="00FD2E4D" w:rsidRDefault="00FD2E4D" w:rsidP="00E66A93">
            <w:pPr>
              <w:ind w:firstLineChars="100" w:firstLine="240"/>
              <w:rPr>
                <w:rFonts w:asciiTheme="minorHAnsi" w:hAnsiTheme="minorHAnsi"/>
                <w:b/>
                <w:color w:val="0C3666"/>
                <w:sz w:val="24"/>
                <w:szCs w:val="24"/>
              </w:rPr>
            </w:pPr>
          </w:p>
          <w:p w14:paraId="773055DA" w14:textId="4911000A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DE1D3D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45A7F10" w14:textId="7900D9F1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1258762B" w:rsidR="00CA2534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Drywall </w:t>
                  </w:r>
                  <w:r w:rsidR="005367EE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Corner Channel</w:t>
                  </w:r>
                </w:p>
              </w:tc>
            </w:tr>
            <w:tr w:rsidR="00F0490C" w:rsidRPr="008E2A84" w14:paraId="37252975" w14:textId="77777777" w:rsidTr="00DE1D3D">
              <w:trPr>
                <w:trHeight w:val="363"/>
              </w:trPr>
              <w:tc>
                <w:tcPr>
                  <w:tcW w:w="2280" w:type="dxa"/>
                  <w:vAlign w:val="center"/>
                </w:tcPr>
                <w:p w14:paraId="1CEA4F65" w14:textId="2180CAD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Model No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5592DEB2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5367EE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CB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DE1D3D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27B4459F" w14:textId="337BC3C9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402F1A09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DE1D3D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61C2BA8" w14:textId="2678B498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13DB284E" w:rsidR="00F0490C" w:rsidRPr="008E2A84" w:rsidRDefault="001A13B2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1A13B2">
                    <w:rPr>
                      <w:rFonts w:asciiTheme="minorHAnsi" w:hAnsiTheme="minorHAnsi"/>
                      <w:szCs w:val="18"/>
                    </w:rPr>
                    <w:t>Drywall corner reinforcement and edge protection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FBA96CE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DE1D3D">
              <w:tc>
                <w:tcPr>
                  <w:tcW w:w="2268" w:type="dxa"/>
                  <w:vAlign w:val="center"/>
                </w:tcPr>
                <w:p w14:paraId="0D8A0BB7" w14:textId="3A64EA8D" w:rsidR="00F0490C" w:rsidRPr="008E2A84" w:rsidRDefault="00A94B0E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</w:tcPr>
                <w:p w14:paraId="03F016CB" w14:textId="416F139A" w:rsidR="00F0490C" w:rsidRPr="008E2A84" w:rsidRDefault="00A94B0E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DE1D3D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028AD5A8" w:rsidR="00F0490C" w:rsidRPr="008E2A84" w:rsidRDefault="000074C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0074C1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0.35 - 0.50 mm</w:t>
                  </w:r>
                </w:p>
              </w:tc>
            </w:tr>
            <w:tr w:rsidR="00F0490C" w:rsidRPr="008E2A84" w14:paraId="322824FA" w14:textId="77777777" w:rsidTr="00DE1D3D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2CE85E6D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3E5238">
              <w:tc>
                <w:tcPr>
                  <w:tcW w:w="2268" w:type="dxa"/>
                </w:tcPr>
                <w:p w14:paraId="2B385B45" w14:textId="4A76C1E8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1D063F2E" w:rsidR="00F0490C" w:rsidRPr="008E2A84" w:rsidRDefault="0028201E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04DCA241" w14:textId="77777777" w:rsidTr="003E5238">
              <w:tc>
                <w:tcPr>
                  <w:tcW w:w="2268" w:type="dxa"/>
                </w:tcPr>
                <w:p w14:paraId="48D514A7" w14:textId="05089A0F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C2385A">
              <w:tc>
                <w:tcPr>
                  <w:tcW w:w="2268" w:type="dxa"/>
                  <w:vAlign w:val="center"/>
                </w:tcPr>
                <w:p w14:paraId="1F493909" w14:textId="1F3EFA42" w:rsidR="00F0490C" w:rsidRPr="008E2A84" w:rsidRDefault="00A859A9" w:rsidP="00C2385A">
                  <w:pPr>
                    <w:spacing w:line="276" w:lineRule="auto"/>
                    <w:jc w:val="both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788C4BDB" w:rsidR="00F0490C" w:rsidRPr="008E2A84" w:rsidRDefault="0028201E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E88B95D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D372BE">
              <w:tc>
                <w:tcPr>
                  <w:tcW w:w="2268" w:type="dxa"/>
                </w:tcPr>
                <w:p w14:paraId="3F682845" w14:textId="1FE06D65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04FEF43D" w:rsidR="00F0490C" w:rsidRPr="008E2A84" w:rsidRDefault="00F642F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28201E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D372BE">
              <w:tc>
                <w:tcPr>
                  <w:tcW w:w="2268" w:type="dxa"/>
                </w:tcPr>
                <w:p w14:paraId="49E4719B" w14:textId="63016B7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5C855C72" w:rsidR="00F0490C" w:rsidRPr="008E2A84" w:rsidRDefault="00F642F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F57D02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D372BE">
              <w:tc>
                <w:tcPr>
                  <w:tcW w:w="2268" w:type="dxa"/>
                </w:tcPr>
                <w:p w14:paraId="332A758C" w14:textId="79D5B82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35265DE0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F642F6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750E59C4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68B1F77C" w:rsidR="005D7839" w:rsidRDefault="00DF5A9A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E703A60" wp14:editId="32DA0248">
                        <wp:extent cx="2625725" cy="1673860"/>
                        <wp:effectExtent l="0" t="0" r="3175" b="2540"/>
                        <wp:docPr id="1256426617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56426617" name="图片 1256426617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25725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06767414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</w:t>
            </w:r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209755D1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0" w:name="_Hlk228031567"/>
                  <w:r>
                    <w:rPr>
                      <w:rFonts w:hint="eastAsia"/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28CBE57C" wp14:editId="15CEDD06">
                        <wp:simplePos x="0" y="0"/>
                        <wp:positionH relativeFrom="column">
                          <wp:posOffset>19685</wp:posOffset>
                        </wp:positionH>
                        <wp:positionV relativeFrom="paragraph">
                          <wp:posOffset>-1889760</wp:posOffset>
                        </wp:positionV>
                        <wp:extent cx="2617470" cy="1821180"/>
                        <wp:effectExtent l="0" t="0" r="0" b="0"/>
                        <wp:wrapTopAndBottom/>
                        <wp:docPr id="1902792176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2792176" name="图片 1902792176"/>
                                <pic:cNvPicPr/>
                              </pic:nvPicPr>
                              <pic:blipFill rotWithShape="1">
                                <a:blip r:embed="rId11"/>
                                <a:srcRect l="33561" t="25797" r="35091" b="229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17470" cy="18211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4665D0D9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8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" stroked="f">
                      <v:textbox>
                        <w:txbxContent>
                          <w:p w14:paraId="29E8DFC6" w14:textId="4665D0D9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11F52FA" w14:textId="0C683131" w:rsidR="00A65E09" w:rsidRDefault="00A65E09">
      <w:pPr>
        <w:rPr>
          <w:lang w:eastAsia="zh-CN"/>
        </w:rPr>
      </w:pPr>
    </w:p>
    <w:p w14:paraId="2CE166FF" w14:textId="77777777" w:rsidR="00F518FA" w:rsidRDefault="00F518FA">
      <w:pPr>
        <w:rPr>
          <w:lang w:eastAsia="zh-CN"/>
        </w:rPr>
      </w:pPr>
    </w:p>
    <w:p w14:paraId="4FC34675" w14:textId="77777777" w:rsidR="00F518FA" w:rsidRDefault="00F518FA">
      <w:pPr>
        <w:rPr>
          <w:lang w:eastAsia="zh-CN"/>
        </w:rPr>
      </w:pPr>
    </w:p>
    <w:p w14:paraId="5660F64D" w14:textId="77777777" w:rsidR="00C8359A" w:rsidRDefault="00C8359A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1010" w:type="dxa"/>
        <w:tblLook w:val="04A0" w:firstRow="1" w:lastRow="0" w:firstColumn="1" w:lastColumn="0" w:noHBand="0" w:noVBand="1"/>
      </w:tblPr>
      <w:tblGrid>
        <w:gridCol w:w="1924"/>
        <w:gridCol w:w="1611"/>
        <w:gridCol w:w="1711"/>
        <w:gridCol w:w="2056"/>
        <w:gridCol w:w="2263"/>
        <w:gridCol w:w="1445"/>
      </w:tblGrid>
      <w:tr w:rsidR="00CE0D26" w14:paraId="5A60ACED" w14:textId="007DC3AF" w:rsidTr="00CE0D26">
        <w:trPr>
          <w:trHeight w:val="512"/>
        </w:trPr>
        <w:tc>
          <w:tcPr>
            <w:tcW w:w="1924" w:type="dxa"/>
            <w:vAlign w:val="center"/>
          </w:tcPr>
          <w:p w14:paraId="3AB3671D" w14:textId="337FC6B5" w:rsidR="00CE0D26" w:rsidRDefault="00CE0D26" w:rsidP="00C2385A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611" w:type="dxa"/>
            <w:vAlign w:val="center"/>
          </w:tcPr>
          <w:p w14:paraId="0F8796EF" w14:textId="6E91244F" w:rsidR="00CE0D26" w:rsidRDefault="00CE0D26" w:rsidP="00C2385A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711" w:type="dxa"/>
            <w:vAlign w:val="center"/>
          </w:tcPr>
          <w:p w14:paraId="5FB608AB" w14:textId="2027C0D6" w:rsidR="00CE0D26" w:rsidRDefault="00CE0D26" w:rsidP="00C238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056" w:type="dxa"/>
            <w:vAlign w:val="center"/>
          </w:tcPr>
          <w:p w14:paraId="65776AA6" w14:textId="5658688A" w:rsidR="00CE0D26" w:rsidRDefault="00CE0D26" w:rsidP="00C2385A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263" w:type="dxa"/>
            <w:vAlign w:val="center"/>
          </w:tcPr>
          <w:p w14:paraId="31435D0A" w14:textId="73B8B532" w:rsidR="00CE0D26" w:rsidRDefault="00CE0D26" w:rsidP="00C238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445" w:type="dxa"/>
            <w:vAlign w:val="center"/>
          </w:tcPr>
          <w:p w14:paraId="73C8AEEB" w14:textId="00205830" w:rsidR="00CE0D26" w:rsidRDefault="00CE0D26" w:rsidP="00C2385A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CE0D26" w14:paraId="609D7D7B" w14:textId="74EB5CDD" w:rsidTr="00CE0D26">
        <w:trPr>
          <w:trHeight w:val="465"/>
        </w:trPr>
        <w:tc>
          <w:tcPr>
            <w:tcW w:w="1924" w:type="dxa"/>
            <w:vAlign w:val="center"/>
          </w:tcPr>
          <w:p w14:paraId="49D6D957" w14:textId="69DE0791" w:rsidR="00CE0D26" w:rsidRDefault="00CE0D26" w:rsidP="00C238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DXL-CB-20</w:t>
            </w:r>
          </w:p>
        </w:tc>
        <w:tc>
          <w:tcPr>
            <w:tcW w:w="1611" w:type="dxa"/>
            <w:vAlign w:val="center"/>
          </w:tcPr>
          <w:p w14:paraId="525CAD48" w14:textId="24AD698E" w:rsidR="00CE0D26" w:rsidRDefault="00CE0D26" w:rsidP="00C238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711" w:type="dxa"/>
            <w:vAlign w:val="center"/>
          </w:tcPr>
          <w:p w14:paraId="4870725B" w14:textId="3001A1B0" w:rsidR="00CE0D26" w:rsidRDefault="00CE0D26" w:rsidP="00C238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2056" w:type="dxa"/>
            <w:vAlign w:val="center"/>
          </w:tcPr>
          <w:p w14:paraId="1CDFE6AD" w14:textId="50F26C79" w:rsidR="00CE0D26" w:rsidRDefault="00CE0D26" w:rsidP="00C2385A">
            <w:pPr>
              <w:rPr>
                <w:lang w:eastAsia="zh-CN"/>
              </w:rPr>
            </w:pPr>
            <w:r>
              <w:rPr>
                <w:rFonts w:asciiTheme="minorHAnsi" w:hAnsiTheme="minorHAnsi" w:hint="eastAsia"/>
                <w:szCs w:val="18"/>
                <w:lang w:eastAsia="zh-CN"/>
              </w:rPr>
              <w:t>0.35 - 0.50 mm</w:t>
            </w:r>
          </w:p>
        </w:tc>
        <w:tc>
          <w:tcPr>
            <w:tcW w:w="2263" w:type="dxa"/>
            <w:vAlign w:val="center"/>
          </w:tcPr>
          <w:p w14:paraId="54A1379D" w14:textId="565D5256" w:rsidR="00CE0D26" w:rsidRDefault="00CE0D26" w:rsidP="00C238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45" w:type="dxa"/>
            <w:vAlign w:val="center"/>
          </w:tcPr>
          <w:p w14:paraId="04567A75" w14:textId="34F64AA8" w:rsidR="00CE0D26" w:rsidRDefault="00CE0D26" w:rsidP="00C2385A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CE0D26" w14:paraId="499B4627" w14:textId="04A48AD6" w:rsidTr="00CE0D26">
        <w:trPr>
          <w:trHeight w:val="512"/>
        </w:trPr>
        <w:tc>
          <w:tcPr>
            <w:tcW w:w="1924" w:type="dxa"/>
            <w:vAlign w:val="center"/>
          </w:tcPr>
          <w:p w14:paraId="14E3D45E" w14:textId="6031AE11" w:rsidR="00CE0D26" w:rsidRDefault="00CE0D26" w:rsidP="000074C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DXL-CB-30</w:t>
            </w:r>
          </w:p>
        </w:tc>
        <w:tc>
          <w:tcPr>
            <w:tcW w:w="1611" w:type="dxa"/>
            <w:vAlign w:val="center"/>
          </w:tcPr>
          <w:p w14:paraId="0356D738" w14:textId="625312BE" w:rsidR="00CE0D26" w:rsidRDefault="00CE0D26" w:rsidP="000074C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711" w:type="dxa"/>
            <w:vAlign w:val="center"/>
          </w:tcPr>
          <w:p w14:paraId="358B343E" w14:textId="122D4CF5" w:rsidR="00CE0D26" w:rsidRDefault="00CE0D26" w:rsidP="000074C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2056" w:type="dxa"/>
            <w:vAlign w:val="center"/>
          </w:tcPr>
          <w:p w14:paraId="38601181" w14:textId="62A7D240" w:rsidR="00CE0D26" w:rsidRDefault="00CE0D26" w:rsidP="000074C1">
            <w:pPr>
              <w:jc w:val="both"/>
              <w:rPr>
                <w:lang w:eastAsia="zh-CN"/>
              </w:rPr>
            </w:pPr>
            <w:r w:rsidRPr="00F3496C">
              <w:rPr>
                <w:rFonts w:asciiTheme="minorHAnsi" w:hAnsiTheme="minorHAnsi" w:hint="eastAsia"/>
                <w:szCs w:val="18"/>
                <w:lang w:eastAsia="zh-CN"/>
              </w:rPr>
              <w:t>0.35 - 0.50 mm</w:t>
            </w:r>
          </w:p>
        </w:tc>
        <w:tc>
          <w:tcPr>
            <w:tcW w:w="2263" w:type="dxa"/>
            <w:vAlign w:val="center"/>
          </w:tcPr>
          <w:p w14:paraId="588C59AE" w14:textId="320A1F83" w:rsidR="00CE0D26" w:rsidRDefault="00CE0D26" w:rsidP="000074C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45" w:type="dxa"/>
            <w:vAlign w:val="center"/>
          </w:tcPr>
          <w:p w14:paraId="376EED4A" w14:textId="0EFD7E43" w:rsidR="00CE0D26" w:rsidRDefault="00CE0D26" w:rsidP="000074C1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CE0D26" w14:paraId="44AA4A9A" w14:textId="3591F68B" w:rsidTr="00CE0D26">
        <w:trPr>
          <w:trHeight w:val="465"/>
        </w:trPr>
        <w:tc>
          <w:tcPr>
            <w:tcW w:w="1924" w:type="dxa"/>
            <w:vAlign w:val="center"/>
          </w:tcPr>
          <w:p w14:paraId="64DF30A4" w14:textId="0C0093BF" w:rsidR="00CE0D26" w:rsidRDefault="00CE0D26" w:rsidP="000074C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DXL-CB-30-20</w:t>
            </w:r>
          </w:p>
        </w:tc>
        <w:tc>
          <w:tcPr>
            <w:tcW w:w="1611" w:type="dxa"/>
            <w:vAlign w:val="center"/>
          </w:tcPr>
          <w:p w14:paraId="6159E1B0" w14:textId="0453BEBC" w:rsidR="00CE0D26" w:rsidRDefault="00CE0D26" w:rsidP="000074C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711" w:type="dxa"/>
            <w:vAlign w:val="center"/>
          </w:tcPr>
          <w:p w14:paraId="5033FC2C" w14:textId="036EC243" w:rsidR="00CE0D26" w:rsidRDefault="00CE0D26" w:rsidP="000074C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2056" w:type="dxa"/>
            <w:vAlign w:val="center"/>
          </w:tcPr>
          <w:p w14:paraId="755DF8A7" w14:textId="54F5A30C" w:rsidR="00CE0D26" w:rsidRDefault="00CE0D26" w:rsidP="000074C1">
            <w:pPr>
              <w:jc w:val="both"/>
              <w:rPr>
                <w:lang w:eastAsia="zh-CN"/>
              </w:rPr>
            </w:pPr>
            <w:r w:rsidRPr="00F3496C">
              <w:rPr>
                <w:rFonts w:asciiTheme="minorHAnsi" w:hAnsiTheme="minorHAnsi" w:hint="eastAsia"/>
                <w:szCs w:val="18"/>
                <w:lang w:eastAsia="zh-CN"/>
              </w:rPr>
              <w:t>0.35 - 0.50 mm</w:t>
            </w:r>
          </w:p>
        </w:tc>
        <w:tc>
          <w:tcPr>
            <w:tcW w:w="2263" w:type="dxa"/>
            <w:vAlign w:val="center"/>
          </w:tcPr>
          <w:p w14:paraId="31190240" w14:textId="4967B477" w:rsidR="00CE0D26" w:rsidRDefault="00CE0D26" w:rsidP="000074C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45" w:type="dxa"/>
            <w:vAlign w:val="center"/>
          </w:tcPr>
          <w:p w14:paraId="3BABF0FD" w14:textId="715E4026" w:rsidR="00CE0D26" w:rsidRDefault="00CE0D26" w:rsidP="000074C1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CE0D26" w14:paraId="1751F208" w14:textId="4E48E01E" w:rsidTr="00CE0D26">
        <w:trPr>
          <w:trHeight w:val="465"/>
        </w:trPr>
        <w:tc>
          <w:tcPr>
            <w:tcW w:w="1924" w:type="dxa"/>
            <w:vAlign w:val="center"/>
          </w:tcPr>
          <w:p w14:paraId="30E4D4E2" w14:textId="1E87AF75" w:rsidR="00CE0D26" w:rsidRDefault="00CE0D26" w:rsidP="000074C1">
            <w:pPr>
              <w:rPr>
                <w:rFonts w:hint="eastAsia"/>
                <w:lang w:eastAsia="zh-CN"/>
              </w:rPr>
            </w:pPr>
          </w:p>
        </w:tc>
        <w:tc>
          <w:tcPr>
            <w:tcW w:w="1611" w:type="dxa"/>
            <w:vAlign w:val="center"/>
          </w:tcPr>
          <w:p w14:paraId="55C7B4BF" w14:textId="04AFAA33" w:rsidR="00CE0D26" w:rsidRDefault="00CE0D26" w:rsidP="000074C1">
            <w:pPr>
              <w:rPr>
                <w:rFonts w:hint="eastAsia"/>
                <w:lang w:eastAsia="zh-CN"/>
              </w:rPr>
            </w:pPr>
          </w:p>
        </w:tc>
        <w:tc>
          <w:tcPr>
            <w:tcW w:w="1711" w:type="dxa"/>
            <w:vAlign w:val="center"/>
          </w:tcPr>
          <w:p w14:paraId="696DEAA3" w14:textId="016C7A9B" w:rsidR="00CE0D26" w:rsidRDefault="00CE0D26" w:rsidP="000074C1">
            <w:pPr>
              <w:rPr>
                <w:rFonts w:hint="eastAsia"/>
                <w:lang w:eastAsia="zh-CN"/>
              </w:rPr>
            </w:pPr>
          </w:p>
        </w:tc>
        <w:tc>
          <w:tcPr>
            <w:tcW w:w="2056" w:type="dxa"/>
            <w:vAlign w:val="center"/>
          </w:tcPr>
          <w:p w14:paraId="38CF5498" w14:textId="2C105681" w:rsidR="00CE0D26" w:rsidRDefault="00CE0D26" w:rsidP="000074C1">
            <w:pPr>
              <w:jc w:val="both"/>
              <w:rPr>
                <w:lang w:eastAsia="zh-CN"/>
              </w:rPr>
            </w:pPr>
          </w:p>
        </w:tc>
        <w:tc>
          <w:tcPr>
            <w:tcW w:w="2263" w:type="dxa"/>
            <w:vAlign w:val="center"/>
          </w:tcPr>
          <w:p w14:paraId="04ED1BD8" w14:textId="0E95016C" w:rsidR="00CE0D26" w:rsidRDefault="00CE0D26" w:rsidP="000074C1">
            <w:pPr>
              <w:rPr>
                <w:rFonts w:hint="eastAsia"/>
                <w:lang w:eastAsia="zh-CN"/>
              </w:rPr>
            </w:pPr>
          </w:p>
        </w:tc>
        <w:tc>
          <w:tcPr>
            <w:tcW w:w="1445" w:type="dxa"/>
            <w:vAlign w:val="center"/>
          </w:tcPr>
          <w:p w14:paraId="5CCAC04E" w14:textId="4D3697A5" w:rsidR="00CE0D26" w:rsidRDefault="00CE0D26" w:rsidP="000074C1">
            <w:pPr>
              <w:rPr>
                <w:lang w:eastAsia="zh-CN"/>
              </w:rPr>
            </w:pPr>
          </w:p>
        </w:tc>
      </w:tr>
      <w:tr w:rsidR="00CE0D26" w14:paraId="4DCEA2F7" w14:textId="69404F45" w:rsidTr="00CE0D26">
        <w:trPr>
          <w:trHeight w:val="465"/>
        </w:trPr>
        <w:tc>
          <w:tcPr>
            <w:tcW w:w="1924" w:type="dxa"/>
            <w:vAlign w:val="center"/>
          </w:tcPr>
          <w:p w14:paraId="3DBED81A" w14:textId="457BC51F" w:rsidR="00CE0D26" w:rsidRDefault="00CE0D26" w:rsidP="00C2385A">
            <w:pPr>
              <w:rPr>
                <w:lang w:eastAsia="zh-CN"/>
              </w:rPr>
            </w:pPr>
          </w:p>
        </w:tc>
        <w:tc>
          <w:tcPr>
            <w:tcW w:w="1611" w:type="dxa"/>
            <w:vAlign w:val="center"/>
          </w:tcPr>
          <w:p w14:paraId="5D7523F4" w14:textId="09D10FFE" w:rsidR="00CE0D26" w:rsidRDefault="00CE0D26" w:rsidP="00C2385A">
            <w:pPr>
              <w:rPr>
                <w:lang w:eastAsia="zh-CN"/>
              </w:rPr>
            </w:pPr>
          </w:p>
        </w:tc>
        <w:tc>
          <w:tcPr>
            <w:tcW w:w="1711" w:type="dxa"/>
            <w:vAlign w:val="center"/>
          </w:tcPr>
          <w:p w14:paraId="71F11E8E" w14:textId="093D3933" w:rsidR="00CE0D26" w:rsidRDefault="00CE0D26" w:rsidP="00C2385A">
            <w:pPr>
              <w:rPr>
                <w:lang w:eastAsia="zh-CN"/>
              </w:rPr>
            </w:pPr>
          </w:p>
        </w:tc>
        <w:tc>
          <w:tcPr>
            <w:tcW w:w="2056" w:type="dxa"/>
            <w:vAlign w:val="center"/>
          </w:tcPr>
          <w:p w14:paraId="4A2E2266" w14:textId="704533DF" w:rsidR="00CE0D26" w:rsidRDefault="00CE0D26" w:rsidP="00C2385A">
            <w:pPr>
              <w:rPr>
                <w:lang w:eastAsia="zh-CN"/>
              </w:rPr>
            </w:pPr>
          </w:p>
        </w:tc>
        <w:tc>
          <w:tcPr>
            <w:tcW w:w="2263" w:type="dxa"/>
            <w:vAlign w:val="center"/>
          </w:tcPr>
          <w:p w14:paraId="66EA83C9" w14:textId="66D20EFC" w:rsidR="00CE0D26" w:rsidRDefault="00CE0D26" w:rsidP="00C2385A">
            <w:pPr>
              <w:rPr>
                <w:lang w:eastAsia="zh-CN"/>
              </w:rPr>
            </w:pPr>
          </w:p>
        </w:tc>
        <w:tc>
          <w:tcPr>
            <w:tcW w:w="1445" w:type="dxa"/>
            <w:vAlign w:val="center"/>
          </w:tcPr>
          <w:p w14:paraId="632DE939" w14:textId="79C1A91B" w:rsidR="00CE0D26" w:rsidRDefault="00CE0D26" w:rsidP="00C2385A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75AB05F5" w:rsidR="005D7839" w:rsidRPr="009C7882" w:rsidRDefault="009C7882" w:rsidP="009C7882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bookmarkStart w:id="1" w:name="_Hlk230632415"/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  <w:bookmarkEnd w:id="1"/>
    </w:p>
    <w:sectPr w:rsidR="005D7839" w:rsidRPr="009C7882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2219B7" w14:textId="77777777" w:rsidR="00166789" w:rsidRDefault="00166789">
      <w:pPr>
        <w:spacing w:after="0" w:line="240" w:lineRule="auto"/>
      </w:pPr>
      <w:r>
        <w:separator/>
      </w:r>
    </w:p>
  </w:endnote>
  <w:endnote w:type="continuationSeparator" w:id="0">
    <w:p w14:paraId="5668635D" w14:textId="77777777" w:rsidR="00166789" w:rsidRDefault="00166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7718A" w14:textId="483159B5" w:rsidR="00A36981" w:rsidRDefault="00A36981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BD6B87" wp14:editId="27309E01">
              <wp:simplePos x="0" y="0"/>
              <wp:positionH relativeFrom="column">
                <wp:posOffset>-362272</wp:posOffset>
              </wp:positionH>
              <wp:positionV relativeFrom="paragraph">
                <wp:posOffset>151311</wp:posOffset>
              </wp:positionV>
              <wp:extent cx="7846060" cy="562841"/>
              <wp:effectExtent l="57150" t="19050" r="59690" b="85090"/>
              <wp:wrapNone/>
              <wp:docPr id="1765985997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46060" cy="562841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 w="9525" cap="flat" cmpd="sng" algn="ctr">
                        <a:noFill/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txbx>
                      <w:txbxContent>
                        <w:p w14:paraId="20D4CE86" w14:textId="77777777" w:rsidR="00A36981" w:rsidRPr="00582B61" w:rsidRDefault="00A36981" w:rsidP="00A36981">
                          <w:pPr>
                            <w:spacing w:after="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1F03A773" w14:textId="77777777" w:rsidR="00A36981" w:rsidRPr="00582B61" w:rsidRDefault="00A36981" w:rsidP="00A36981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8BD6B87" id="矩形 5" o:spid="_x0000_s1029" style="position:absolute;margin-left:-28.55pt;margin-top:11.9pt;width:617.8pt;height:4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" fillcolor="#00458a" stroked="f">
              <v:shadow on="t" color="black" opacity="22937f" origin=",.5" offset="0,.63889mm"/>
              <v:textbox>
                <w:txbxContent>
                  <w:p w14:paraId="20D4CE86" w14:textId="77777777" w:rsidR="00A36981" w:rsidRPr="00582B61" w:rsidRDefault="00A36981" w:rsidP="00A36981">
                    <w:pPr>
                      <w:spacing w:after="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1F03A773" w14:textId="77777777" w:rsidR="00A36981" w:rsidRPr="00582B61" w:rsidRDefault="00A36981" w:rsidP="00A36981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</w:txbxContent>
              </v:textbox>
            </v:rect>
          </w:pict>
        </mc:Fallback>
      </mc:AlternateContent>
    </w:r>
  </w:p>
  <w:p w14:paraId="217FEFF4" w14:textId="5CEB4134" w:rsidR="00A36981" w:rsidRDefault="00A3698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76B5E" w14:textId="77777777" w:rsidR="00166789" w:rsidRDefault="00166789">
      <w:pPr>
        <w:spacing w:after="0" w:line="240" w:lineRule="auto"/>
      </w:pPr>
      <w:r>
        <w:separator/>
      </w:r>
    </w:p>
  </w:footnote>
  <w:footnote w:type="continuationSeparator" w:id="0">
    <w:p w14:paraId="1E7F48FE" w14:textId="77777777" w:rsidR="00166789" w:rsidRDefault="00166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47B"/>
    <w:rsid w:val="000074C1"/>
    <w:rsid w:val="00031E1F"/>
    <w:rsid w:val="00034616"/>
    <w:rsid w:val="00060005"/>
    <w:rsid w:val="0006063C"/>
    <w:rsid w:val="00071919"/>
    <w:rsid w:val="00073BBF"/>
    <w:rsid w:val="00083ADF"/>
    <w:rsid w:val="000B1106"/>
    <w:rsid w:val="000B2FA2"/>
    <w:rsid w:val="001224E5"/>
    <w:rsid w:val="00141136"/>
    <w:rsid w:val="00142F3F"/>
    <w:rsid w:val="00146BF0"/>
    <w:rsid w:val="0015074B"/>
    <w:rsid w:val="00166789"/>
    <w:rsid w:val="00183B5F"/>
    <w:rsid w:val="001A13B2"/>
    <w:rsid w:val="001E3ADD"/>
    <w:rsid w:val="001F16ED"/>
    <w:rsid w:val="001F2119"/>
    <w:rsid w:val="001F4358"/>
    <w:rsid w:val="001F453C"/>
    <w:rsid w:val="0020548B"/>
    <w:rsid w:val="00211066"/>
    <w:rsid w:val="00223CB6"/>
    <w:rsid w:val="0022501A"/>
    <w:rsid w:val="00234D5E"/>
    <w:rsid w:val="00236D8E"/>
    <w:rsid w:val="00241ADC"/>
    <w:rsid w:val="00242241"/>
    <w:rsid w:val="0025478D"/>
    <w:rsid w:val="00270E57"/>
    <w:rsid w:val="00281D1D"/>
    <w:rsid w:val="0028201E"/>
    <w:rsid w:val="0029639D"/>
    <w:rsid w:val="002A3BAB"/>
    <w:rsid w:val="002C4EB7"/>
    <w:rsid w:val="002D4093"/>
    <w:rsid w:val="00326F90"/>
    <w:rsid w:val="00363B02"/>
    <w:rsid w:val="00377148"/>
    <w:rsid w:val="003B4345"/>
    <w:rsid w:val="003D2476"/>
    <w:rsid w:val="003E5238"/>
    <w:rsid w:val="00423CB6"/>
    <w:rsid w:val="004507A5"/>
    <w:rsid w:val="004636FE"/>
    <w:rsid w:val="004A24CE"/>
    <w:rsid w:val="004B6852"/>
    <w:rsid w:val="004D1C23"/>
    <w:rsid w:val="004E1656"/>
    <w:rsid w:val="004F6543"/>
    <w:rsid w:val="004F7D63"/>
    <w:rsid w:val="00502980"/>
    <w:rsid w:val="00516DF0"/>
    <w:rsid w:val="005367EE"/>
    <w:rsid w:val="00536D5C"/>
    <w:rsid w:val="00553276"/>
    <w:rsid w:val="00582B61"/>
    <w:rsid w:val="005A214E"/>
    <w:rsid w:val="005A23D6"/>
    <w:rsid w:val="005B38EC"/>
    <w:rsid w:val="005D7839"/>
    <w:rsid w:val="00672FFF"/>
    <w:rsid w:val="006864AC"/>
    <w:rsid w:val="006F4391"/>
    <w:rsid w:val="00706F32"/>
    <w:rsid w:val="00745F59"/>
    <w:rsid w:val="00776DFC"/>
    <w:rsid w:val="007A6891"/>
    <w:rsid w:val="007F4A02"/>
    <w:rsid w:val="008112FF"/>
    <w:rsid w:val="008371AD"/>
    <w:rsid w:val="008A2021"/>
    <w:rsid w:val="008A455D"/>
    <w:rsid w:val="008B2151"/>
    <w:rsid w:val="008E2320"/>
    <w:rsid w:val="008E2A84"/>
    <w:rsid w:val="00916D09"/>
    <w:rsid w:val="00917064"/>
    <w:rsid w:val="00984677"/>
    <w:rsid w:val="009A1112"/>
    <w:rsid w:val="009A5DCA"/>
    <w:rsid w:val="009C7882"/>
    <w:rsid w:val="009E675F"/>
    <w:rsid w:val="009F07E2"/>
    <w:rsid w:val="00A0784F"/>
    <w:rsid w:val="00A23C60"/>
    <w:rsid w:val="00A36981"/>
    <w:rsid w:val="00A60F62"/>
    <w:rsid w:val="00A65E09"/>
    <w:rsid w:val="00A670F0"/>
    <w:rsid w:val="00A859A9"/>
    <w:rsid w:val="00A87442"/>
    <w:rsid w:val="00A94B0E"/>
    <w:rsid w:val="00AA1D8D"/>
    <w:rsid w:val="00AB08BD"/>
    <w:rsid w:val="00AD45A0"/>
    <w:rsid w:val="00B1392D"/>
    <w:rsid w:val="00B172B3"/>
    <w:rsid w:val="00B3214C"/>
    <w:rsid w:val="00B47730"/>
    <w:rsid w:val="00B511CC"/>
    <w:rsid w:val="00B801FB"/>
    <w:rsid w:val="00C01C32"/>
    <w:rsid w:val="00C0259B"/>
    <w:rsid w:val="00C121B0"/>
    <w:rsid w:val="00C2385A"/>
    <w:rsid w:val="00C2671A"/>
    <w:rsid w:val="00C522F0"/>
    <w:rsid w:val="00C52897"/>
    <w:rsid w:val="00C8359A"/>
    <w:rsid w:val="00C8373A"/>
    <w:rsid w:val="00CA2534"/>
    <w:rsid w:val="00CB0664"/>
    <w:rsid w:val="00CB3FD8"/>
    <w:rsid w:val="00CE0D26"/>
    <w:rsid w:val="00CE73A8"/>
    <w:rsid w:val="00CF3F56"/>
    <w:rsid w:val="00D318DF"/>
    <w:rsid w:val="00D372BE"/>
    <w:rsid w:val="00D43EDF"/>
    <w:rsid w:val="00D540EF"/>
    <w:rsid w:val="00D77C86"/>
    <w:rsid w:val="00D944C3"/>
    <w:rsid w:val="00D951F9"/>
    <w:rsid w:val="00D96E04"/>
    <w:rsid w:val="00DE1D3D"/>
    <w:rsid w:val="00DF5A9A"/>
    <w:rsid w:val="00E21DEA"/>
    <w:rsid w:val="00E3655F"/>
    <w:rsid w:val="00E66A93"/>
    <w:rsid w:val="00E826F8"/>
    <w:rsid w:val="00EC1C6D"/>
    <w:rsid w:val="00F0490C"/>
    <w:rsid w:val="00F10275"/>
    <w:rsid w:val="00F354C9"/>
    <w:rsid w:val="00F429C0"/>
    <w:rsid w:val="00F518FA"/>
    <w:rsid w:val="00F57D02"/>
    <w:rsid w:val="00F642F6"/>
    <w:rsid w:val="00F679D3"/>
    <w:rsid w:val="00FB6801"/>
    <w:rsid w:val="00FC3A57"/>
    <w:rsid w:val="00FC693F"/>
    <w:rsid w:val="00FD2E4D"/>
    <w:rsid w:val="00FD6C76"/>
    <w:rsid w:val="00FE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2</cp:revision>
  <cp:lastPrinted>2026-04-25T13:16:00Z</cp:lastPrinted>
  <dcterms:created xsi:type="dcterms:W3CDTF">2026-06-08T07:06:00Z</dcterms:created>
  <dcterms:modified xsi:type="dcterms:W3CDTF">2026-06-08T07:06:00Z</dcterms:modified>
  <cp:category/>
</cp:coreProperties>
</file>