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35F9B4D3" w14:textId="1A53B356" w:rsidR="00F679D3" w:rsidRDefault="00AB08BD" w:rsidP="00F679D3">
      <w:pPr>
        <w:spacing w:after="0" w:line="240" w:lineRule="auto"/>
        <w:rPr>
          <w:rFonts w:asciiTheme="minorHAnsi" w:hAnsiTheme="minorHAnsi"/>
          <w:b/>
          <w:color w:val="0C3666"/>
          <w:sz w:val="72"/>
          <w:szCs w:val="72"/>
          <w:lang w:eastAsia="zh-CN"/>
        </w:rPr>
      </w:pPr>
      <w:r w:rsidRPr="00F679D3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CORNER CHANNEL</w:t>
      </w:r>
    </w:p>
    <w:p w14:paraId="06DC109C" w14:textId="1813A284" w:rsidR="00F0490C" w:rsidRPr="008A2021" w:rsidRDefault="00F679D3" w:rsidP="00073BBF">
      <w:pPr>
        <w:spacing w:afterLines="50" w:after="120" w:line="240" w:lineRule="auto"/>
        <w:rPr>
          <w:rFonts w:asciiTheme="minorHAnsi" w:hAnsiTheme="minorHAnsi"/>
          <w:bCs/>
          <w:i/>
          <w:iCs/>
          <w:color w:val="0C3666"/>
          <w:sz w:val="44"/>
          <w:szCs w:val="44"/>
          <w:lang w:eastAsia="zh-CN"/>
        </w:rPr>
      </w:pPr>
      <w:r w:rsidRPr="008A2021">
        <w:rPr>
          <w:rFonts w:asciiTheme="minorHAnsi" w:hAnsiTheme="minorHAnsi"/>
          <w:bCs/>
          <w:i/>
          <w:iCs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36F6387F">
                <wp:simplePos x="0" y="0"/>
                <wp:positionH relativeFrom="column">
                  <wp:posOffset>-99695</wp:posOffset>
                </wp:positionH>
                <wp:positionV relativeFrom="paragraph">
                  <wp:posOffset>300990</wp:posOffset>
                </wp:positionV>
                <wp:extent cx="7169150" cy="0"/>
                <wp:effectExtent l="38100" t="38100" r="69850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691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DB4CB5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85pt,23.7pt" to="556.6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1F2119" w:rsidRPr="008A2021">
        <w:rPr>
          <w:rFonts w:asciiTheme="minorHAnsi" w:hAnsiTheme="minorHAnsi"/>
          <w:bCs/>
          <w:i/>
          <w:iCs/>
          <w:noProof/>
          <w:color w:val="0C3666"/>
          <w:sz w:val="44"/>
          <w:szCs w:val="44"/>
        </w:rPr>
        <w:drawing>
          <wp:anchor distT="0" distB="0" distL="114300" distR="114300" simplePos="0" relativeHeight="251678720" behindDoc="0" locked="0" layoutInCell="1" allowOverlap="1" wp14:anchorId="59F6565F" wp14:editId="72C018B0">
            <wp:simplePos x="0" y="0"/>
            <wp:positionH relativeFrom="column">
              <wp:posOffset>-207645</wp:posOffset>
            </wp:positionH>
            <wp:positionV relativeFrom="paragraph">
              <wp:posOffset>1430103</wp:posOffset>
            </wp:positionV>
            <wp:extent cx="262255" cy="243205"/>
            <wp:effectExtent l="0" t="0" r="4445" b="4445"/>
            <wp:wrapNone/>
            <wp:docPr id="5679398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39898" name="图片 567939898"/>
                    <pic:cNvPicPr/>
                  </pic:nvPicPr>
                  <pic:blipFill rotWithShape="1">
                    <a:blip r:embed="rId9"/>
                    <a:srcRect l="61047" t="11548" r="22205" b="6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4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2021">
        <w:rPr>
          <w:rFonts w:asciiTheme="minorHAnsi" w:hAnsiTheme="minorHAnsi" w:hint="eastAsia"/>
          <w:bCs/>
          <w:i/>
          <w:iCs/>
          <w:color w:val="0C3666"/>
          <w:sz w:val="44"/>
          <w:szCs w:val="44"/>
          <w:lang w:eastAsia="zh-CN"/>
        </w:rPr>
        <w:t>DRYWALL SYSTEM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22CD961A" w14:textId="586665AB" w:rsidR="001F2119" w:rsidRPr="001F2119" w:rsidRDefault="00000000" w:rsidP="00073BBF">
            <w:pPr>
              <w:spacing w:beforeLines="70" w:before="168" w:after="120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1F2119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CB SERIES</w:t>
            </w:r>
          </w:p>
          <w:p w14:paraId="4404308C" w14:textId="77777777" w:rsidR="001F2119" w:rsidRPr="001F2119" w:rsidRDefault="001F2119" w:rsidP="001F2119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sz w:val="16"/>
              </w:rPr>
            </w:pPr>
            <w:r w:rsidRPr="001F2119">
              <w:rPr>
                <w:rFonts w:asciiTheme="minorHAnsi" w:hAnsiTheme="minorHAnsi"/>
                <w:sz w:val="16"/>
              </w:rPr>
              <w:t>DXL Corner Channels are cold-formed galvanized steel profiles used for drywall corner reinforcement, edge protection and finishing applications.</w:t>
            </w:r>
          </w:p>
          <w:p w14:paraId="7E11427B" w14:textId="550A612F" w:rsidR="00F0490C" w:rsidRPr="008E2A84" w:rsidRDefault="001F2119" w:rsidP="001F2119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1F2119">
              <w:rPr>
                <w:rFonts w:asciiTheme="minorHAnsi" w:hAnsiTheme="minorHAnsi" w:hint="eastAsia"/>
                <w:sz w:val="16"/>
                <w:lang w:eastAsia="zh-CN"/>
              </w:rPr>
              <w:t xml:space="preserve">DXL </w:t>
            </w:r>
            <w:r w:rsidRPr="001F2119">
              <w:rPr>
                <w:rFonts w:asciiTheme="minorHAnsi" w:hAnsiTheme="minorHAnsi" w:hint="eastAsia"/>
                <w:sz w:val="16"/>
                <w:lang w:eastAsia="zh-CN"/>
              </w:rPr>
              <w:t>转角龙骨采用优质冷轧镀锌钢板成型，用于石膏板转角加固、边角保护及收口处理。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1258762B" w:rsidR="00CA2534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Drywall </w:t>
                  </w:r>
                  <w:r w:rsidR="005367EE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Corner Channel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5592DEB2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5367EE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CB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402F1A09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13DB284E" w:rsidR="00F0490C" w:rsidRPr="008E2A84" w:rsidRDefault="001A13B2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1A13B2">
                    <w:rPr>
                      <w:rFonts w:asciiTheme="minorHAnsi" w:hAnsiTheme="minorHAnsi"/>
                      <w:szCs w:val="18"/>
                    </w:rPr>
                    <w:t>Drywall corner reinforcement and edge protection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3A64EA8D" w:rsidR="00F0490C" w:rsidRPr="008E2A84" w:rsidRDefault="00A94B0E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="00000000"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</w:tcPr>
                <w:p w14:paraId="03F016CB" w14:textId="416F139A" w:rsidR="00F0490C" w:rsidRPr="008E2A84" w:rsidRDefault="00A94B0E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361AA389" w:rsidR="00F0490C" w:rsidRPr="008E2A84" w:rsidRDefault="001A13B2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0.35 0.4 0.4 0.5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68B1F77C" w:rsidR="005D7839" w:rsidRDefault="00DF5A9A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E703A60" wp14:editId="32DA0248">
                        <wp:extent cx="2625725" cy="1673860"/>
                        <wp:effectExtent l="0" t="0" r="3175" b="2540"/>
                        <wp:docPr id="1256426617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56426617" name="图片 1256426617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25725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209755D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1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28CBE57C" wp14:editId="15CEDD06">
                        <wp:simplePos x="0" y="0"/>
                        <wp:positionH relativeFrom="column">
                          <wp:posOffset>19685</wp:posOffset>
                        </wp:positionH>
                        <wp:positionV relativeFrom="paragraph">
                          <wp:posOffset>-1889760</wp:posOffset>
                        </wp:positionV>
                        <wp:extent cx="2617470" cy="1821180"/>
                        <wp:effectExtent l="0" t="0" r="0" b="0"/>
                        <wp:wrapTopAndBottom/>
                        <wp:docPr id="1902792176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2792176" name="图片 1902792176"/>
                                <pic:cNvPicPr/>
                              </pic:nvPicPr>
                              <pic:blipFill rotWithShape="1">
                                <a:blip r:embed="rId11"/>
                                <a:srcRect l="33561" t="25797" r="35091" b="229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7470" cy="18211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lastRenderedPageBreak/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0" w:type="dxa"/>
        <w:tblLook w:val="04A0" w:firstRow="1" w:lastRow="0" w:firstColumn="1" w:lastColumn="0" w:noHBand="0" w:noVBand="1"/>
      </w:tblPr>
      <w:tblGrid>
        <w:gridCol w:w="2206"/>
        <w:gridCol w:w="1758"/>
        <w:gridCol w:w="1843"/>
        <w:gridCol w:w="2123"/>
        <w:gridCol w:w="2980"/>
      </w:tblGrid>
      <w:tr w:rsidR="00C522F0" w14:paraId="5A60ACED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3AB3671D" w14:textId="337FC6B5" w:rsidR="00C522F0" w:rsidRDefault="00C522F0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758" w:type="dxa"/>
            <w:vAlign w:val="center"/>
          </w:tcPr>
          <w:p w14:paraId="0F8796EF" w14:textId="6E91244F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843" w:type="dxa"/>
            <w:vAlign w:val="center"/>
          </w:tcPr>
          <w:p w14:paraId="5FB608AB" w14:textId="2027C0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23" w:type="dxa"/>
            <w:vAlign w:val="center"/>
          </w:tcPr>
          <w:p w14:paraId="65776AA6" w14:textId="5658688A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980" w:type="dxa"/>
            <w:vAlign w:val="center"/>
          </w:tcPr>
          <w:p w14:paraId="31435D0A" w14:textId="73B8B5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C522F0" w14:paraId="609D7D7B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49D6D957" w14:textId="69DE0791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8B2151">
              <w:rPr>
                <w:rFonts w:hint="eastAsia"/>
                <w:lang w:eastAsia="zh-CN"/>
              </w:rPr>
              <w:t>CB-20</w:t>
            </w:r>
          </w:p>
        </w:tc>
        <w:tc>
          <w:tcPr>
            <w:tcW w:w="1758" w:type="dxa"/>
            <w:vAlign w:val="center"/>
          </w:tcPr>
          <w:p w14:paraId="525CAD48" w14:textId="24AD698E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843" w:type="dxa"/>
            <w:vAlign w:val="center"/>
          </w:tcPr>
          <w:p w14:paraId="4870725B" w14:textId="3001A1B0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123" w:type="dxa"/>
            <w:vAlign w:val="center"/>
          </w:tcPr>
          <w:p w14:paraId="1CDFE6AD" w14:textId="0C96BFAD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54A1379D" w14:textId="565D525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99B4627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14E3D45E" w14:textId="6031AE1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8B2151">
              <w:rPr>
                <w:rFonts w:hint="eastAsia"/>
                <w:lang w:eastAsia="zh-CN"/>
              </w:rPr>
              <w:t>CB-30</w:t>
            </w:r>
          </w:p>
        </w:tc>
        <w:tc>
          <w:tcPr>
            <w:tcW w:w="1758" w:type="dxa"/>
            <w:vAlign w:val="center"/>
          </w:tcPr>
          <w:p w14:paraId="0356D738" w14:textId="625312BE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843" w:type="dxa"/>
            <w:vAlign w:val="center"/>
          </w:tcPr>
          <w:p w14:paraId="358B343E" w14:textId="122D4CF5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2123" w:type="dxa"/>
            <w:vAlign w:val="center"/>
          </w:tcPr>
          <w:p w14:paraId="38601181" w14:textId="63FA2730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588C59AE" w14:textId="320A1F8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4AA4A9A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64DF30A4" w14:textId="0C0093BF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8B2151">
              <w:rPr>
                <w:rFonts w:hint="eastAsia"/>
                <w:lang w:eastAsia="zh-CN"/>
              </w:rPr>
              <w:t>CB-30-20</w:t>
            </w:r>
          </w:p>
        </w:tc>
        <w:tc>
          <w:tcPr>
            <w:tcW w:w="1758" w:type="dxa"/>
            <w:vAlign w:val="center"/>
          </w:tcPr>
          <w:p w14:paraId="6159E1B0" w14:textId="0453BEBC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843" w:type="dxa"/>
            <w:vAlign w:val="center"/>
          </w:tcPr>
          <w:p w14:paraId="5033FC2C" w14:textId="036EC24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123" w:type="dxa"/>
            <w:vAlign w:val="center"/>
          </w:tcPr>
          <w:p w14:paraId="755DF8A7" w14:textId="7750A28D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31190240" w14:textId="4967B477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1751F208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0E4D4E2" w14:textId="700347A5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8B2151">
              <w:rPr>
                <w:rFonts w:hint="eastAsia"/>
                <w:lang w:eastAsia="zh-CN"/>
              </w:rPr>
              <w:t>CB-20-15</w:t>
            </w:r>
          </w:p>
        </w:tc>
        <w:tc>
          <w:tcPr>
            <w:tcW w:w="1758" w:type="dxa"/>
            <w:vAlign w:val="center"/>
          </w:tcPr>
          <w:p w14:paraId="55C7B4BF" w14:textId="0BC10A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25</w:t>
            </w:r>
          </w:p>
        </w:tc>
        <w:tc>
          <w:tcPr>
            <w:tcW w:w="1843" w:type="dxa"/>
            <w:vAlign w:val="center"/>
          </w:tcPr>
          <w:p w14:paraId="696DEAA3" w14:textId="027F0BBD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2123" w:type="dxa"/>
            <w:vAlign w:val="center"/>
          </w:tcPr>
          <w:p w14:paraId="38CF5498" w14:textId="7A50D578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04ED1BD8" w14:textId="2A8304D6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DCEA2F7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DBED81A" w14:textId="63F87D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5D7523F4" w14:textId="09D10FF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71F11E8E" w14:textId="093D3933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4A2E2266" w14:textId="704533DF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66EA83C9" w14:textId="66D20EFC" w:rsidR="00223CB6" w:rsidRDefault="00223CB6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1C398" w14:textId="77777777" w:rsidR="00142F3F" w:rsidRDefault="00142F3F">
      <w:pPr>
        <w:spacing w:after="0" w:line="240" w:lineRule="auto"/>
      </w:pPr>
      <w:r>
        <w:separator/>
      </w:r>
    </w:p>
  </w:endnote>
  <w:endnote w:type="continuationSeparator" w:id="0">
    <w:p w14:paraId="1D38B04F" w14:textId="77777777" w:rsidR="00142F3F" w:rsidRDefault="00142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3111F" w14:textId="77777777" w:rsidR="00142F3F" w:rsidRDefault="00142F3F">
      <w:pPr>
        <w:spacing w:after="0" w:line="240" w:lineRule="auto"/>
      </w:pPr>
      <w:r>
        <w:separator/>
      </w:r>
    </w:p>
  </w:footnote>
  <w:footnote w:type="continuationSeparator" w:id="0">
    <w:p w14:paraId="6152B49C" w14:textId="77777777" w:rsidR="00142F3F" w:rsidRDefault="00142F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47B"/>
    <w:rsid w:val="00034616"/>
    <w:rsid w:val="0006063C"/>
    <w:rsid w:val="00071919"/>
    <w:rsid w:val="00073BBF"/>
    <w:rsid w:val="00083ADF"/>
    <w:rsid w:val="000B1106"/>
    <w:rsid w:val="000B2FA2"/>
    <w:rsid w:val="001224E5"/>
    <w:rsid w:val="00141136"/>
    <w:rsid w:val="00142F3F"/>
    <w:rsid w:val="00146BF0"/>
    <w:rsid w:val="0015074B"/>
    <w:rsid w:val="00183B5F"/>
    <w:rsid w:val="001A13B2"/>
    <w:rsid w:val="001E3ADD"/>
    <w:rsid w:val="001F16ED"/>
    <w:rsid w:val="001F2119"/>
    <w:rsid w:val="001F4358"/>
    <w:rsid w:val="00211066"/>
    <w:rsid w:val="00223CB6"/>
    <w:rsid w:val="0022501A"/>
    <w:rsid w:val="00234D5E"/>
    <w:rsid w:val="00236D8E"/>
    <w:rsid w:val="00241ADC"/>
    <w:rsid w:val="00242241"/>
    <w:rsid w:val="0025478D"/>
    <w:rsid w:val="00270E57"/>
    <w:rsid w:val="00281D1D"/>
    <w:rsid w:val="0029639D"/>
    <w:rsid w:val="002A3BAB"/>
    <w:rsid w:val="002C4EB7"/>
    <w:rsid w:val="002D4093"/>
    <w:rsid w:val="00326F90"/>
    <w:rsid w:val="00363B02"/>
    <w:rsid w:val="00377148"/>
    <w:rsid w:val="003D2476"/>
    <w:rsid w:val="00423CB6"/>
    <w:rsid w:val="004A24CE"/>
    <w:rsid w:val="004B6852"/>
    <w:rsid w:val="004D1C23"/>
    <w:rsid w:val="004E1656"/>
    <w:rsid w:val="004F6543"/>
    <w:rsid w:val="004F7D63"/>
    <w:rsid w:val="00516DF0"/>
    <w:rsid w:val="005367EE"/>
    <w:rsid w:val="00553276"/>
    <w:rsid w:val="00582B61"/>
    <w:rsid w:val="005A214E"/>
    <w:rsid w:val="005A23D6"/>
    <w:rsid w:val="005B38EC"/>
    <w:rsid w:val="005D7839"/>
    <w:rsid w:val="00672FFF"/>
    <w:rsid w:val="006864AC"/>
    <w:rsid w:val="006F4391"/>
    <w:rsid w:val="00706F32"/>
    <w:rsid w:val="00745F59"/>
    <w:rsid w:val="00776DFC"/>
    <w:rsid w:val="007A6891"/>
    <w:rsid w:val="008112FF"/>
    <w:rsid w:val="008371AD"/>
    <w:rsid w:val="008A2021"/>
    <w:rsid w:val="008A455D"/>
    <w:rsid w:val="008B2151"/>
    <w:rsid w:val="008E2320"/>
    <w:rsid w:val="008E2A84"/>
    <w:rsid w:val="00916D09"/>
    <w:rsid w:val="00917064"/>
    <w:rsid w:val="00984677"/>
    <w:rsid w:val="009A5DCA"/>
    <w:rsid w:val="009E675F"/>
    <w:rsid w:val="009F07E2"/>
    <w:rsid w:val="00A0784F"/>
    <w:rsid w:val="00A23C60"/>
    <w:rsid w:val="00A65E09"/>
    <w:rsid w:val="00A670F0"/>
    <w:rsid w:val="00A859A9"/>
    <w:rsid w:val="00A87442"/>
    <w:rsid w:val="00A94B0E"/>
    <w:rsid w:val="00AA1D8D"/>
    <w:rsid w:val="00AB08BD"/>
    <w:rsid w:val="00AD45A0"/>
    <w:rsid w:val="00B1392D"/>
    <w:rsid w:val="00B172B3"/>
    <w:rsid w:val="00B3214C"/>
    <w:rsid w:val="00B47730"/>
    <w:rsid w:val="00B801FB"/>
    <w:rsid w:val="00C01C32"/>
    <w:rsid w:val="00C0259B"/>
    <w:rsid w:val="00C121B0"/>
    <w:rsid w:val="00C2671A"/>
    <w:rsid w:val="00C522F0"/>
    <w:rsid w:val="00C52897"/>
    <w:rsid w:val="00C8373A"/>
    <w:rsid w:val="00CA2534"/>
    <w:rsid w:val="00CB0664"/>
    <w:rsid w:val="00CB3FD8"/>
    <w:rsid w:val="00CE73A8"/>
    <w:rsid w:val="00CF3F56"/>
    <w:rsid w:val="00D318DF"/>
    <w:rsid w:val="00D540EF"/>
    <w:rsid w:val="00D951F9"/>
    <w:rsid w:val="00D96E04"/>
    <w:rsid w:val="00DF5A9A"/>
    <w:rsid w:val="00E21DEA"/>
    <w:rsid w:val="00E3655F"/>
    <w:rsid w:val="00E66A93"/>
    <w:rsid w:val="00E826F8"/>
    <w:rsid w:val="00EC1C6D"/>
    <w:rsid w:val="00F0490C"/>
    <w:rsid w:val="00F10275"/>
    <w:rsid w:val="00F354C9"/>
    <w:rsid w:val="00F679D3"/>
    <w:rsid w:val="00FB6801"/>
    <w:rsid w:val="00FC3A57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39</cp:revision>
  <cp:lastPrinted>2026-04-25T13:16:00Z</cp:lastPrinted>
  <dcterms:created xsi:type="dcterms:W3CDTF">2026-04-23T14:12:00Z</dcterms:created>
  <dcterms:modified xsi:type="dcterms:W3CDTF">2026-04-27T09:47:00Z</dcterms:modified>
  <cp:category/>
</cp:coreProperties>
</file>