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6FB5B09F" wp14:editId="50DE6185">
            <wp:simplePos x="0" y="0"/>
            <wp:positionH relativeFrom="column">
              <wp:posOffset>5309870</wp:posOffset>
            </wp:positionH>
            <wp:positionV relativeFrom="page">
              <wp:posOffset>159385</wp:posOffset>
            </wp:positionV>
            <wp:extent cx="1690370" cy="1235075"/>
            <wp:effectExtent l="0" t="0" r="5080" b="3175"/>
            <wp:wrapNone/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70136501" w:rsidR="00F0490C" w:rsidRDefault="00BD6D18" w:rsidP="00BD6D18">
      <w:pPr>
        <w:adjustRightInd w:val="0"/>
        <w:spacing w:after="0" w:line="240" w:lineRule="auto"/>
        <w:rPr>
          <w:rFonts w:asciiTheme="minorHAnsi" w:hAnsiTheme="minorHAnsi"/>
          <w:b/>
          <w:i/>
          <w:iCs/>
          <w:color w:val="0C3666"/>
          <w:sz w:val="72"/>
          <w:szCs w:val="72"/>
          <w:lang w:eastAsia="zh-CN"/>
        </w:rPr>
      </w:pPr>
      <w:r w:rsidRPr="0016647A">
        <w:rPr>
          <w:rFonts w:asciiTheme="minorHAnsi" w:hAnsiTheme="minorHAnsi" w:hint="eastAsia"/>
          <w:b/>
          <w:i/>
          <w:iCs/>
          <w:color w:val="0C3666"/>
          <w:sz w:val="72"/>
          <w:szCs w:val="72"/>
          <w:lang w:eastAsia="zh-CN"/>
        </w:rPr>
        <w:t>DOUBLE FURRING CHANNEL</w:t>
      </w:r>
    </w:p>
    <w:p w14:paraId="4506870D" w14:textId="20140E6A" w:rsidR="00060825" w:rsidRPr="00C041CF" w:rsidRDefault="00060825" w:rsidP="00BD6D18">
      <w:pPr>
        <w:adjustRightInd w:val="0"/>
        <w:spacing w:after="0" w:line="240" w:lineRule="auto"/>
        <w:rPr>
          <w:rFonts w:asciiTheme="minorHAnsi" w:hAnsiTheme="minorHAnsi"/>
          <w:i/>
          <w:iCs/>
          <w:color w:val="0C3666"/>
          <w:sz w:val="44"/>
          <w:szCs w:val="44"/>
          <w:lang w:eastAsia="zh-CN"/>
        </w:rPr>
      </w:pPr>
      <w:r w:rsidRPr="00C041CF">
        <w:rPr>
          <w:rFonts w:asciiTheme="minorHAnsi" w:hAnsiTheme="minorHAnsi"/>
          <w:i/>
          <w:iCs/>
          <w:noProof/>
          <w:color w:val="0C3666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3667AAAA">
                <wp:simplePos x="0" y="0"/>
                <wp:positionH relativeFrom="column">
                  <wp:posOffset>4058</wp:posOffset>
                </wp:positionH>
                <wp:positionV relativeFrom="paragraph">
                  <wp:posOffset>299721</wp:posOffset>
                </wp:positionV>
                <wp:extent cx="7228840" cy="0"/>
                <wp:effectExtent l="38100" t="38100" r="67310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884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496164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pt,23.6pt" to="569.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C041CF">
        <w:rPr>
          <w:rFonts w:asciiTheme="minorHAnsi" w:hAnsiTheme="minorHAnsi" w:hint="eastAsia"/>
          <w:i/>
          <w:iCs/>
          <w:color w:val="0C3666"/>
          <w:sz w:val="44"/>
          <w:szCs w:val="44"/>
          <w:lang w:eastAsia="zh-CN"/>
        </w:rPr>
        <w:t>CEILING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BF79D97" w14:textId="62550C72" w:rsidR="008844B8" w:rsidRPr="00FA781E" w:rsidRDefault="00FA781E" w:rsidP="00FA781E">
            <w:pPr>
              <w:tabs>
                <w:tab w:val="left" w:pos="3006"/>
              </w:tabs>
              <w:spacing w:before="240" w:after="0"/>
              <w:rPr>
                <w:rFonts w:asciiTheme="minorHAnsi" w:hAnsiTheme="minorHAnsi"/>
                <w:sz w:val="16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8793FF8" wp14:editId="66476C70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-177800</wp:posOffset>
                      </wp:positionV>
                      <wp:extent cx="3240405" cy="387350"/>
                      <wp:effectExtent l="0" t="0" r="0" b="0"/>
                      <wp:wrapNone/>
                      <wp:docPr id="594866968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40405" cy="3873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CEA9F7" w14:textId="1622C4F8" w:rsidR="00FA781E" w:rsidRDefault="00FA781E" w:rsidP="00FA781E">
                                  <w:pPr>
                                    <w:ind w:firstLineChars="150" w:firstLine="240"/>
                                  </w:pPr>
                                  <w:r w:rsidRPr="00D11ADC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Double Furring Channels are cold-formed galvanized steel profiles used for ceiling suspension and drywall support systems.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793F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margin-left:1.85pt;margin-top:-14pt;width:255.15pt;height:30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" filled="f" stroked="f" strokeweight=".5pt">
                      <v:textbox>
                        <w:txbxContent>
                          <w:p w14:paraId="3ECEA9F7" w14:textId="1622C4F8" w:rsidR="00FA781E" w:rsidRDefault="00FA781E" w:rsidP="00FA781E">
                            <w:pPr>
                              <w:ind w:firstLineChars="150" w:firstLine="240"/>
                            </w:pPr>
                            <w:r w:rsidRPr="00D11ADC">
                              <w:rPr>
                                <w:rFonts w:asciiTheme="minorHAnsi" w:hAnsiTheme="minorHAnsi"/>
                                <w:sz w:val="16"/>
                              </w:rPr>
                              <w:t>DXL Double Furring Channels are cold-formed galvanized steel profiles used for ceiling suspension and drywall support systems.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65A00662">
                  <wp:simplePos x="0" y="0"/>
                  <wp:positionH relativeFrom="column">
                    <wp:posOffset>-184150</wp:posOffset>
                  </wp:positionH>
                  <wp:positionV relativeFrom="paragraph">
                    <wp:posOffset>251460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570B76F" wp14:editId="3ABE1B7D">
                      <wp:simplePos x="0" y="0"/>
                      <wp:positionH relativeFrom="column">
                        <wp:posOffset>-171450</wp:posOffset>
                      </wp:positionH>
                      <wp:positionV relativeFrom="paragraph">
                        <wp:posOffset>-554355</wp:posOffset>
                      </wp:positionV>
                      <wp:extent cx="1579880" cy="429260"/>
                      <wp:effectExtent l="0" t="0" r="0" b="0"/>
                      <wp:wrapNone/>
                      <wp:docPr id="86168956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9880" cy="4292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5D1BF3" w14:textId="77777777" w:rsidR="008844B8" w:rsidRPr="001224E5" w:rsidRDefault="008844B8" w:rsidP="008844B8">
                                  <w:pPr>
                                    <w:spacing w:beforeLines="100" w:before="240" w:after="120" w:line="240" w:lineRule="auto"/>
                                    <w:ind w:firstLineChars="100" w:firstLine="240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DXL-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DFC SERIES</w:t>
                                  </w:r>
                                </w:p>
                                <w:p w14:paraId="3EA387CD" w14:textId="77777777" w:rsidR="008844B8" w:rsidRDefault="008844B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70B76F" id="文本框 4" o:spid="_x0000_s1027" type="#_x0000_t202" style="position:absolute;margin-left:-13.5pt;margin-top:-43.65pt;width:124.4pt;height:33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" filled="f" stroked="f" strokeweight=".5pt">
                      <v:textbox>
                        <w:txbxContent>
                          <w:p w14:paraId="6F5D1BF3" w14:textId="77777777" w:rsidR="008844B8" w:rsidRPr="001224E5" w:rsidRDefault="008844B8" w:rsidP="008844B8">
                            <w:pPr>
                              <w:spacing w:beforeLines="100" w:before="240" w:after="120" w:line="240" w:lineRule="auto"/>
                              <w:ind w:firstLineChars="100" w:firstLine="2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DXL-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DFC SERIES</w:t>
                            </w:r>
                          </w:p>
                          <w:p w14:paraId="3EA387CD" w14:textId="77777777" w:rsidR="008844B8" w:rsidRDefault="008844B8"/>
                        </w:txbxContent>
                      </v:textbox>
                    </v:shape>
                  </w:pict>
                </mc:Fallback>
              </mc:AlternateContent>
            </w:r>
          </w:p>
          <w:p w14:paraId="773055DA" w14:textId="3847B07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110A71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34B69055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24E3C094" w:rsidR="00CA2534" w:rsidRPr="008E2A84" w:rsidRDefault="00CA6F3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CA253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</w:t>
                  </w:r>
                  <w:r w:rsidR="00BD6D1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Double Furring Channel</w:t>
                  </w:r>
                </w:p>
              </w:tc>
            </w:tr>
            <w:tr w:rsidR="00F0490C" w:rsidRPr="008E2A84" w14:paraId="37252975" w14:textId="77777777" w:rsidTr="00110A71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5ACBEEC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Model No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7150831A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BD6D1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DFC Series</w:t>
                  </w:r>
                </w:p>
              </w:tc>
            </w:tr>
            <w:tr w:rsidR="00F0490C" w:rsidRPr="008E2A84" w14:paraId="2561057C" w14:textId="77777777" w:rsidTr="00110A71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581B104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4911EB57" w:rsidR="00F0490C" w:rsidRPr="008E2A84" w:rsidRDefault="00D11ADC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110A71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214D7FD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27CDA01D" w:rsidR="00F0490C" w:rsidRPr="008E2A84" w:rsidRDefault="00D11ADC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D11ADC">
                    <w:rPr>
                      <w:rFonts w:asciiTheme="minorHAnsi" w:hAnsiTheme="minorHAnsi"/>
                      <w:szCs w:val="18"/>
                    </w:rPr>
                    <w:t>Ceiling suspension and drywall support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78B7D279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110A71">
              <w:tc>
                <w:tcPr>
                  <w:tcW w:w="2268" w:type="dxa"/>
                  <w:vAlign w:val="center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06736321" w:rsidR="00F0490C" w:rsidRPr="008E2A84" w:rsidRDefault="00BD6D1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50 60</w:t>
                  </w:r>
                </w:p>
              </w:tc>
            </w:tr>
            <w:tr w:rsidR="00F0490C" w:rsidRPr="008E2A84" w14:paraId="41BE7E2D" w14:textId="77777777" w:rsidTr="00110A71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25C9CACA" w:rsidR="00144C11" w:rsidRPr="008E2A84" w:rsidRDefault="00144C1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0.40 - 0.50 mm</w:t>
                  </w:r>
                </w:p>
              </w:tc>
            </w:tr>
            <w:tr w:rsidR="00F0490C" w:rsidRPr="008E2A84" w14:paraId="322824FA" w14:textId="77777777" w:rsidTr="00110A71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552BBC7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110A71">
              <w:tc>
                <w:tcPr>
                  <w:tcW w:w="2268" w:type="dxa"/>
                  <w:vAlign w:val="center"/>
                </w:tcPr>
                <w:p w14:paraId="2B385B45" w14:textId="3EB58AB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="001938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78C762BB" w:rsidR="00F0490C" w:rsidRPr="008E2A84" w:rsidRDefault="00C00E1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110A71">
              <w:tc>
                <w:tcPr>
                  <w:tcW w:w="2268" w:type="dxa"/>
                  <w:vAlign w:val="center"/>
                </w:tcPr>
                <w:p w14:paraId="48D514A7" w14:textId="5596AE46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110A71">
              <w:tc>
                <w:tcPr>
                  <w:tcW w:w="2268" w:type="dxa"/>
                  <w:vAlign w:val="center"/>
                </w:tcPr>
                <w:p w14:paraId="1F493909" w14:textId="10A88495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6A3F9E87" w:rsidR="00F0490C" w:rsidRPr="008E2A84" w:rsidRDefault="00C00E1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5A82D21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110A71">
              <w:tc>
                <w:tcPr>
                  <w:tcW w:w="2268" w:type="dxa"/>
                  <w:vAlign w:val="center"/>
                </w:tcPr>
                <w:p w14:paraId="3F682845" w14:textId="2091666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2FA5BEF6" w:rsidR="00F0490C" w:rsidRPr="008E2A84" w:rsidRDefault="00C646FA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933175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110A71">
              <w:tc>
                <w:tcPr>
                  <w:tcW w:w="2268" w:type="dxa"/>
                  <w:vAlign w:val="center"/>
                </w:tcPr>
                <w:p w14:paraId="49E4719B" w14:textId="5263A6A8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0BE41611" w:rsidR="00F0490C" w:rsidRPr="008E2A84" w:rsidRDefault="00C646FA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110A71">
              <w:tc>
                <w:tcPr>
                  <w:tcW w:w="2268" w:type="dxa"/>
                  <w:vAlign w:val="center"/>
                </w:tcPr>
                <w:p w14:paraId="332A758C" w14:textId="783065B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5D49BB94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4E34F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F41A729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Product Photo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D10E95E" w:rsidR="005D7839" w:rsidRDefault="00BD6D18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CD5C745" wp14:editId="45F1EBA3">
                        <wp:extent cx="2510790" cy="1673860"/>
                        <wp:effectExtent l="0" t="0" r="3810" b="2540"/>
                        <wp:docPr id="1948959324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48959324" name="图片 194895932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2BF2F0BE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SECTIONVIEW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360B60FC" w:rsidR="000B2FA2" w:rsidRDefault="00BD6D18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0" w:name="_Hlk228031567"/>
                  <w:r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5A6BD71A" wp14:editId="728A8C6D">
                        <wp:simplePos x="0" y="0"/>
                        <wp:positionH relativeFrom="column">
                          <wp:posOffset>67310</wp:posOffset>
                        </wp:positionH>
                        <wp:positionV relativeFrom="paragraph">
                          <wp:posOffset>-27305</wp:posOffset>
                        </wp:positionV>
                        <wp:extent cx="2553970" cy="1542415"/>
                        <wp:effectExtent l="0" t="0" r="0" b="0"/>
                        <wp:wrapNone/>
                        <wp:docPr id="1882058684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82058684" name="图片 1882058684"/>
                                <pic:cNvPicPr/>
                              </pic:nvPicPr>
                              <pic:blipFill rotWithShape="1">
                                <a:blip r:embed="rId11"/>
                                <a:srcRect l="18982" t="4225" r="21074" b="9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53970" cy="154241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3B74CD08" w14:textId="1D1B8E20" w:rsidR="00BD6D18" w:rsidRDefault="00BD6D18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14C6FEF" w14:textId="4B7A8349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05208E6E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05208E6E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19DA1585" w14:textId="77777777" w:rsidR="001B10CE" w:rsidRDefault="001B10CE">
      <w:pPr>
        <w:rPr>
          <w:lang w:eastAsia="zh-CN"/>
        </w:rPr>
      </w:pPr>
    </w:p>
    <w:p w14:paraId="1547BAC7" w14:textId="77777777" w:rsidR="000675D7" w:rsidRDefault="000675D7">
      <w:pPr>
        <w:rPr>
          <w:lang w:eastAsia="zh-CN"/>
        </w:rPr>
      </w:pPr>
    </w:p>
    <w:p w14:paraId="138040F8" w14:textId="77777777" w:rsidR="001D2E5A" w:rsidRDefault="001D2E5A">
      <w:pPr>
        <w:rPr>
          <w:lang w:eastAsia="zh-CN"/>
        </w:rPr>
      </w:pPr>
    </w:p>
    <w:p w14:paraId="253656BA" w14:textId="77777777" w:rsidR="001D2E5A" w:rsidRDefault="001D2E5A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781" w:type="dxa"/>
        <w:tblLook w:val="04A0" w:firstRow="1" w:lastRow="0" w:firstColumn="1" w:lastColumn="0" w:noHBand="0" w:noVBand="1"/>
      </w:tblPr>
      <w:tblGrid>
        <w:gridCol w:w="1815"/>
        <w:gridCol w:w="1520"/>
        <w:gridCol w:w="1614"/>
        <w:gridCol w:w="1940"/>
        <w:gridCol w:w="2135"/>
        <w:gridCol w:w="1757"/>
      </w:tblGrid>
      <w:tr w:rsidR="004A7E53" w14:paraId="5A60ACED" w14:textId="3E28E179" w:rsidTr="004A7E53">
        <w:trPr>
          <w:trHeight w:val="500"/>
        </w:trPr>
        <w:tc>
          <w:tcPr>
            <w:tcW w:w="1815" w:type="dxa"/>
            <w:vAlign w:val="center"/>
          </w:tcPr>
          <w:p w14:paraId="3AB3671D" w14:textId="337FC6B5" w:rsidR="004A7E53" w:rsidRDefault="004A7E53" w:rsidP="00A75FC6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20" w:type="dxa"/>
            <w:vAlign w:val="center"/>
          </w:tcPr>
          <w:p w14:paraId="0F8796EF" w14:textId="6E91244F" w:rsidR="004A7E53" w:rsidRDefault="004A7E53" w:rsidP="00A75FC6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614" w:type="dxa"/>
            <w:vAlign w:val="center"/>
          </w:tcPr>
          <w:p w14:paraId="5FB608AB" w14:textId="2027C0D6" w:rsidR="004A7E53" w:rsidRDefault="004A7E53" w:rsidP="00A75FC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40" w:type="dxa"/>
            <w:vAlign w:val="center"/>
          </w:tcPr>
          <w:p w14:paraId="65776AA6" w14:textId="5658688A" w:rsidR="004A7E53" w:rsidRDefault="004A7E53" w:rsidP="00A75FC6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35" w:type="dxa"/>
            <w:vAlign w:val="center"/>
          </w:tcPr>
          <w:p w14:paraId="31435D0A" w14:textId="73B8B532" w:rsidR="004A7E53" w:rsidRDefault="004A7E53" w:rsidP="00A75FC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757" w:type="dxa"/>
            <w:vAlign w:val="center"/>
          </w:tcPr>
          <w:p w14:paraId="415EB859" w14:textId="59B12213" w:rsidR="004A7E53" w:rsidRDefault="004A7E53" w:rsidP="00A75FC6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4A7E53" w14:paraId="609D7D7B" w14:textId="69D2FC8E" w:rsidTr="004A7E53">
        <w:trPr>
          <w:trHeight w:val="454"/>
        </w:trPr>
        <w:tc>
          <w:tcPr>
            <w:tcW w:w="1815" w:type="dxa"/>
            <w:vAlign w:val="center"/>
          </w:tcPr>
          <w:p w14:paraId="49D6D957" w14:textId="41BAD158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DXL-DFC-50</w:t>
            </w:r>
          </w:p>
        </w:tc>
        <w:tc>
          <w:tcPr>
            <w:tcW w:w="1520" w:type="dxa"/>
            <w:vAlign w:val="center"/>
          </w:tcPr>
          <w:p w14:paraId="525CAD48" w14:textId="671CB8C1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614" w:type="dxa"/>
            <w:vAlign w:val="center"/>
          </w:tcPr>
          <w:p w14:paraId="4870725B" w14:textId="423216B9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940" w:type="dxa"/>
            <w:vAlign w:val="center"/>
          </w:tcPr>
          <w:p w14:paraId="1CDFE6AD" w14:textId="7511E1A1" w:rsidR="004A7E53" w:rsidRDefault="004A7E53" w:rsidP="00144C11">
            <w:pPr>
              <w:jc w:val="both"/>
              <w:rPr>
                <w:lang w:eastAsia="zh-CN"/>
              </w:rPr>
            </w:pPr>
            <w:r w:rsidRPr="00D44634">
              <w:rPr>
                <w:rFonts w:asciiTheme="minorHAnsi" w:hAnsiTheme="minorHAnsi" w:hint="eastAsia"/>
                <w:szCs w:val="18"/>
                <w:lang w:eastAsia="zh-CN"/>
              </w:rPr>
              <w:t>0.40 - 0.50 mm</w:t>
            </w:r>
          </w:p>
        </w:tc>
        <w:tc>
          <w:tcPr>
            <w:tcW w:w="2135" w:type="dxa"/>
            <w:vAlign w:val="center"/>
          </w:tcPr>
          <w:p w14:paraId="54A1379D" w14:textId="565D5256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57" w:type="dxa"/>
            <w:vAlign w:val="center"/>
          </w:tcPr>
          <w:p w14:paraId="5E2FC5B3" w14:textId="095F0182" w:rsidR="004A7E53" w:rsidRDefault="004A7E53" w:rsidP="00144C11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4A7E53" w14:paraId="499B4627" w14:textId="69C0565E" w:rsidTr="004A7E53">
        <w:trPr>
          <w:trHeight w:val="500"/>
        </w:trPr>
        <w:tc>
          <w:tcPr>
            <w:tcW w:w="1815" w:type="dxa"/>
            <w:vAlign w:val="center"/>
          </w:tcPr>
          <w:p w14:paraId="14E3D45E" w14:textId="2AC32AEE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DXL-DFC-60</w:t>
            </w:r>
          </w:p>
        </w:tc>
        <w:tc>
          <w:tcPr>
            <w:tcW w:w="1520" w:type="dxa"/>
            <w:vAlign w:val="center"/>
          </w:tcPr>
          <w:p w14:paraId="0356D738" w14:textId="0893CAD4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60</w:t>
            </w:r>
          </w:p>
        </w:tc>
        <w:tc>
          <w:tcPr>
            <w:tcW w:w="1614" w:type="dxa"/>
            <w:vAlign w:val="center"/>
          </w:tcPr>
          <w:p w14:paraId="358B343E" w14:textId="5C886705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26</w:t>
            </w:r>
          </w:p>
        </w:tc>
        <w:tc>
          <w:tcPr>
            <w:tcW w:w="1940" w:type="dxa"/>
            <w:vAlign w:val="center"/>
          </w:tcPr>
          <w:p w14:paraId="38601181" w14:textId="778D80D7" w:rsidR="004A7E53" w:rsidRDefault="004A7E53" w:rsidP="00144C11">
            <w:pPr>
              <w:jc w:val="both"/>
              <w:rPr>
                <w:lang w:eastAsia="zh-CN"/>
              </w:rPr>
            </w:pPr>
            <w:r w:rsidRPr="00D44634">
              <w:rPr>
                <w:rFonts w:asciiTheme="minorHAnsi" w:hAnsiTheme="minorHAnsi" w:hint="eastAsia"/>
                <w:szCs w:val="18"/>
                <w:lang w:eastAsia="zh-CN"/>
              </w:rPr>
              <w:t>0.40 - 0.50 mm</w:t>
            </w:r>
          </w:p>
        </w:tc>
        <w:tc>
          <w:tcPr>
            <w:tcW w:w="2135" w:type="dxa"/>
            <w:vAlign w:val="center"/>
          </w:tcPr>
          <w:p w14:paraId="588C59AE" w14:textId="320A1F83" w:rsidR="004A7E53" w:rsidRDefault="004A7E53" w:rsidP="00144C1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757" w:type="dxa"/>
            <w:vAlign w:val="center"/>
          </w:tcPr>
          <w:p w14:paraId="12BE3509" w14:textId="1971C871" w:rsidR="004A7E53" w:rsidRDefault="004A7E53" w:rsidP="00144C11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4A7E53" w14:paraId="44AA4A9A" w14:textId="2605486D" w:rsidTr="004A7E53">
        <w:trPr>
          <w:trHeight w:val="454"/>
        </w:trPr>
        <w:tc>
          <w:tcPr>
            <w:tcW w:w="1815" w:type="dxa"/>
            <w:vAlign w:val="center"/>
          </w:tcPr>
          <w:p w14:paraId="64DF30A4" w14:textId="7CA784D2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520" w:type="dxa"/>
            <w:vAlign w:val="center"/>
          </w:tcPr>
          <w:p w14:paraId="6159E1B0" w14:textId="5D2C2564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614" w:type="dxa"/>
            <w:vAlign w:val="center"/>
          </w:tcPr>
          <w:p w14:paraId="5033FC2C" w14:textId="1116053D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940" w:type="dxa"/>
            <w:vAlign w:val="center"/>
          </w:tcPr>
          <w:p w14:paraId="755DF8A7" w14:textId="53CF406E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2135" w:type="dxa"/>
            <w:vAlign w:val="center"/>
          </w:tcPr>
          <w:p w14:paraId="31190240" w14:textId="5382965D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757" w:type="dxa"/>
          </w:tcPr>
          <w:p w14:paraId="33B8533E" w14:textId="77777777" w:rsidR="004A7E53" w:rsidRDefault="004A7E53" w:rsidP="00223CB6">
            <w:pPr>
              <w:rPr>
                <w:lang w:eastAsia="zh-CN"/>
              </w:rPr>
            </w:pPr>
          </w:p>
        </w:tc>
      </w:tr>
      <w:tr w:rsidR="004A7E53" w14:paraId="1751F208" w14:textId="415E3C9A" w:rsidTr="004A7E53">
        <w:trPr>
          <w:trHeight w:val="454"/>
        </w:trPr>
        <w:tc>
          <w:tcPr>
            <w:tcW w:w="1815" w:type="dxa"/>
            <w:vAlign w:val="center"/>
          </w:tcPr>
          <w:p w14:paraId="30E4D4E2" w14:textId="419F612D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520" w:type="dxa"/>
            <w:vAlign w:val="center"/>
          </w:tcPr>
          <w:p w14:paraId="55C7B4BF" w14:textId="4ACA9DE2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614" w:type="dxa"/>
            <w:vAlign w:val="center"/>
          </w:tcPr>
          <w:p w14:paraId="696DEAA3" w14:textId="194C4C1E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940" w:type="dxa"/>
            <w:vAlign w:val="center"/>
          </w:tcPr>
          <w:p w14:paraId="38CF5498" w14:textId="50E7A336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2135" w:type="dxa"/>
            <w:vAlign w:val="center"/>
          </w:tcPr>
          <w:p w14:paraId="04ED1BD8" w14:textId="74C3DA94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757" w:type="dxa"/>
          </w:tcPr>
          <w:p w14:paraId="5747B9EF" w14:textId="77777777" w:rsidR="004A7E53" w:rsidRDefault="004A7E53" w:rsidP="00223CB6">
            <w:pPr>
              <w:rPr>
                <w:lang w:eastAsia="zh-CN"/>
              </w:rPr>
            </w:pPr>
          </w:p>
        </w:tc>
      </w:tr>
      <w:tr w:rsidR="004A7E53" w14:paraId="4DCEA2F7" w14:textId="75B4E56E" w:rsidTr="004A7E53">
        <w:trPr>
          <w:trHeight w:val="454"/>
        </w:trPr>
        <w:tc>
          <w:tcPr>
            <w:tcW w:w="1815" w:type="dxa"/>
            <w:vAlign w:val="center"/>
          </w:tcPr>
          <w:p w14:paraId="3DBED81A" w14:textId="6B934C50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520" w:type="dxa"/>
            <w:vAlign w:val="center"/>
          </w:tcPr>
          <w:p w14:paraId="5D7523F4" w14:textId="09D10FFE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614" w:type="dxa"/>
            <w:vAlign w:val="center"/>
          </w:tcPr>
          <w:p w14:paraId="71F11E8E" w14:textId="093D3933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940" w:type="dxa"/>
            <w:vAlign w:val="center"/>
          </w:tcPr>
          <w:p w14:paraId="4A2E2266" w14:textId="704533DF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2135" w:type="dxa"/>
            <w:vAlign w:val="center"/>
          </w:tcPr>
          <w:p w14:paraId="66EA83C9" w14:textId="6EA616C1" w:rsidR="004A7E53" w:rsidRDefault="004A7E53" w:rsidP="00223CB6">
            <w:pPr>
              <w:rPr>
                <w:lang w:eastAsia="zh-CN"/>
              </w:rPr>
            </w:pPr>
          </w:p>
        </w:tc>
        <w:tc>
          <w:tcPr>
            <w:tcW w:w="1757" w:type="dxa"/>
          </w:tcPr>
          <w:p w14:paraId="37D2A479" w14:textId="77777777" w:rsidR="004A7E53" w:rsidRDefault="004A7E53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3A9FA7CE" w:rsidR="005D7839" w:rsidRPr="00E54819" w:rsidRDefault="00E54819" w:rsidP="00E54819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</w:p>
    <w:sectPr w:rsidR="005D7839" w:rsidRPr="00E54819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49768" w14:textId="77777777" w:rsidR="006E5AD1" w:rsidRDefault="006E5AD1">
      <w:pPr>
        <w:spacing w:after="0" w:line="240" w:lineRule="auto"/>
      </w:pPr>
      <w:r>
        <w:separator/>
      </w:r>
    </w:p>
  </w:endnote>
  <w:endnote w:type="continuationSeparator" w:id="0">
    <w:p w14:paraId="7C7F24F9" w14:textId="77777777" w:rsidR="006E5AD1" w:rsidRDefault="006E5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194E0" w14:textId="000BC96B" w:rsidR="001B10CE" w:rsidRDefault="001B10CE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BAB56F" wp14:editId="331174A7">
              <wp:simplePos x="0" y="0"/>
              <wp:positionH relativeFrom="column">
                <wp:posOffset>-356334</wp:posOffset>
              </wp:positionH>
              <wp:positionV relativeFrom="paragraph">
                <wp:posOffset>150073</wp:posOffset>
              </wp:positionV>
              <wp:extent cx="7846355" cy="569587"/>
              <wp:effectExtent l="57150" t="19050" r="59690" b="7874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355" cy="569587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 w="9525" cap="flat" cmpd="sng" algn="ctr">
                        <a:noFill/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txbx>
                      <w:txbxContent>
                        <w:p w14:paraId="70955E03" w14:textId="77777777" w:rsidR="001B10CE" w:rsidRPr="00582B61" w:rsidRDefault="001B10CE" w:rsidP="001B10CE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2D448B0F" w14:textId="77777777" w:rsidR="001B10CE" w:rsidRPr="00582B61" w:rsidRDefault="001B10CE" w:rsidP="001B10CE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BAB56F" id="矩形 5" o:spid="_x0000_s1029" style="position:absolute;margin-left:-28.05pt;margin-top:11.8pt;width:617.8pt;height:4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" fillcolor="#00458a" stroked="f">
              <v:shadow on="t" color="black" opacity="22937f" origin=",.5" offset="0,.63889mm"/>
              <v:textbox>
                <w:txbxContent>
                  <w:p w14:paraId="70955E03" w14:textId="77777777" w:rsidR="001B10CE" w:rsidRPr="00582B61" w:rsidRDefault="001B10CE" w:rsidP="001B10CE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2D448B0F" w14:textId="77777777" w:rsidR="001B10CE" w:rsidRPr="00582B61" w:rsidRDefault="001B10CE" w:rsidP="001B10CE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3140239C" w14:textId="23333F30" w:rsidR="001B10CE" w:rsidRDefault="001B10C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581FE" w14:textId="77777777" w:rsidR="006E5AD1" w:rsidRDefault="006E5AD1">
      <w:pPr>
        <w:spacing w:after="0" w:line="240" w:lineRule="auto"/>
      </w:pPr>
      <w:r>
        <w:separator/>
      </w:r>
    </w:p>
  </w:footnote>
  <w:footnote w:type="continuationSeparator" w:id="0">
    <w:p w14:paraId="732480A4" w14:textId="77777777" w:rsidR="006E5AD1" w:rsidRDefault="006E5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47B"/>
    <w:rsid w:val="00031E1F"/>
    <w:rsid w:val="00034616"/>
    <w:rsid w:val="00040CB8"/>
    <w:rsid w:val="0006063C"/>
    <w:rsid w:val="00060825"/>
    <w:rsid w:val="000675D7"/>
    <w:rsid w:val="00071919"/>
    <w:rsid w:val="00083ADF"/>
    <w:rsid w:val="000B1106"/>
    <w:rsid w:val="000B2FA2"/>
    <w:rsid w:val="00110A71"/>
    <w:rsid w:val="001224E5"/>
    <w:rsid w:val="00141136"/>
    <w:rsid w:val="00144C11"/>
    <w:rsid w:val="0015074B"/>
    <w:rsid w:val="0016647A"/>
    <w:rsid w:val="00183B5F"/>
    <w:rsid w:val="00186050"/>
    <w:rsid w:val="001938CA"/>
    <w:rsid w:val="001B10CE"/>
    <w:rsid w:val="001D2E5A"/>
    <w:rsid w:val="001E3ADD"/>
    <w:rsid w:val="001F16ED"/>
    <w:rsid w:val="001F4358"/>
    <w:rsid w:val="0020548B"/>
    <w:rsid w:val="00211066"/>
    <w:rsid w:val="00223CB6"/>
    <w:rsid w:val="0022501A"/>
    <w:rsid w:val="00234D5E"/>
    <w:rsid w:val="00236D8E"/>
    <w:rsid w:val="00241ADC"/>
    <w:rsid w:val="00270E57"/>
    <w:rsid w:val="00281D1D"/>
    <w:rsid w:val="0029639D"/>
    <w:rsid w:val="002A3BAB"/>
    <w:rsid w:val="002C4EB7"/>
    <w:rsid w:val="002D4093"/>
    <w:rsid w:val="002F63BC"/>
    <w:rsid w:val="00326F90"/>
    <w:rsid w:val="00363B02"/>
    <w:rsid w:val="0036671E"/>
    <w:rsid w:val="00377148"/>
    <w:rsid w:val="003D2476"/>
    <w:rsid w:val="00410330"/>
    <w:rsid w:val="00417C0B"/>
    <w:rsid w:val="00423CB6"/>
    <w:rsid w:val="004434E0"/>
    <w:rsid w:val="004A24CE"/>
    <w:rsid w:val="004A7E53"/>
    <w:rsid w:val="004B6852"/>
    <w:rsid w:val="004D1C23"/>
    <w:rsid w:val="004E1656"/>
    <w:rsid w:val="004E34FE"/>
    <w:rsid w:val="004F27E2"/>
    <w:rsid w:val="004F6137"/>
    <w:rsid w:val="004F6543"/>
    <w:rsid w:val="005034E6"/>
    <w:rsid w:val="00516DF0"/>
    <w:rsid w:val="00553276"/>
    <w:rsid w:val="00570371"/>
    <w:rsid w:val="00582B61"/>
    <w:rsid w:val="005A214E"/>
    <w:rsid w:val="005B38EC"/>
    <w:rsid w:val="005D7839"/>
    <w:rsid w:val="00613406"/>
    <w:rsid w:val="00631144"/>
    <w:rsid w:val="006864AC"/>
    <w:rsid w:val="006D179A"/>
    <w:rsid w:val="006E5AD1"/>
    <w:rsid w:val="006F4391"/>
    <w:rsid w:val="00706F32"/>
    <w:rsid w:val="00745F59"/>
    <w:rsid w:val="00761E18"/>
    <w:rsid w:val="00776DFC"/>
    <w:rsid w:val="00790378"/>
    <w:rsid w:val="007A6891"/>
    <w:rsid w:val="007B2211"/>
    <w:rsid w:val="007C58A3"/>
    <w:rsid w:val="008112FF"/>
    <w:rsid w:val="00814E2A"/>
    <w:rsid w:val="008371AD"/>
    <w:rsid w:val="00866B1E"/>
    <w:rsid w:val="008747BE"/>
    <w:rsid w:val="00875A95"/>
    <w:rsid w:val="008844B8"/>
    <w:rsid w:val="008A455D"/>
    <w:rsid w:val="008E2A84"/>
    <w:rsid w:val="00916D09"/>
    <w:rsid w:val="00917064"/>
    <w:rsid w:val="00917B15"/>
    <w:rsid w:val="00933175"/>
    <w:rsid w:val="009408EA"/>
    <w:rsid w:val="00984677"/>
    <w:rsid w:val="009A1112"/>
    <w:rsid w:val="009A5DCA"/>
    <w:rsid w:val="009B72CF"/>
    <w:rsid w:val="009E675F"/>
    <w:rsid w:val="009F07E2"/>
    <w:rsid w:val="00A0784F"/>
    <w:rsid w:val="00A23C60"/>
    <w:rsid w:val="00A34B9A"/>
    <w:rsid w:val="00A519ED"/>
    <w:rsid w:val="00A65E09"/>
    <w:rsid w:val="00A670F0"/>
    <w:rsid w:val="00A75FC6"/>
    <w:rsid w:val="00A777A6"/>
    <w:rsid w:val="00A859A9"/>
    <w:rsid w:val="00A87442"/>
    <w:rsid w:val="00AA1D8D"/>
    <w:rsid w:val="00AD45A0"/>
    <w:rsid w:val="00B172B3"/>
    <w:rsid w:val="00B47730"/>
    <w:rsid w:val="00B511CC"/>
    <w:rsid w:val="00B801FB"/>
    <w:rsid w:val="00B85DB4"/>
    <w:rsid w:val="00BD6D18"/>
    <w:rsid w:val="00C00E1F"/>
    <w:rsid w:val="00C01C32"/>
    <w:rsid w:val="00C041CF"/>
    <w:rsid w:val="00C121B0"/>
    <w:rsid w:val="00C522F0"/>
    <w:rsid w:val="00C52897"/>
    <w:rsid w:val="00C646FA"/>
    <w:rsid w:val="00C66CCB"/>
    <w:rsid w:val="00C8373A"/>
    <w:rsid w:val="00CA1174"/>
    <w:rsid w:val="00CA2534"/>
    <w:rsid w:val="00CA6F32"/>
    <w:rsid w:val="00CB0664"/>
    <w:rsid w:val="00CB3FD8"/>
    <w:rsid w:val="00CC462E"/>
    <w:rsid w:val="00CF3F56"/>
    <w:rsid w:val="00D11ADC"/>
    <w:rsid w:val="00D318DF"/>
    <w:rsid w:val="00D540EF"/>
    <w:rsid w:val="00D951F9"/>
    <w:rsid w:val="00D96E04"/>
    <w:rsid w:val="00DB17B1"/>
    <w:rsid w:val="00DB3ED7"/>
    <w:rsid w:val="00DF5A9A"/>
    <w:rsid w:val="00E21DEA"/>
    <w:rsid w:val="00E25887"/>
    <w:rsid w:val="00E3655F"/>
    <w:rsid w:val="00E54819"/>
    <w:rsid w:val="00E66A93"/>
    <w:rsid w:val="00E820BC"/>
    <w:rsid w:val="00E826F8"/>
    <w:rsid w:val="00EA4143"/>
    <w:rsid w:val="00EC1C6D"/>
    <w:rsid w:val="00F0490C"/>
    <w:rsid w:val="00F10275"/>
    <w:rsid w:val="00F2246E"/>
    <w:rsid w:val="00F354C9"/>
    <w:rsid w:val="00F429C0"/>
    <w:rsid w:val="00FA781E"/>
    <w:rsid w:val="00FB6801"/>
    <w:rsid w:val="00FC693F"/>
    <w:rsid w:val="00FD6C76"/>
    <w:rsid w:val="00FF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2026-06-08T07:07:00Z</dcterms:created>
  <dcterms:modified xsi:type="dcterms:W3CDTF">2026-06-08T07:07:00Z</dcterms:modified>
  <cp:category/>
</cp:coreProperties>
</file>