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475B2C" w14:textId="06753E1C" w:rsidR="00141136" w:rsidRDefault="00141136">
      <w:r>
        <w:rPr>
          <w:rFonts w:asciiTheme="minorHAnsi" w:hAnsiTheme="minorHAnsi"/>
          <w:noProof/>
          <w:sz w:val="40"/>
          <w:szCs w:val="40"/>
        </w:rPr>
        <w:drawing>
          <wp:anchor distT="0" distB="0" distL="114300" distR="114300" simplePos="0" relativeHeight="251660288" behindDoc="0" locked="0" layoutInCell="1" allowOverlap="1" wp14:anchorId="6FB5B09F" wp14:editId="50DE6185">
            <wp:simplePos x="0" y="0"/>
            <wp:positionH relativeFrom="column">
              <wp:posOffset>5309870</wp:posOffset>
            </wp:positionH>
            <wp:positionV relativeFrom="page">
              <wp:posOffset>159385</wp:posOffset>
            </wp:positionV>
            <wp:extent cx="1690370" cy="1235075"/>
            <wp:effectExtent l="0" t="0" r="5080" b="3175"/>
            <wp:wrapNone/>
            <wp:docPr id="2135541210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541210" name="图片 2135541210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690370" cy="1235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eastAsia="zh-CN"/>
        </w:rPr>
        <w:t>Publication</w:t>
      </w:r>
      <w:r>
        <w:rPr>
          <w:rFonts w:asciiTheme="minorHAnsi" w:hAnsiTheme="minorHAnsi" w:hint="eastAsia"/>
          <w:sz w:val="20"/>
          <w:szCs w:val="20"/>
          <w:lang w:eastAsia="zh-CN"/>
        </w:rPr>
        <w:t xml:space="preserve"> </w:t>
      </w:r>
      <w:r w:rsidRPr="009F07E2">
        <w:rPr>
          <w:rFonts w:asciiTheme="minorHAnsi" w:hAnsiTheme="minorHAnsi"/>
          <w:sz w:val="20"/>
          <w:szCs w:val="20"/>
        </w:rPr>
        <w:t>Date 202</w:t>
      </w:r>
      <w:r w:rsidRPr="009F07E2">
        <w:rPr>
          <w:rFonts w:asciiTheme="minorHAnsi" w:hAnsiTheme="minorHAnsi" w:hint="eastAsia"/>
          <w:sz w:val="20"/>
          <w:szCs w:val="20"/>
          <w:lang w:eastAsia="zh-CN"/>
        </w:rPr>
        <w:t>5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678"/>
        <w:gridCol w:w="259"/>
      </w:tblGrid>
      <w:tr w:rsidR="00F0490C" w:rsidRPr="008E2A84" w14:paraId="20055008" w14:textId="77777777" w:rsidTr="00141136">
        <w:tc>
          <w:tcPr>
            <w:tcW w:w="4678" w:type="dxa"/>
          </w:tcPr>
          <w:p w14:paraId="444C3FAC" w14:textId="3BB3495D" w:rsidR="00776DFC" w:rsidRPr="00141136" w:rsidRDefault="00000000" w:rsidP="00141136">
            <w:pPr>
              <w:rPr>
                <w:rFonts w:asciiTheme="minorHAnsi" w:hAnsiTheme="minorHAnsi"/>
                <w:sz w:val="22"/>
                <w:lang w:eastAsia="zh-CN"/>
              </w:rPr>
            </w:pP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t>DXL STEEL FRAMING SYSTEMS</w:t>
            </w:r>
            <w:r w:rsidRPr="008E2A84">
              <w:rPr>
                <w:rFonts w:asciiTheme="minorHAnsi" w:hAnsiTheme="minorHAnsi"/>
                <w:b/>
                <w:color w:val="0C3666"/>
                <w:sz w:val="28"/>
              </w:rPr>
              <w:br/>
            </w:r>
            <w:r w:rsidRPr="008E2A84">
              <w:rPr>
                <w:rFonts w:asciiTheme="minorHAnsi" w:hAnsiTheme="minorHAnsi"/>
                <w:sz w:val="22"/>
              </w:rPr>
              <w:t xml:space="preserve">PRODUCT DATA SHEET </w:t>
            </w:r>
          </w:p>
        </w:tc>
        <w:tc>
          <w:tcPr>
            <w:tcW w:w="259" w:type="dxa"/>
          </w:tcPr>
          <w:p w14:paraId="3C33886B" w14:textId="4D8BC79A" w:rsidR="00F0490C" w:rsidRPr="009F07E2" w:rsidRDefault="00000000" w:rsidP="009F07E2">
            <w:pPr>
              <w:wordWrap w:val="0"/>
              <w:jc w:val="right"/>
              <w:rPr>
                <w:rFonts w:asciiTheme="minorHAnsi" w:hAnsiTheme="minorHAnsi"/>
                <w:sz w:val="20"/>
                <w:szCs w:val="20"/>
                <w:lang w:eastAsia="zh-CN"/>
              </w:rPr>
            </w:pPr>
            <w:r w:rsidRPr="009F07E2">
              <w:rPr>
                <w:rFonts w:asciiTheme="minorHAnsi" w:hAnsiTheme="minorHAnsi"/>
                <w:sz w:val="20"/>
                <w:szCs w:val="20"/>
              </w:rPr>
              <w:br/>
            </w:r>
          </w:p>
        </w:tc>
      </w:tr>
    </w:tbl>
    <w:p w14:paraId="06DC109C" w14:textId="70136501" w:rsidR="00F0490C" w:rsidRDefault="00BD6D18" w:rsidP="00BD6D18">
      <w:pPr>
        <w:adjustRightInd w:val="0"/>
        <w:spacing w:after="0" w:line="240" w:lineRule="auto"/>
        <w:rPr>
          <w:rFonts w:asciiTheme="minorHAnsi" w:hAnsiTheme="minorHAnsi"/>
          <w:b/>
          <w:i/>
          <w:iCs/>
          <w:color w:val="0C3666"/>
          <w:sz w:val="72"/>
          <w:szCs w:val="72"/>
          <w:lang w:eastAsia="zh-CN"/>
        </w:rPr>
      </w:pPr>
      <w:r w:rsidRPr="0016647A">
        <w:rPr>
          <w:rFonts w:asciiTheme="minorHAnsi" w:hAnsiTheme="minorHAnsi" w:hint="eastAsia"/>
          <w:b/>
          <w:i/>
          <w:iCs/>
          <w:color w:val="0C3666"/>
          <w:sz w:val="72"/>
          <w:szCs w:val="72"/>
          <w:lang w:eastAsia="zh-CN"/>
        </w:rPr>
        <w:t>DOUBLE FURRING CHANNEL</w:t>
      </w:r>
    </w:p>
    <w:p w14:paraId="4506870D" w14:textId="3316D7A4" w:rsidR="00060825" w:rsidRPr="00C041CF" w:rsidRDefault="00060825" w:rsidP="00BD6D18">
      <w:pPr>
        <w:adjustRightInd w:val="0"/>
        <w:spacing w:after="0" w:line="240" w:lineRule="auto"/>
        <w:rPr>
          <w:rFonts w:asciiTheme="minorHAnsi" w:hAnsiTheme="minorHAnsi"/>
          <w:i/>
          <w:iCs/>
          <w:color w:val="0C3666"/>
          <w:sz w:val="44"/>
          <w:szCs w:val="44"/>
          <w:lang w:eastAsia="zh-CN"/>
        </w:rPr>
      </w:pPr>
      <w:r w:rsidRPr="00C041CF">
        <w:rPr>
          <w:rFonts w:asciiTheme="minorHAnsi" w:hAnsiTheme="minorHAnsi"/>
          <w:i/>
          <w:iCs/>
          <w:noProof/>
          <w:color w:val="0C3666"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87989F6" wp14:editId="5A656AEA">
                <wp:simplePos x="0" y="0"/>
                <wp:positionH relativeFrom="column">
                  <wp:posOffset>4058</wp:posOffset>
                </wp:positionH>
                <wp:positionV relativeFrom="paragraph">
                  <wp:posOffset>299721</wp:posOffset>
                </wp:positionV>
                <wp:extent cx="7228840" cy="0"/>
                <wp:effectExtent l="38100" t="38100" r="67310" b="95250"/>
                <wp:wrapNone/>
                <wp:docPr id="1864000506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22884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7356A33" id="直接连接符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.3pt,23.6pt" to="569.5pt,2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" strokecolor="#4f81bd [3204]" strokeweight="2pt">
                <v:shadow on="t" color="black" opacity="24903f" origin=",.5" offset="0,.55556mm"/>
              </v:line>
            </w:pict>
          </mc:Fallback>
        </mc:AlternateContent>
      </w:r>
      <w:r w:rsidRPr="00C041CF">
        <w:rPr>
          <w:rFonts w:asciiTheme="minorHAnsi" w:hAnsiTheme="minorHAnsi" w:hint="eastAsia"/>
          <w:i/>
          <w:iCs/>
          <w:color w:val="0C3666"/>
          <w:sz w:val="44"/>
          <w:szCs w:val="44"/>
          <w:lang w:eastAsia="zh-CN"/>
        </w:rPr>
        <w:t>CEILING SYSTEMS</w:t>
      </w:r>
    </w:p>
    <w:tbl>
      <w:tblPr>
        <w:tblW w:w="11649" w:type="dxa"/>
        <w:tblInd w:w="-142" w:type="dxa"/>
        <w:tblLook w:val="04A0" w:firstRow="1" w:lastRow="0" w:firstColumn="1" w:lastColumn="0" w:noHBand="0" w:noVBand="1"/>
      </w:tblPr>
      <w:tblGrid>
        <w:gridCol w:w="5864"/>
        <w:gridCol w:w="5785"/>
      </w:tblGrid>
      <w:tr w:rsidR="006864AC" w:rsidRPr="006864AC" w14:paraId="7FF846DC" w14:textId="77777777" w:rsidTr="00281D1D">
        <w:tc>
          <w:tcPr>
            <w:tcW w:w="5864" w:type="dxa"/>
            <w:vAlign w:val="center"/>
          </w:tcPr>
          <w:p w14:paraId="1ED21F8E" w14:textId="281F7CA6" w:rsidR="00F0490C" w:rsidRPr="001224E5" w:rsidRDefault="00000000" w:rsidP="009408EA">
            <w:pPr>
              <w:spacing w:beforeLines="100" w:before="240" w:after="120" w:line="240" w:lineRule="auto"/>
              <w:ind w:firstLineChars="100" w:firstLine="240"/>
              <w:rPr>
                <w:rFonts w:asciiTheme="minorHAnsi" w:hAnsiTheme="minorHAnsi"/>
                <w:sz w:val="24"/>
                <w:szCs w:val="24"/>
                <w:lang w:eastAsia="zh-CN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DXL- </w:t>
            </w:r>
            <w:r w:rsidR="00F2246E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DFC SERIES</w:t>
            </w:r>
          </w:p>
          <w:p w14:paraId="2D2EE221" w14:textId="32395E92" w:rsidR="00D11ADC" w:rsidRPr="00D11ADC" w:rsidRDefault="001F16ED" w:rsidP="00D11ADC">
            <w:pPr>
              <w:tabs>
                <w:tab w:val="left" w:pos="3006"/>
              </w:tabs>
              <w:spacing w:after="0"/>
              <w:ind w:leftChars="100" w:left="180" w:firstLineChars="100" w:firstLine="240"/>
              <w:rPr>
                <w:rFonts w:asciiTheme="minorHAnsi" w:hAnsiTheme="minorHAnsi"/>
                <w:sz w:val="16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8720" behindDoc="0" locked="0" layoutInCell="1" allowOverlap="1" wp14:anchorId="59F6565F" wp14:editId="0DF4B06F">
                  <wp:simplePos x="0" y="0"/>
                  <wp:positionH relativeFrom="column">
                    <wp:posOffset>-186055</wp:posOffset>
                  </wp:positionH>
                  <wp:positionV relativeFrom="paragraph">
                    <wp:posOffset>547370</wp:posOffset>
                  </wp:positionV>
                  <wp:extent cx="262255" cy="243205"/>
                  <wp:effectExtent l="0" t="0" r="4445" b="4445"/>
                  <wp:wrapNone/>
                  <wp:docPr id="567939898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1047" t="11548" r="22205" b="6657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320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11ADC">
              <w:t xml:space="preserve"> </w:t>
            </w:r>
            <w:r w:rsidR="00D11ADC" w:rsidRPr="00D11ADC">
              <w:rPr>
                <w:rFonts w:asciiTheme="minorHAnsi" w:hAnsiTheme="minorHAnsi"/>
                <w:sz w:val="16"/>
              </w:rPr>
              <w:t>DXL Double Furring Channels are cold-formed galvanized steel profiles used for ceiling suspension and drywall support systems.</w:t>
            </w:r>
          </w:p>
          <w:p w14:paraId="7E11427B" w14:textId="7AA5D3C4" w:rsidR="00F0490C" w:rsidRPr="008E2A84" w:rsidRDefault="00D11ADC" w:rsidP="00D11ADC">
            <w:pPr>
              <w:tabs>
                <w:tab w:val="left" w:pos="3006"/>
              </w:tabs>
              <w:spacing w:after="120"/>
              <w:ind w:leftChars="100" w:left="180" w:firstLineChars="100" w:firstLine="160"/>
              <w:rPr>
                <w:rFonts w:asciiTheme="minorHAnsi" w:hAnsiTheme="minorHAnsi"/>
                <w:lang w:eastAsia="zh-CN"/>
              </w:rPr>
            </w:pPr>
            <w:r w:rsidRPr="00D11ADC">
              <w:rPr>
                <w:rFonts w:asciiTheme="minorHAnsi" w:hAnsiTheme="minorHAnsi" w:hint="eastAsia"/>
                <w:sz w:val="16"/>
                <w:lang w:eastAsia="zh-CN"/>
              </w:rPr>
              <w:t xml:space="preserve">DXL </w:t>
            </w:r>
            <w:r w:rsidRPr="00D11ADC">
              <w:rPr>
                <w:rFonts w:asciiTheme="minorHAnsi" w:hAnsiTheme="minorHAnsi" w:hint="eastAsia"/>
                <w:sz w:val="16"/>
                <w:lang w:eastAsia="zh-CN"/>
              </w:rPr>
              <w:t>双面副龙骨采用镀锌钢板成型，适用于吊顶悬挂及石膏板支撑系统</w:t>
            </w:r>
            <w:r w:rsidR="001F16ED" w:rsidRPr="008E2A84">
              <w:rPr>
                <w:rFonts w:asciiTheme="minorHAnsi" w:hAnsiTheme="minorHAnsi"/>
                <w:sz w:val="16"/>
                <w:lang w:eastAsia="zh-CN"/>
              </w:rPr>
              <w:t>。</w:t>
            </w:r>
          </w:p>
          <w:p w14:paraId="773055DA" w14:textId="38A29AFC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1. PRODUCT INFORMATION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产品信息</w:t>
            </w:r>
            <w:proofErr w:type="spellEnd"/>
          </w:p>
          <w:tbl>
            <w:tblPr>
              <w:tblStyle w:val="aff1"/>
              <w:tblW w:w="5306" w:type="dxa"/>
              <w:tblInd w:w="167" w:type="dxa"/>
              <w:tblLook w:val="04A0" w:firstRow="1" w:lastRow="0" w:firstColumn="1" w:lastColumn="0" w:noHBand="0" w:noVBand="1"/>
            </w:tblPr>
            <w:tblGrid>
              <w:gridCol w:w="2280"/>
              <w:gridCol w:w="3026"/>
            </w:tblGrid>
            <w:tr w:rsidR="00F0490C" w:rsidRPr="008E2A84" w14:paraId="3BBB564B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45A7F1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Product Name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产品名称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EC94DD2" w14:textId="67E01715" w:rsidR="00CA2534" w:rsidRPr="008E2A84" w:rsidRDefault="00CA6F32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CA2534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 xml:space="preserve"> </w:t>
                  </w:r>
                  <w:r w:rsidR="00BD6D1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Double Furring Channel</w:t>
                  </w:r>
                </w:p>
              </w:tc>
            </w:tr>
            <w:tr w:rsidR="00F0490C" w:rsidRPr="008E2A84" w14:paraId="37252975" w14:textId="77777777" w:rsidTr="00E66A93">
              <w:trPr>
                <w:trHeight w:val="363"/>
              </w:trPr>
              <w:tc>
                <w:tcPr>
                  <w:tcW w:w="2280" w:type="dxa"/>
                </w:tcPr>
                <w:p w14:paraId="1CEA4F65" w14:textId="1CB543A2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Model No.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型号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63F4887E" w14:textId="7150831A" w:rsidR="00A859A9" w:rsidRPr="008E2A84" w:rsidRDefault="00CA2534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DXL-</w:t>
                  </w:r>
                  <w:r w:rsidR="00BD6D18"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DFC Series</w:t>
                  </w:r>
                </w:p>
              </w:tc>
            </w:tr>
            <w:tr w:rsidR="00F0490C" w:rsidRPr="008E2A84" w14:paraId="2561057C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27B4459F" w14:textId="2EF61F16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Category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类别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49DFAF9D" w14:textId="4911EB57" w:rsidR="00F0490C" w:rsidRPr="008E2A84" w:rsidRDefault="00D11ADC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Ceiling</w:t>
                  </w:r>
                  <w:r w:rsidR="001E3ADD" w:rsidRPr="008E2A84">
                    <w:rPr>
                      <w:rFonts w:asciiTheme="minorHAnsi" w:hAnsiTheme="minorHAnsi"/>
                      <w:szCs w:val="18"/>
                    </w:rPr>
                    <w:t xml:space="preserve"> Framing System</w:t>
                  </w:r>
                </w:p>
              </w:tc>
            </w:tr>
            <w:tr w:rsidR="00F0490C" w:rsidRPr="008E2A84" w14:paraId="58469EA0" w14:textId="77777777" w:rsidTr="00E66A93">
              <w:trPr>
                <w:trHeight w:val="348"/>
              </w:trPr>
              <w:tc>
                <w:tcPr>
                  <w:tcW w:w="2280" w:type="dxa"/>
                </w:tcPr>
                <w:p w14:paraId="161C2BA8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Application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应用</w:t>
                  </w:r>
                  <w:proofErr w:type="spellEnd"/>
                </w:p>
              </w:tc>
              <w:tc>
                <w:tcPr>
                  <w:tcW w:w="3026" w:type="dxa"/>
                </w:tcPr>
                <w:p w14:paraId="51C39C0E" w14:textId="27CDA01D" w:rsidR="00F0490C" w:rsidRPr="008E2A84" w:rsidRDefault="00D11ADC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D11ADC">
                    <w:rPr>
                      <w:rFonts w:asciiTheme="minorHAnsi" w:hAnsiTheme="minorHAnsi"/>
                      <w:szCs w:val="18"/>
                    </w:rPr>
                    <w:t>Ceiling suspension and drywall support systems</w:t>
                  </w:r>
                </w:p>
              </w:tc>
            </w:tr>
          </w:tbl>
          <w:p w14:paraId="4355A665" w14:textId="468631DC" w:rsidR="00F0490C" w:rsidRPr="008E2A84" w:rsidRDefault="00C8373A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79744" behindDoc="0" locked="0" layoutInCell="1" allowOverlap="1" wp14:anchorId="51FD460F" wp14:editId="4AC594D6">
                  <wp:simplePos x="0" y="0"/>
                  <wp:positionH relativeFrom="column">
                    <wp:posOffset>-187960</wp:posOffset>
                  </wp:positionH>
                  <wp:positionV relativeFrom="paragraph">
                    <wp:posOffset>238760</wp:posOffset>
                  </wp:positionV>
                  <wp:extent cx="258445" cy="234950"/>
                  <wp:effectExtent l="0" t="0" r="8255" b="0"/>
                  <wp:wrapNone/>
                  <wp:docPr id="183801317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078" t="11376" r="41896" b="6678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58445" cy="23495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47DD3D6B" w14:textId="365799D1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2. DIMENSIONS </w:t>
            </w:r>
            <w:bookmarkStart w:id="0" w:name="_Hlk227920392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尺寸参数</w:t>
            </w:r>
            <w:bookmarkEnd w:id="0"/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2CA71CC6" w14:textId="77777777" w:rsidTr="00E66A93">
              <w:tc>
                <w:tcPr>
                  <w:tcW w:w="2268" w:type="dxa"/>
                </w:tcPr>
                <w:p w14:paraId="0D8A0BB7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Web Width (A)</w:t>
                  </w:r>
                </w:p>
              </w:tc>
              <w:tc>
                <w:tcPr>
                  <w:tcW w:w="2977" w:type="dxa"/>
                </w:tcPr>
                <w:p w14:paraId="03F016CB" w14:textId="06736321" w:rsidR="00F0490C" w:rsidRPr="008E2A84" w:rsidRDefault="00BD6D1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50 60</w:t>
                  </w:r>
                </w:p>
              </w:tc>
            </w:tr>
            <w:tr w:rsidR="00F0490C" w:rsidRPr="008E2A84" w14:paraId="41BE7E2D" w14:textId="77777777" w:rsidTr="00E66A93">
              <w:tc>
                <w:tcPr>
                  <w:tcW w:w="2268" w:type="dxa"/>
                </w:tcPr>
                <w:p w14:paraId="7F12866E" w14:textId="77777777" w:rsidR="00F0490C" w:rsidRPr="008E2A84" w:rsidRDefault="00000000" w:rsidP="00A859A9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Thickness (T)</w:t>
                  </w:r>
                </w:p>
              </w:tc>
              <w:tc>
                <w:tcPr>
                  <w:tcW w:w="2977" w:type="dxa"/>
                </w:tcPr>
                <w:p w14:paraId="04BC2AB1" w14:textId="6A0487A2" w:rsidR="00F0490C" w:rsidRPr="008E2A84" w:rsidRDefault="00BD6D18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>
                    <w:rPr>
                      <w:rFonts w:asciiTheme="minorHAnsi" w:hAnsiTheme="minorHAnsi" w:hint="eastAsia"/>
                      <w:szCs w:val="18"/>
                      <w:lang w:eastAsia="zh-CN"/>
                    </w:rPr>
                    <w:t>20 26</w:t>
                  </w:r>
                </w:p>
              </w:tc>
            </w:tr>
            <w:tr w:rsidR="00F0490C" w:rsidRPr="008E2A84" w14:paraId="322824FA" w14:textId="77777777" w:rsidTr="00E66A93">
              <w:tc>
                <w:tcPr>
                  <w:tcW w:w="2268" w:type="dxa"/>
                </w:tcPr>
                <w:p w14:paraId="43FB4ED4" w14:textId="63578E7B" w:rsidR="00F0490C" w:rsidRPr="008E2A84" w:rsidRDefault="00A859A9" w:rsidP="00A859A9">
                  <w:pPr>
                    <w:spacing w:line="276" w:lineRule="auto"/>
                    <w:rPr>
                      <w:rFonts w:asciiTheme="minorHAnsi" w:eastAsia="黑体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eastAsia="黑体" w:hAnsiTheme="minorHAnsi"/>
                      <w:szCs w:val="18"/>
                      <w:lang w:eastAsia="zh-CN"/>
                    </w:rPr>
                    <w:t>Length</w:t>
                  </w:r>
                </w:p>
              </w:tc>
              <w:tc>
                <w:tcPr>
                  <w:tcW w:w="2977" w:type="dxa"/>
                </w:tcPr>
                <w:p w14:paraId="1B0BE3A0" w14:textId="315E4A02" w:rsidR="00F0490C" w:rsidRPr="008E2A84" w:rsidRDefault="001E3ADD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2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8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>00 / 3000 / Custom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（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≥2000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）</w:t>
                  </w:r>
                </w:p>
              </w:tc>
            </w:tr>
          </w:tbl>
          <w:p w14:paraId="52A50D3E" w14:textId="59B4CA5B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0768" behindDoc="0" locked="0" layoutInCell="1" allowOverlap="1" wp14:anchorId="3E3C4827" wp14:editId="34168769">
                  <wp:simplePos x="0" y="0"/>
                  <wp:positionH relativeFrom="column">
                    <wp:posOffset>-164465</wp:posOffset>
                  </wp:positionH>
                  <wp:positionV relativeFrom="paragraph">
                    <wp:posOffset>251460</wp:posOffset>
                  </wp:positionV>
                  <wp:extent cx="231775" cy="220980"/>
                  <wp:effectExtent l="0" t="0" r="0" b="7620"/>
                  <wp:wrapNone/>
                  <wp:docPr id="1033022693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62016" t="40182" r="23303" b="3889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1775" cy="2209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0F9D3A0" w14:textId="7042B844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3. MATERIAL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材料与表面处理</w:t>
            </w:r>
            <w:proofErr w:type="spellEnd"/>
          </w:p>
          <w:tbl>
            <w:tblPr>
              <w:tblStyle w:val="aff1"/>
              <w:tblW w:w="5245" w:type="dxa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0490C" w:rsidRPr="008E2A84" w14:paraId="52E57C0E" w14:textId="77777777" w:rsidTr="00E66A93">
              <w:tc>
                <w:tcPr>
                  <w:tcW w:w="2268" w:type="dxa"/>
                </w:tcPr>
                <w:p w14:paraId="2B385B45" w14:textId="6A300722" w:rsidR="00F0490C" w:rsidRPr="008E2A84" w:rsidRDefault="00D318DF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Material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材质</w:t>
                  </w:r>
                </w:p>
              </w:tc>
              <w:tc>
                <w:tcPr>
                  <w:tcW w:w="2977" w:type="dxa"/>
                </w:tcPr>
                <w:p w14:paraId="2C123E1C" w14:textId="234283A7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G</w:t>
                  </w:r>
                  <w:r w:rsidR="00D318DF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alvanized steel</w:t>
                  </w:r>
                </w:p>
              </w:tc>
            </w:tr>
            <w:tr w:rsidR="00F0490C" w:rsidRPr="008E2A84" w14:paraId="04DCA241" w14:textId="77777777" w:rsidTr="00E66A93">
              <w:tc>
                <w:tcPr>
                  <w:tcW w:w="2268" w:type="dxa"/>
                </w:tcPr>
                <w:p w14:paraId="48D514A7" w14:textId="55ACEB89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Zinc Coating </w:t>
                  </w: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镀锌层</w:t>
                  </w:r>
                </w:p>
              </w:tc>
              <w:tc>
                <w:tcPr>
                  <w:tcW w:w="2977" w:type="dxa"/>
                </w:tcPr>
                <w:p w14:paraId="31863644" w14:textId="1E245432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Z100 - Z275 g/m²</w:t>
                  </w:r>
                </w:p>
              </w:tc>
            </w:tr>
            <w:tr w:rsidR="00F0490C" w:rsidRPr="008E2A84" w14:paraId="2BAFCD49" w14:textId="77777777" w:rsidTr="00E66A93">
              <w:tc>
                <w:tcPr>
                  <w:tcW w:w="2268" w:type="dxa"/>
                </w:tcPr>
                <w:p w14:paraId="1F493909" w14:textId="4DB8BDC2" w:rsidR="00F0490C" w:rsidRPr="008E2A84" w:rsidRDefault="00A859A9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Surface finish</w:t>
                  </w: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 </w:t>
                  </w:r>
                  <w:r w:rsidR="00B801FB"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表面处理</w:t>
                  </w:r>
                </w:p>
              </w:tc>
              <w:tc>
                <w:tcPr>
                  <w:tcW w:w="2977" w:type="dxa"/>
                </w:tcPr>
                <w:p w14:paraId="571DC232" w14:textId="07A9796C" w:rsidR="00F0490C" w:rsidRPr="008E2A84" w:rsidRDefault="00B801FB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  <w:lang w:eastAsia="zh-CN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  <w:lang w:eastAsia="zh-CN"/>
                    </w:rPr>
                    <w:t>Hot-dip Galvanized</w:t>
                  </w:r>
                </w:p>
              </w:tc>
            </w:tr>
          </w:tbl>
          <w:p w14:paraId="13D8CDDD" w14:textId="46E9EDC6" w:rsidR="004D1C23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1792" behindDoc="0" locked="0" layoutInCell="1" allowOverlap="1" wp14:anchorId="0000621F" wp14:editId="00856DD4">
                  <wp:simplePos x="0" y="0"/>
                  <wp:positionH relativeFrom="column">
                    <wp:posOffset>-193040</wp:posOffset>
                  </wp:positionH>
                  <wp:positionV relativeFrom="paragraph">
                    <wp:posOffset>233680</wp:posOffset>
                  </wp:positionV>
                  <wp:extent cx="262255" cy="246380"/>
                  <wp:effectExtent l="0" t="0" r="4445" b="1270"/>
                  <wp:wrapNone/>
                  <wp:docPr id="1144924499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524" t="39803" r="80248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2255" cy="2463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5FB860D8" w14:textId="02B9E9A8" w:rsidR="00F0490C" w:rsidRPr="008E2A84" w:rsidRDefault="00000000" w:rsidP="00E66A93">
            <w:pPr>
              <w:ind w:firstLineChars="100" w:firstLine="240"/>
              <w:rPr>
                <w:rFonts w:asciiTheme="minorHAnsi" w:hAnsiTheme="minorHAnsi"/>
              </w:rPr>
            </w:pP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4. TOLERANCE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 xml:space="preserve"> / </w:t>
            </w:r>
            <w:proofErr w:type="spellStart"/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公差标准</w:t>
            </w:r>
            <w:proofErr w:type="spellEnd"/>
          </w:p>
          <w:tbl>
            <w:tblPr>
              <w:tblStyle w:val="aff1"/>
              <w:tblW w:w="0" w:type="auto"/>
              <w:tblInd w:w="167" w:type="dxa"/>
              <w:tblLook w:val="04A0" w:firstRow="1" w:lastRow="0" w:firstColumn="1" w:lastColumn="0" w:noHBand="0" w:noVBand="1"/>
            </w:tblPr>
            <w:tblGrid>
              <w:gridCol w:w="2268"/>
              <w:gridCol w:w="2977"/>
            </w:tblGrid>
            <w:tr w:rsidR="00F354C9" w:rsidRPr="008E2A84" w14:paraId="68C0DCD3" w14:textId="77777777" w:rsidTr="00E66A93">
              <w:tc>
                <w:tcPr>
                  <w:tcW w:w="2268" w:type="dxa"/>
                </w:tcPr>
                <w:p w14:paraId="3F682845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Thickness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厚度公差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19DDB04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±0.03 mm</w:t>
                  </w:r>
                </w:p>
              </w:tc>
            </w:tr>
            <w:tr w:rsidR="00F354C9" w:rsidRPr="008E2A84" w14:paraId="4A7CDCAB" w14:textId="77777777" w:rsidTr="00E66A93">
              <w:tc>
                <w:tcPr>
                  <w:tcW w:w="2268" w:type="dxa"/>
                </w:tcPr>
                <w:p w14:paraId="49E4719B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Width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宽度公差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5BE710D0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±0.50 mm</w:t>
                  </w:r>
                </w:p>
              </w:tc>
            </w:tr>
            <w:tr w:rsidR="00F354C9" w:rsidRPr="008E2A84" w14:paraId="49254248" w14:textId="77777777" w:rsidTr="00E66A93">
              <w:tc>
                <w:tcPr>
                  <w:tcW w:w="2268" w:type="dxa"/>
                </w:tcPr>
                <w:p w14:paraId="332A758C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 xml:space="preserve">Length </w:t>
                  </w:r>
                  <w:proofErr w:type="spellStart"/>
                  <w:r w:rsidRPr="008E2A84">
                    <w:rPr>
                      <w:rFonts w:asciiTheme="minorHAnsi" w:hAnsiTheme="minorHAnsi"/>
                      <w:szCs w:val="18"/>
                    </w:rPr>
                    <w:t>长度公差</w:t>
                  </w:r>
                  <w:proofErr w:type="spellEnd"/>
                </w:p>
              </w:tc>
              <w:tc>
                <w:tcPr>
                  <w:tcW w:w="2977" w:type="dxa"/>
                </w:tcPr>
                <w:p w14:paraId="7EEC4523" w14:textId="77777777" w:rsidR="00F0490C" w:rsidRPr="008E2A84" w:rsidRDefault="00000000" w:rsidP="009A5DCA">
                  <w:pPr>
                    <w:spacing w:line="276" w:lineRule="auto"/>
                    <w:rPr>
                      <w:rFonts w:asciiTheme="minorHAnsi" w:hAnsiTheme="minorHAnsi"/>
                      <w:szCs w:val="18"/>
                    </w:rPr>
                  </w:pPr>
                  <w:r w:rsidRPr="008E2A84">
                    <w:rPr>
                      <w:rFonts w:asciiTheme="minorHAnsi" w:hAnsiTheme="minorHAnsi"/>
                      <w:szCs w:val="18"/>
                    </w:rPr>
                    <w:t>±5.0 mm</w:t>
                  </w:r>
                </w:p>
              </w:tc>
            </w:tr>
          </w:tbl>
          <w:p w14:paraId="356C93A8" w14:textId="487F9CB2" w:rsidR="00F0490C" w:rsidRPr="008E2A84" w:rsidRDefault="00F0490C">
            <w:pPr>
              <w:rPr>
                <w:rFonts w:asciiTheme="minorHAnsi" w:hAnsiTheme="minorHAnsi"/>
              </w:rPr>
            </w:pPr>
          </w:p>
          <w:p w14:paraId="21696328" w14:textId="061CB8A7" w:rsidR="008E2A84" w:rsidRPr="008E2A84" w:rsidRDefault="008E2A84" w:rsidP="00A0784F">
            <w:pPr>
              <w:ind w:rightChars="132" w:right="238"/>
              <w:rPr>
                <w:rFonts w:asciiTheme="minorHAnsi" w:hAnsiTheme="minorHAnsi"/>
                <w:lang w:eastAsia="zh-CN"/>
              </w:rPr>
            </w:pPr>
          </w:p>
        </w:tc>
        <w:tc>
          <w:tcPr>
            <w:tcW w:w="5785" w:type="dxa"/>
          </w:tcPr>
          <w:p w14:paraId="43CE2B4C" w14:textId="2BC615F9" w:rsidR="001F16ED" w:rsidRDefault="001F16ED" w:rsidP="001224E5">
            <w:pPr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2816" behindDoc="0" locked="0" layoutInCell="1" allowOverlap="1" wp14:anchorId="45657921" wp14:editId="13325E06">
                  <wp:simplePos x="0" y="0"/>
                  <wp:positionH relativeFrom="column">
                    <wp:posOffset>51435</wp:posOffset>
                  </wp:positionH>
                  <wp:positionV relativeFrom="paragraph">
                    <wp:posOffset>284480</wp:posOffset>
                  </wp:positionV>
                  <wp:extent cx="307975" cy="276225"/>
                  <wp:effectExtent l="0" t="0" r="0" b="9525"/>
                  <wp:wrapNone/>
                  <wp:docPr id="4242074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3949" t="11318" r="79788" b="6679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7975" cy="27622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630DC82D" w14:textId="18CDD737" w:rsidR="00F0490C" w:rsidRPr="008E2A84" w:rsidRDefault="005D7839" w:rsidP="001224E5">
            <w:pPr>
              <w:ind w:firstLineChars="300" w:firstLine="720"/>
              <w:rPr>
                <w:rFonts w:asciiTheme="minorHAnsi" w:hAnsiTheme="minorHAnsi"/>
                <w:lang w:eastAsia="zh-CN"/>
              </w:rPr>
            </w:pPr>
            <w:r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6.</w:t>
            </w:r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 xml:space="preserve">Product Photo / </w:t>
            </w:r>
            <w:proofErr w:type="spellStart"/>
            <w:r w:rsidRPr="001224E5">
              <w:rPr>
                <w:rFonts w:asciiTheme="minorHAnsi" w:hAnsiTheme="minorHAnsi"/>
                <w:b/>
                <w:color w:val="0C3666"/>
                <w:sz w:val="24"/>
                <w:szCs w:val="24"/>
              </w:rPr>
              <w:t>产</w:t>
            </w:r>
            <w:r w:rsidRPr="008E2A84">
              <w:rPr>
                <w:rFonts w:asciiTheme="minorHAnsi" w:hAnsiTheme="minorHAnsi"/>
                <w:b/>
                <w:color w:val="0C3666"/>
                <w:sz w:val="20"/>
              </w:rPr>
              <w:t>品实物</w:t>
            </w:r>
            <w:proofErr w:type="spellEnd"/>
          </w:p>
          <w:tbl>
            <w:tblPr>
              <w:tblpPr w:leftFromText="180" w:rightFromText="180" w:vertAnchor="text" w:horzAnchor="margin" w:tblpXSpec="center" w:tblpY="-33"/>
              <w:tblOverlap w:val="never"/>
              <w:tblW w:w="0" w:type="auto"/>
              <w:tblBorders>
                <w:top w:val="single" w:sz="6" w:space="0" w:color="9E9E9E"/>
                <w:left w:val="single" w:sz="6" w:space="0" w:color="9E9E9E"/>
                <w:bottom w:val="single" w:sz="6" w:space="0" w:color="9E9E9E"/>
                <w:right w:val="single" w:sz="6" w:space="0" w:color="9E9E9E"/>
                <w:insideH w:val="single" w:sz="4" w:space="0" w:color="D9D9D9"/>
                <w:insideV w:val="single" w:sz="4" w:space="0" w:color="D9D9D9"/>
              </w:tblBorders>
              <w:tblLayout w:type="fixed"/>
              <w:tblCellMar>
                <w:left w:w="85" w:type="dxa"/>
                <w:right w:w="85" w:type="dxa"/>
              </w:tblCellMar>
              <w:tblLook w:val="04A0" w:firstRow="1" w:lastRow="0" w:firstColumn="1" w:lastColumn="0" w:noHBand="0" w:noVBand="1"/>
            </w:tblPr>
            <w:tblGrid>
              <w:gridCol w:w="4367"/>
            </w:tblGrid>
            <w:tr w:rsidR="005D7839" w14:paraId="121767A0" w14:textId="77777777" w:rsidTr="00C01C32">
              <w:trPr>
                <w:trHeight w:hRule="exact" w:val="2636"/>
              </w:trPr>
              <w:tc>
                <w:tcPr>
                  <w:tcW w:w="4367" w:type="dxa"/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6D4884B1" w14:textId="7D10E95E" w:rsidR="005D7839" w:rsidRDefault="00BD6D18" w:rsidP="005D7839">
                  <w:pPr>
                    <w:spacing w:after="0" w:line="240" w:lineRule="auto"/>
                    <w:jc w:val="center"/>
                  </w:pPr>
                  <w:r>
                    <w:rPr>
                      <w:noProof/>
                    </w:rPr>
                    <w:drawing>
                      <wp:inline distT="0" distB="0" distL="0" distR="0" wp14:anchorId="0CD5C745" wp14:editId="45F1EBA3">
                        <wp:extent cx="2510790" cy="1673860"/>
                        <wp:effectExtent l="0" t="0" r="3810" b="2540"/>
                        <wp:docPr id="1948959324" name="图片 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948959324" name="图片 1948959324"/>
                                <pic:cNvPicPr/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10790" cy="16738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 w:rsidR="005D7839" w14:paraId="3DA69C95" w14:textId="77777777" w:rsidTr="00C01C32">
              <w:trPr>
                <w:trHeight w:hRule="exact" w:val="311"/>
              </w:trPr>
              <w:tc>
                <w:tcPr>
                  <w:tcW w:w="4367" w:type="dxa"/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26EF1934" w14:textId="6F35E673" w:rsidR="005D7839" w:rsidRDefault="005D7839" w:rsidP="00AD45A0">
                  <w:pPr>
                    <w:tabs>
                      <w:tab w:val="right" w:pos="4137"/>
                    </w:tabs>
                    <w:spacing w:after="0"/>
                  </w:pPr>
                  <w:r>
                    <w:rPr>
                      <w:b/>
                      <w:color w:val="FFFFFF"/>
                    </w:rPr>
                    <w:t>DXL-WS SERIES</w:t>
                  </w:r>
                  <w:r w:rsidR="00AD45A0">
                    <w:rPr>
                      <w:b/>
                      <w:color w:val="FFFFFF"/>
                    </w:rPr>
                    <w:tab/>
                  </w:r>
                </w:p>
              </w:tc>
            </w:tr>
          </w:tbl>
          <w:p w14:paraId="351C6A6E" w14:textId="6B6E8278" w:rsidR="00D951F9" w:rsidRDefault="00D951F9" w:rsidP="005D7839">
            <w:pPr>
              <w:rPr>
                <w:rFonts w:asciiTheme="minorHAnsi" w:hAnsiTheme="minorHAnsi"/>
                <w:lang w:eastAsia="zh-CN"/>
              </w:rPr>
            </w:pPr>
          </w:p>
          <w:p w14:paraId="5FDBDE4C" w14:textId="4583441C" w:rsidR="00CF3F56" w:rsidRDefault="00CF3F56" w:rsidP="005D7839">
            <w:pPr>
              <w:rPr>
                <w:rFonts w:asciiTheme="minorHAnsi" w:hAnsiTheme="minorHAnsi"/>
                <w:noProof/>
                <w:lang w:eastAsia="zh-CN"/>
              </w:rPr>
            </w:pPr>
          </w:p>
          <w:p w14:paraId="6DA13FCC" w14:textId="171BC493" w:rsidR="00CF3F56" w:rsidRPr="001224E5" w:rsidRDefault="001F16ED" w:rsidP="001224E5">
            <w:pPr>
              <w:spacing w:before="600"/>
              <w:ind w:firstLineChars="300" w:firstLine="720"/>
              <w:rPr>
                <w:rFonts w:asciiTheme="minorHAnsi" w:hAnsiTheme="minorHAnsi"/>
                <w:b/>
                <w:color w:val="0C3666"/>
                <w:sz w:val="24"/>
                <w:szCs w:val="24"/>
                <w:lang w:eastAsia="zh-CN"/>
                <w14:textOutline w14:w="9525" w14:cap="rnd" w14:cmpd="sng" w14:algn="ctr">
                  <w14:noFill/>
                  <w14:prstDash w14:val="solid"/>
                  <w14:bevel/>
                </w14:textOutline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3840" behindDoc="0" locked="0" layoutInCell="1" allowOverlap="1" wp14:anchorId="62F63732" wp14:editId="7A1901EE">
                  <wp:simplePos x="0" y="0"/>
                  <wp:positionH relativeFrom="column">
                    <wp:posOffset>66675</wp:posOffset>
                  </wp:positionH>
                  <wp:positionV relativeFrom="paragraph">
                    <wp:posOffset>1585595</wp:posOffset>
                  </wp:positionV>
                  <wp:extent cx="286021" cy="269522"/>
                  <wp:effectExtent l="0" t="0" r="0" b="0"/>
                  <wp:wrapNone/>
                  <wp:docPr id="128952209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23369" t="11308" r="60949" b="6652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21" cy="269522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1224E5">
              <w:rPr>
                <w:rFonts w:asciiTheme="minorHAnsi" w:hAnsiTheme="minorHAnsi" w:hint="eastAsia"/>
                <w:b/>
                <w:color w:val="0C3666"/>
                <w:sz w:val="24"/>
                <w:szCs w:val="24"/>
                <w:lang w:eastAsia="zh-CN"/>
              </w:rPr>
              <w:t>7.</w:t>
            </w:r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 xml:space="preserve">SECTIONVIEW / </w:t>
            </w:r>
            <w:proofErr w:type="spellStart"/>
            <w:r w:rsidR="00CF3F56" w:rsidRPr="001224E5">
              <w:rPr>
                <w:rFonts w:asciiTheme="minorHAnsi" w:hAnsiTheme="minorHAnsi"/>
                <w:b/>
                <w:color w:val="0C3666"/>
                <w:sz w:val="24"/>
                <w:szCs w:val="24"/>
                <w14:textOutline w14:w="9525" w14:cap="rnd" w14:cmpd="sng" w14:algn="ctr">
                  <w14:noFill/>
                  <w14:prstDash w14:val="solid"/>
                  <w14:bevel/>
                </w14:textOutline>
              </w:rPr>
              <w:t>截面图</w:t>
            </w:r>
            <w:proofErr w:type="spellEnd"/>
          </w:p>
          <w:p w14:paraId="5E832767" w14:textId="0B56A9DB" w:rsidR="00A670F0" w:rsidRDefault="00A670F0" w:rsidP="00A670F0">
            <w:pPr>
              <w:spacing w:after="0" w:line="240" w:lineRule="auto"/>
              <w:ind w:firstLineChars="200" w:firstLine="360"/>
              <w:rPr>
                <w:rFonts w:asciiTheme="minorHAnsi" w:hAnsiTheme="minorHAnsi"/>
                <w:lang w:eastAsia="zh-CN"/>
              </w:rPr>
            </w:pPr>
          </w:p>
          <w:tbl>
            <w:tblPr>
              <w:tblpPr w:leftFromText="180" w:rightFromText="180" w:vertAnchor="text" w:horzAnchor="margin" w:tblpXSpec="center" w:tblpY="-333"/>
              <w:tblOverlap w:val="never"/>
              <w:tblW w:w="0" w:type="auto"/>
              <w:tblLayout w:type="fixed"/>
              <w:tblLook w:val="04A0" w:firstRow="1" w:lastRow="0" w:firstColumn="1" w:lastColumn="0" w:noHBand="0" w:noVBand="1"/>
            </w:tblPr>
            <w:tblGrid>
              <w:gridCol w:w="4382"/>
            </w:tblGrid>
            <w:tr w:rsidR="00CF3F56" w14:paraId="16261F00" w14:textId="77777777" w:rsidTr="00CF3F56">
              <w:trPr>
                <w:trHeight w:hRule="exact" w:val="2636"/>
              </w:trPr>
              <w:tc>
                <w:tcPr>
                  <w:tcW w:w="4382" w:type="dxa"/>
                  <w:tcBorders>
                    <w:top w:val="single" w:sz="6" w:space="0" w:color="9E9E9E"/>
                    <w:left w:val="single" w:sz="6" w:space="0" w:color="9E9E9E"/>
                    <w:bottom w:val="single" w:sz="3" w:space="0" w:color="D9D9D9"/>
                    <w:right w:val="single" w:sz="6" w:space="0" w:color="9E9E9E"/>
                  </w:tcBorders>
                  <w:shd w:val="clear" w:color="auto" w:fill="FFFFFF"/>
                  <w:tcMar>
                    <w:top w:w="80" w:type="dxa"/>
                    <w:left w:w="80" w:type="dxa"/>
                    <w:bottom w:w="80" w:type="dxa"/>
                    <w:right w:w="80" w:type="dxa"/>
                  </w:tcMar>
                  <w:vAlign w:val="center"/>
                </w:tcPr>
                <w:p w14:paraId="3C7E8F6C" w14:textId="360B60FC" w:rsidR="000B2FA2" w:rsidRDefault="00BD6D18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  <w:bookmarkStart w:id="1" w:name="_Hlk228031567"/>
                  <w:r>
                    <w:rPr>
                      <w:noProof/>
                      <w:lang w:eastAsia="zh-CN"/>
                    </w:rPr>
                    <w:drawing>
                      <wp:anchor distT="0" distB="0" distL="114300" distR="114300" simplePos="0" relativeHeight="251686912" behindDoc="0" locked="0" layoutInCell="1" allowOverlap="1" wp14:anchorId="5A6BD71A" wp14:editId="728A8C6D">
                        <wp:simplePos x="0" y="0"/>
                        <wp:positionH relativeFrom="column">
                          <wp:posOffset>67310</wp:posOffset>
                        </wp:positionH>
                        <wp:positionV relativeFrom="paragraph">
                          <wp:posOffset>-27305</wp:posOffset>
                        </wp:positionV>
                        <wp:extent cx="2553970" cy="1542415"/>
                        <wp:effectExtent l="0" t="0" r="0" b="0"/>
                        <wp:wrapNone/>
                        <wp:docPr id="1882058684" name="图片 6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882058684" name="图片 1882058684"/>
                                <pic:cNvPicPr/>
                              </pic:nvPicPr>
                              <pic:blipFill rotWithShape="1">
                                <a:blip r:embed="rId11"/>
                                <a:srcRect l="18982" t="4225" r="21074" b="9811"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2553970" cy="154241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  <a:extLst>
                                  <a:ext uri="{53640926-AAD7-44D8-BBD7-CCE9431645EC}">
                                    <a14:shadowObscured xmlns:a14="http://schemas.microsoft.com/office/drawing/2010/main"/>
                                  </a:ext>
                                </a:extLst>
                              </pic:spPr>
                            </pic:pic>
                          </a:graphicData>
                        </a:graphic>
                        <wp14:sizeRelH relativeFrom="page">
                          <wp14:pctWidth>0</wp14:pctWidth>
                        </wp14:sizeRelH>
                        <wp14:sizeRelV relativeFrom="page">
                          <wp14:pctHeight>0</wp14:pctHeight>
                        </wp14:sizeRelV>
                      </wp:anchor>
                    </w:drawing>
                  </w:r>
                </w:p>
                <w:p w14:paraId="3B74CD08" w14:textId="1D1B8E20" w:rsidR="00BD6D18" w:rsidRDefault="00BD6D18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14C6FEF" w14:textId="4B7A8349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4D62DAA8" w14:textId="65394B5C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0C901EEC" w14:textId="75D4650B" w:rsidR="000B2FA2" w:rsidRDefault="000B2FA2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  <w:p w14:paraId="1815C4A8" w14:textId="6CFD8D76" w:rsidR="00CF3F56" w:rsidRDefault="00CF3F56" w:rsidP="001E3ADD">
                  <w:pPr>
                    <w:spacing w:after="0" w:line="240" w:lineRule="auto"/>
                    <w:rPr>
                      <w:noProof/>
                      <w:lang w:eastAsia="zh-CN"/>
                    </w:rPr>
                  </w:pPr>
                </w:p>
              </w:tc>
            </w:tr>
            <w:tr w:rsidR="00CF3F56" w14:paraId="7C5E89A2" w14:textId="77777777" w:rsidTr="00AD45A0">
              <w:trPr>
                <w:trHeight w:hRule="exact" w:val="311"/>
              </w:trPr>
              <w:tc>
                <w:tcPr>
                  <w:tcW w:w="4382" w:type="dxa"/>
                  <w:tcBorders>
                    <w:top w:val="nil"/>
                    <w:left w:val="single" w:sz="6" w:space="0" w:color="9E9E9E"/>
                    <w:bottom w:val="single" w:sz="6" w:space="0" w:color="9E9E9E"/>
                    <w:right w:val="single" w:sz="6" w:space="0" w:color="9E9E9E"/>
                  </w:tcBorders>
                  <w:shd w:val="clear" w:color="auto" w:fill="2F3E4E"/>
                  <w:tcMar>
                    <w:top w:w="40" w:type="dxa"/>
                    <w:left w:w="140" w:type="dxa"/>
                    <w:bottom w:w="40" w:type="dxa"/>
                    <w:right w:w="90" w:type="dxa"/>
                  </w:tcMar>
                </w:tcPr>
                <w:p w14:paraId="4F7FFECB" w14:textId="1E621847" w:rsidR="00CF3F56" w:rsidRDefault="00CF3F56" w:rsidP="00CF3F56">
                  <w:pPr>
                    <w:spacing w:after="0"/>
                    <w:rPr>
                      <w:lang w:eastAsia="zh-CN"/>
                    </w:rPr>
                  </w:pPr>
                  <w:r>
                    <w:rPr>
                      <w:b/>
                      <w:color w:val="FFFFFF"/>
                    </w:rPr>
                    <w:t xml:space="preserve">DXL-WS </w:t>
                  </w:r>
                  <w:r w:rsidR="000B1106">
                    <w:rPr>
                      <w:rFonts w:hint="eastAsia"/>
                      <w:b/>
                      <w:color w:val="FFFFFF"/>
                      <w:lang w:eastAsia="zh-CN"/>
                    </w:rPr>
                    <w:t>PROFILE</w:t>
                  </w:r>
                </w:p>
              </w:tc>
            </w:tr>
          </w:tbl>
          <w:bookmarkEnd w:id="1"/>
          <w:p w14:paraId="073E66BE" w14:textId="0A3CB241" w:rsidR="00F0490C" w:rsidRPr="008E2A84" w:rsidRDefault="001F16ED">
            <w:pPr>
              <w:rPr>
                <w:rFonts w:asciiTheme="minorHAnsi" w:hAnsiTheme="minorHAnsi"/>
                <w:lang w:eastAsia="zh-CN"/>
              </w:rPr>
            </w:pPr>
            <w:r>
              <w:rPr>
                <w:rFonts w:asciiTheme="minorHAnsi" w:hAnsiTheme="minorHAnsi"/>
                <w:b/>
                <w:noProof/>
                <w:color w:val="0C3666"/>
                <w:sz w:val="24"/>
                <w:szCs w:val="24"/>
              </w:rPr>
              <w:drawing>
                <wp:anchor distT="0" distB="0" distL="114300" distR="114300" simplePos="0" relativeHeight="251684864" behindDoc="0" locked="0" layoutInCell="1" allowOverlap="1" wp14:anchorId="01D5ACA2" wp14:editId="6DF253E4">
                  <wp:simplePos x="0" y="0"/>
                  <wp:positionH relativeFrom="column">
                    <wp:posOffset>66307</wp:posOffset>
                  </wp:positionH>
                  <wp:positionV relativeFrom="paragraph">
                    <wp:posOffset>2028190</wp:posOffset>
                  </wp:positionV>
                  <wp:extent cx="285115" cy="259958"/>
                  <wp:effectExtent l="0" t="0" r="635" b="6985"/>
                  <wp:wrapNone/>
                  <wp:docPr id="1592005752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7939898" name="图片 567939898"/>
                          <pic:cNvPicPr/>
                        </pic:nvPicPr>
                        <pic:blipFill rotWithShape="1">
                          <a:blip r:embed="rId9"/>
                          <a:srcRect l="42215" t="40255" r="42405" b="3871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5115" cy="259958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CF3F56" w:rsidRPr="00CF3F56">
              <w:rPr>
                <w:rFonts w:asciiTheme="minorHAnsi" w:hAnsiTheme="minorHAnsi"/>
                <w:b/>
                <w:noProof/>
                <w:color w:val="0C3666"/>
                <w:sz w:val="20"/>
                <w:lang w:eastAsia="zh-CN"/>
              </w:rPr>
              <mc:AlternateContent>
                <mc:Choice Requires="wps">
                  <w:drawing>
                    <wp:anchor distT="45720" distB="45720" distL="114300" distR="114300" simplePos="0" relativeHeight="251677696" behindDoc="0" locked="0" layoutInCell="1" allowOverlap="1" wp14:anchorId="59319CF3" wp14:editId="10020E3A">
                      <wp:simplePos x="0" y="0"/>
                      <wp:positionH relativeFrom="margin">
                        <wp:posOffset>395605</wp:posOffset>
                      </wp:positionH>
                      <wp:positionV relativeFrom="margin">
                        <wp:posOffset>4862830</wp:posOffset>
                      </wp:positionV>
                      <wp:extent cx="2742565" cy="1261110"/>
                      <wp:effectExtent l="0" t="0" r="635" b="0"/>
                      <wp:wrapSquare wrapText="bothSides"/>
                      <wp:docPr id="217" name="文本框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742565" cy="14046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noFill/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29E8DFC6" w14:textId="77777777" w:rsidR="00CF3F56" w:rsidRPr="001224E5" w:rsidRDefault="00CF3F56" w:rsidP="001224E5">
                                  <w:pPr>
                                    <w:spacing w:before="360" w:after="100" w:line="240" w:lineRule="auto"/>
                                    <w:rPr>
                                      <w:rFonts w:asciiTheme="minorHAnsi" w:hAnsiTheme="minorHAnsi"/>
                                      <w:sz w:val="24"/>
                                      <w:szCs w:val="24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8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. PACK</w:t>
                                  </w:r>
                                  <w:r w:rsidRPr="001224E5">
                                    <w:rPr>
                                      <w:rFonts w:asciiTheme="minorHAnsi" w:hAnsiTheme="minorHAnsi" w:hint="eastAsia"/>
                                      <w:b/>
                                      <w:color w:val="0C3666"/>
                                      <w:sz w:val="24"/>
                                      <w:szCs w:val="24"/>
                                      <w:lang w:eastAsia="zh-CN"/>
                                    </w:rPr>
                                    <w:t>AG</w:t>
                                  </w:r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 xml:space="preserve">ING / </w:t>
                                  </w:r>
                                  <w:proofErr w:type="spellStart"/>
                                  <w:r w:rsidRPr="001224E5">
                                    <w:rPr>
                                      <w:rFonts w:asciiTheme="minorHAnsi" w:hAnsiTheme="minorHAnsi"/>
                                      <w:b/>
                                      <w:color w:val="0C3666"/>
                                      <w:sz w:val="24"/>
                                      <w:szCs w:val="24"/>
                                    </w:rPr>
                                    <w:t>包装示意</w:t>
                                  </w:r>
                                  <w:proofErr w:type="spellEnd"/>
                                </w:p>
                                <w:p w14:paraId="65DD7463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 xml:space="preserve">Standard bundle packing </w:t>
                                  </w:r>
                                </w:p>
                                <w:p w14:paraId="7BC6E269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category-name printed bag.</w:t>
                                  </w:r>
                                </w:p>
                                <w:p w14:paraId="17E8DE4B" w14:textId="77777777" w:rsidR="00CF3F56" w:rsidRPr="001224E5" w:rsidRDefault="00CF3F56" w:rsidP="001224E5">
                                  <w:pPr>
                                    <w:spacing w:after="0" w:line="240" w:lineRule="auto"/>
                                    <w:rPr>
                                      <w:rFonts w:asciiTheme="minorHAnsi" w:hAnsiTheme="minorHAnsi"/>
                                      <w:sz w:val="22"/>
                                      <w:lang w:eastAsia="zh-CN"/>
                                    </w:rPr>
                                  </w:pPr>
                                  <w:r w:rsidRPr="001224E5">
                                    <w:rPr>
                                      <w:rFonts w:asciiTheme="minorHAnsi" w:hAnsiTheme="minorHAnsi" w:hint="eastAsia"/>
                                      <w:sz w:val="22"/>
                                      <w:lang w:eastAsia="zh-CN"/>
                                    </w:rPr>
                                    <w:t>Easy for storage and identification</w:t>
                                  </w:r>
                                </w:p>
                                <w:p w14:paraId="38E5DCB2" w14:textId="32C3A77D" w:rsidR="00CF3F56" w:rsidRPr="001224E5" w:rsidRDefault="00CF3F56"/>
                              </w:txbxContent>
                            </wps:txbx>
                            <wps:bodyPr rot="0" vert="horz" wrap="square" lIns="91440" tIns="45720" rIns="91440" bIns="45720" anchor="t" anchorCtr="0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9319CF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文本框 2" o:spid="_x0000_s1026" type="#_x0000_t202" style="position:absolute;margin-left:31.15pt;margin-top:382.9pt;width:215.95pt;height:99.3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" stroked="f">
                      <v:textbox>
                        <w:txbxContent>
                          <w:p w14:paraId="29E8DFC6" w14:textId="77777777" w:rsidR="00CF3F56" w:rsidRPr="001224E5" w:rsidRDefault="00CF3F56" w:rsidP="001224E5">
                            <w:pPr>
                              <w:spacing w:before="360" w:after="100" w:line="240" w:lineRule="auto"/>
                              <w:rPr>
                                <w:rFonts w:asciiTheme="minorHAnsi" w:hAnsiTheme="minorHAnsi"/>
                                <w:sz w:val="24"/>
                                <w:szCs w:val="24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8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. PACK</w:t>
                            </w:r>
                            <w:r w:rsidRPr="001224E5">
                              <w:rPr>
                                <w:rFonts w:asciiTheme="minorHAnsi" w:hAnsiTheme="minorHAnsi" w:hint="eastAsia"/>
                                <w:b/>
                                <w:color w:val="0C3666"/>
                                <w:sz w:val="24"/>
                                <w:szCs w:val="24"/>
                                <w:lang w:eastAsia="zh-CN"/>
                              </w:rPr>
                              <w:t>AG</w:t>
                            </w:r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 xml:space="preserve">ING / </w:t>
                            </w:r>
                            <w:proofErr w:type="spellStart"/>
                            <w:r w:rsidRPr="001224E5">
                              <w:rPr>
                                <w:rFonts w:asciiTheme="minorHAnsi" w:hAnsiTheme="minorHAnsi"/>
                                <w:b/>
                                <w:color w:val="0C3666"/>
                                <w:sz w:val="24"/>
                                <w:szCs w:val="24"/>
                              </w:rPr>
                              <w:t>包装示意</w:t>
                            </w:r>
                            <w:proofErr w:type="spellEnd"/>
                          </w:p>
                          <w:p w14:paraId="65DD7463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 xml:space="preserve">Standard bundle packing </w:t>
                            </w:r>
                          </w:p>
                          <w:p w14:paraId="7BC6E269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category-name printed bag.</w:t>
                            </w:r>
                          </w:p>
                          <w:p w14:paraId="17E8DE4B" w14:textId="77777777" w:rsidR="00CF3F56" w:rsidRPr="001224E5" w:rsidRDefault="00CF3F56" w:rsidP="001224E5">
                            <w:pPr>
                              <w:spacing w:after="0" w:line="240" w:lineRule="auto"/>
                              <w:rPr>
                                <w:rFonts w:asciiTheme="minorHAnsi" w:hAnsiTheme="minorHAnsi"/>
                                <w:sz w:val="22"/>
                                <w:lang w:eastAsia="zh-CN"/>
                              </w:rPr>
                            </w:pPr>
                            <w:r w:rsidRPr="001224E5">
                              <w:rPr>
                                <w:rFonts w:asciiTheme="minorHAnsi" w:hAnsiTheme="minorHAnsi" w:hint="eastAsia"/>
                                <w:sz w:val="22"/>
                                <w:lang w:eastAsia="zh-CN"/>
                              </w:rPr>
                              <w:t>Easy for storage and identification</w:t>
                            </w:r>
                          </w:p>
                          <w:p w14:paraId="38E5DCB2" w14:textId="32C3A77D" w:rsidR="00CF3F56" w:rsidRPr="001224E5" w:rsidRDefault="00CF3F56"/>
                        </w:txbxContent>
                      </v:textbox>
                      <w10:wrap type="square" anchorx="margin" anchory="margin"/>
                    </v:shape>
                  </w:pict>
                </mc:Fallback>
              </mc:AlternateContent>
            </w:r>
          </w:p>
        </w:tc>
      </w:tr>
    </w:tbl>
    <w:p w14:paraId="72C35CD5" w14:textId="6865354E" w:rsidR="00984677" w:rsidRDefault="00B172B3">
      <w:pPr>
        <w:rPr>
          <w:lang w:eastAsia="zh-CN"/>
        </w:rPr>
      </w:pPr>
      <w:r>
        <w:rPr>
          <w:rFonts w:asciiTheme="minorHAnsi" w:hAnsiTheme="minorHAnsi"/>
          <w:noProof/>
          <w:sz w:val="72"/>
          <w:szCs w:val="7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7899BDB" wp14:editId="0E165E95">
                <wp:simplePos x="0" y="0"/>
                <wp:positionH relativeFrom="column">
                  <wp:posOffset>-444500</wp:posOffset>
                </wp:positionH>
                <wp:positionV relativeFrom="paragraph">
                  <wp:posOffset>173178</wp:posOffset>
                </wp:positionV>
                <wp:extent cx="7846355" cy="669290"/>
                <wp:effectExtent l="57150" t="19050" r="59690" b="73660"/>
                <wp:wrapNone/>
                <wp:docPr id="1765985997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46355" cy="669290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  <a:ln>
                          <a:noFill/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1625DAB7" w14:textId="662B9A9D" w:rsidR="00E21DEA" w:rsidRPr="00582B61" w:rsidRDefault="00E21DEA" w:rsidP="00582B61">
                            <w:pPr>
                              <w:spacing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 w:rsid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please contact our global support team 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via W</w:t>
                            </w:r>
                            <w:r w:rsidR="00582B61"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="00582B61"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="00582B61"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 w:rsid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121D410C" w14:textId="22E815D8" w:rsidR="00582B61" w:rsidRPr="00582B61" w:rsidRDefault="00582B61" w:rsidP="00582B61">
                            <w:pPr>
                              <w:spacing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7899BDB" id="矩形 5" o:spid="_x0000_s1027" style="position:absolute;margin-left:-35pt;margin-top:13.65pt;width:617.8pt;height:52.7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" fillcolor="#00458a" stroked="f">
                <v:shadow on="t" color="black" opacity="22937f" origin=",.5" offset="0,.63889mm"/>
                <v:textbox>
                  <w:txbxContent>
                    <w:p w14:paraId="1625DAB7" w14:textId="662B9A9D" w:rsidR="00E21DEA" w:rsidRPr="00582B61" w:rsidRDefault="00E21DEA" w:rsidP="00582B61">
                      <w:pPr>
                        <w:spacing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 w:rsidR="00582B61"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 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please contact our global support team 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via W</w:t>
                      </w:r>
                      <w:r w:rsidR="00582B61"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="00582B61"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="00582B61"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 w:rsid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121D410C" w14:textId="22E815D8" w:rsidR="00582B61" w:rsidRPr="00582B61" w:rsidRDefault="00582B61" w:rsidP="00582B61">
                      <w:pPr>
                        <w:spacing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</w:txbxContent>
                </v:textbox>
              </v:rect>
            </w:pict>
          </mc:Fallback>
        </mc:AlternateContent>
      </w:r>
    </w:p>
    <w:p w14:paraId="711F52FA" w14:textId="0EFCDFE4" w:rsidR="00A65E09" w:rsidRDefault="00A65E09">
      <w:pPr>
        <w:rPr>
          <w:lang w:eastAsia="zh-CN"/>
        </w:rPr>
      </w:pPr>
    </w:p>
    <w:p w14:paraId="2500EAF2" w14:textId="7DE44861" w:rsidR="00A65E09" w:rsidRPr="00A65E09" w:rsidRDefault="00A65E09">
      <w:pPr>
        <w:rPr>
          <w:rFonts w:asciiTheme="minorHAnsi" w:hAnsiTheme="minorHAnsi"/>
          <w:sz w:val="24"/>
          <w:szCs w:val="24"/>
          <w:lang w:eastAsia="zh-CN"/>
        </w:rPr>
      </w:pP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Specifi</w:t>
      </w:r>
      <w:r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c</w:t>
      </w:r>
      <w:r w:rsidRPr="00A65E09">
        <w:rPr>
          <w:rFonts w:asciiTheme="minorHAnsi" w:hAnsiTheme="minorHAnsi" w:hint="eastAsia"/>
          <w:b/>
          <w:color w:val="0C3666"/>
          <w:sz w:val="24"/>
          <w:szCs w:val="24"/>
          <w:lang w:eastAsia="zh-CN"/>
        </w:rPr>
        <w:t>ation Table</w:t>
      </w:r>
    </w:p>
    <w:tbl>
      <w:tblPr>
        <w:tblStyle w:val="aff1"/>
        <w:tblW w:w="10910" w:type="dxa"/>
        <w:tblLook w:val="04A0" w:firstRow="1" w:lastRow="0" w:firstColumn="1" w:lastColumn="0" w:noHBand="0" w:noVBand="1"/>
      </w:tblPr>
      <w:tblGrid>
        <w:gridCol w:w="2206"/>
        <w:gridCol w:w="1758"/>
        <w:gridCol w:w="1843"/>
        <w:gridCol w:w="2123"/>
        <w:gridCol w:w="2980"/>
      </w:tblGrid>
      <w:tr w:rsidR="00C522F0" w14:paraId="5A60ACED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3AB3671D" w14:textId="337FC6B5" w:rsidR="00C522F0" w:rsidRDefault="00C522F0" w:rsidP="00A65E09">
            <w:pPr>
              <w:spacing w:line="276" w:lineRule="auto"/>
              <w:rPr>
                <w:lang w:eastAsia="zh-CN"/>
              </w:rPr>
            </w:pPr>
            <w:r>
              <w:rPr>
                <w:lang w:eastAsia="zh-CN"/>
              </w:rPr>
              <w:lastRenderedPageBreak/>
              <w:t>M</w:t>
            </w:r>
            <w:r>
              <w:rPr>
                <w:rFonts w:hint="eastAsia"/>
                <w:lang w:eastAsia="zh-CN"/>
              </w:rPr>
              <w:t>odel</w:t>
            </w:r>
          </w:p>
        </w:tc>
        <w:tc>
          <w:tcPr>
            <w:tcW w:w="1758" w:type="dxa"/>
            <w:vAlign w:val="center"/>
          </w:tcPr>
          <w:p w14:paraId="0F8796EF" w14:textId="6E91244F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W</w:t>
            </w:r>
            <w:r>
              <w:rPr>
                <w:rFonts w:hint="eastAsia"/>
                <w:lang w:eastAsia="zh-CN"/>
              </w:rPr>
              <w:t xml:space="preserve">eb 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A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1843" w:type="dxa"/>
            <w:vAlign w:val="center"/>
          </w:tcPr>
          <w:p w14:paraId="5FB608AB" w14:textId="2027C0D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Flange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B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123" w:type="dxa"/>
            <w:vAlign w:val="center"/>
          </w:tcPr>
          <w:p w14:paraId="65776AA6" w14:textId="5658688A" w:rsidR="00C522F0" w:rsidRDefault="00C522F0">
            <w:pPr>
              <w:rPr>
                <w:lang w:eastAsia="zh-CN"/>
              </w:rPr>
            </w:pPr>
            <w:r>
              <w:rPr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hickness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eastAsia="zh-CN"/>
              </w:rPr>
              <w:t>T</w:t>
            </w:r>
            <w:r>
              <w:rPr>
                <w:rFonts w:hint="eastAsia"/>
                <w:lang w:eastAsia="zh-CN"/>
              </w:rPr>
              <w:t>）</w:t>
            </w:r>
            <w:r>
              <w:rPr>
                <w:rFonts w:hint="eastAsia"/>
                <w:lang w:eastAsia="zh-CN"/>
              </w:rPr>
              <w:t>mm</w:t>
            </w:r>
          </w:p>
        </w:tc>
        <w:tc>
          <w:tcPr>
            <w:tcW w:w="2980" w:type="dxa"/>
            <w:vAlign w:val="center"/>
          </w:tcPr>
          <w:p w14:paraId="31435D0A" w14:textId="73B8B532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Length (T) mm</w:t>
            </w:r>
          </w:p>
        </w:tc>
      </w:tr>
      <w:tr w:rsidR="00C522F0" w14:paraId="609D7D7B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49D6D957" w14:textId="41BAD158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A519ED">
              <w:rPr>
                <w:rFonts w:hint="eastAsia"/>
                <w:lang w:eastAsia="zh-CN"/>
              </w:rPr>
              <w:t>DFC-50</w:t>
            </w:r>
          </w:p>
        </w:tc>
        <w:tc>
          <w:tcPr>
            <w:tcW w:w="1758" w:type="dxa"/>
            <w:vAlign w:val="center"/>
          </w:tcPr>
          <w:p w14:paraId="525CAD48" w14:textId="671CB8C1" w:rsidR="00C522F0" w:rsidRDefault="00BD6D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50</w:t>
            </w:r>
          </w:p>
        </w:tc>
        <w:tc>
          <w:tcPr>
            <w:tcW w:w="1843" w:type="dxa"/>
            <w:vAlign w:val="center"/>
          </w:tcPr>
          <w:p w14:paraId="4870725B" w14:textId="21A0E18B" w:rsidR="00C522F0" w:rsidRDefault="00BD6D18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26</w:t>
            </w:r>
          </w:p>
        </w:tc>
        <w:tc>
          <w:tcPr>
            <w:tcW w:w="2123" w:type="dxa"/>
            <w:vAlign w:val="center"/>
          </w:tcPr>
          <w:p w14:paraId="1CDFE6AD" w14:textId="38D58FD7" w:rsidR="00C522F0" w:rsidRDefault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0.4 0.5</w:t>
            </w:r>
          </w:p>
        </w:tc>
        <w:tc>
          <w:tcPr>
            <w:tcW w:w="2980" w:type="dxa"/>
            <w:vAlign w:val="center"/>
          </w:tcPr>
          <w:p w14:paraId="54A1379D" w14:textId="565D5256" w:rsidR="00C522F0" w:rsidRDefault="00C522F0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99B4627" w14:textId="77777777" w:rsidTr="00C522F0">
        <w:trPr>
          <w:trHeight w:val="498"/>
        </w:trPr>
        <w:tc>
          <w:tcPr>
            <w:tcW w:w="2206" w:type="dxa"/>
            <w:vAlign w:val="center"/>
          </w:tcPr>
          <w:p w14:paraId="14E3D45E" w14:textId="2AC32AEE" w:rsidR="00223CB6" w:rsidRDefault="00223CB6" w:rsidP="00223CB6">
            <w:pPr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  <w:r w:rsidR="00A519ED">
              <w:rPr>
                <w:rFonts w:hint="eastAsia"/>
                <w:lang w:eastAsia="zh-CN"/>
              </w:rPr>
              <w:t>DFC-60</w:t>
            </w:r>
          </w:p>
        </w:tc>
        <w:tc>
          <w:tcPr>
            <w:tcW w:w="1758" w:type="dxa"/>
            <w:vAlign w:val="center"/>
          </w:tcPr>
          <w:p w14:paraId="0356D738" w14:textId="0893CAD4" w:rsidR="00223CB6" w:rsidRDefault="00BD6D1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60</w:t>
            </w:r>
          </w:p>
        </w:tc>
        <w:tc>
          <w:tcPr>
            <w:tcW w:w="1843" w:type="dxa"/>
            <w:vAlign w:val="center"/>
          </w:tcPr>
          <w:p w14:paraId="358B343E" w14:textId="7E8422DB" w:rsidR="00223CB6" w:rsidRDefault="00BD6D18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20</w:t>
            </w:r>
          </w:p>
        </w:tc>
        <w:tc>
          <w:tcPr>
            <w:tcW w:w="2123" w:type="dxa"/>
            <w:vAlign w:val="center"/>
          </w:tcPr>
          <w:p w14:paraId="38601181" w14:textId="2C7B43A6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0.4.0.5</w:t>
            </w:r>
          </w:p>
        </w:tc>
        <w:tc>
          <w:tcPr>
            <w:tcW w:w="2980" w:type="dxa"/>
            <w:vAlign w:val="center"/>
          </w:tcPr>
          <w:p w14:paraId="588C59AE" w14:textId="320A1F83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2800 3000 custom</w:t>
            </w:r>
            <w:r>
              <w:rPr>
                <w:rFonts w:hint="eastAsia"/>
                <w:lang w:eastAsia="zh-CN"/>
              </w:rPr>
              <w:t>（≥</w:t>
            </w:r>
            <w:r>
              <w:rPr>
                <w:rFonts w:hint="eastAsia"/>
                <w:lang w:eastAsia="zh-CN"/>
              </w:rPr>
              <w:t>2000</w:t>
            </w:r>
            <w:r>
              <w:rPr>
                <w:rFonts w:hint="eastAsia"/>
                <w:lang w:eastAsia="zh-CN"/>
              </w:rPr>
              <w:t>）</w:t>
            </w:r>
          </w:p>
        </w:tc>
      </w:tr>
      <w:tr w:rsidR="00223CB6" w14:paraId="44AA4A9A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64DF30A4" w14:textId="786AE48B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6159E1B0" w14:textId="5D2C2564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5033FC2C" w14:textId="1116053D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755DF8A7" w14:textId="53CF406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31190240" w14:textId="5382965D" w:rsidR="00223CB6" w:rsidRDefault="00223CB6" w:rsidP="00223CB6">
            <w:pPr>
              <w:rPr>
                <w:lang w:eastAsia="zh-CN"/>
              </w:rPr>
            </w:pPr>
          </w:p>
        </w:tc>
      </w:tr>
      <w:tr w:rsidR="00223CB6" w14:paraId="1751F208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0E4D4E2" w14:textId="542C488A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5C7B4BF" w14:textId="4ACA9DE2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696DEAA3" w14:textId="194C4C1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38CF5498" w14:textId="50E7A336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04ED1BD8" w14:textId="74C3DA94" w:rsidR="00223CB6" w:rsidRDefault="00223CB6" w:rsidP="00223CB6">
            <w:pPr>
              <w:rPr>
                <w:lang w:eastAsia="zh-CN"/>
              </w:rPr>
            </w:pPr>
          </w:p>
        </w:tc>
      </w:tr>
      <w:tr w:rsidR="00223CB6" w14:paraId="4DCEA2F7" w14:textId="77777777" w:rsidTr="00C522F0">
        <w:trPr>
          <w:trHeight w:val="452"/>
        </w:trPr>
        <w:tc>
          <w:tcPr>
            <w:tcW w:w="2206" w:type="dxa"/>
            <w:vAlign w:val="center"/>
          </w:tcPr>
          <w:p w14:paraId="3DBED81A" w14:textId="63F87DC1" w:rsidR="00223CB6" w:rsidRDefault="00223CB6" w:rsidP="00223CB6">
            <w:pPr>
              <w:rPr>
                <w:lang w:eastAsia="zh-CN"/>
              </w:rPr>
            </w:pPr>
            <w:r>
              <w:rPr>
                <w:rFonts w:hint="eastAsia"/>
                <w:lang w:eastAsia="zh-CN"/>
              </w:rPr>
              <w:t>DXL-</w:t>
            </w:r>
          </w:p>
        </w:tc>
        <w:tc>
          <w:tcPr>
            <w:tcW w:w="1758" w:type="dxa"/>
            <w:vAlign w:val="center"/>
          </w:tcPr>
          <w:p w14:paraId="5D7523F4" w14:textId="09D10FFE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1843" w:type="dxa"/>
            <w:vAlign w:val="center"/>
          </w:tcPr>
          <w:p w14:paraId="71F11E8E" w14:textId="093D3933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123" w:type="dxa"/>
            <w:vAlign w:val="center"/>
          </w:tcPr>
          <w:p w14:paraId="4A2E2266" w14:textId="704533DF" w:rsidR="00223CB6" w:rsidRDefault="00223CB6" w:rsidP="00223CB6">
            <w:pPr>
              <w:rPr>
                <w:lang w:eastAsia="zh-CN"/>
              </w:rPr>
            </w:pPr>
          </w:p>
        </w:tc>
        <w:tc>
          <w:tcPr>
            <w:tcW w:w="2980" w:type="dxa"/>
            <w:vAlign w:val="center"/>
          </w:tcPr>
          <w:p w14:paraId="66EA83C9" w14:textId="6EA616C1" w:rsidR="00223CB6" w:rsidRDefault="00223CB6" w:rsidP="00223CB6">
            <w:pPr>
              <w:rPr>
                <w:lang w:eastAsia="zh-CN"/>
              </w:rPr>
            </w:pPr>
          </w:p>
        </w:tc>
      </w:tr>
    </w:tbl>
    <w:p w14:paraId="43F41D3F" w14:textId="77777777" w:rsidR="008E2A84" w:rsidRDefault="008E2A84">
      <w:pPr>
        <w:rPr>
          <w:lang w:eastAsia="zh-CN"/>
        </w:rPr>
      </w:pPr>
    </w:p>
    <w:p w14:paraId="2ED52481" w14:textId="1BF14D7D" w:rsidR="00C522F0" w:rsidRPr="008A455D" w:rsidRDefault="00C522F0">
      <w:pPr>
        <w:rPr>
          <w:i/>
          <w:iCs/>
          <w:sz w:val="20"/>
          <w:szCs w:val="20"/>
          <w:lang w:eastAsia="zh-CN"/>
        </w:rPr>
      </w:pPr>
      <w:r w:rsidRPr="008A455D">
        <w:rPr>
          <w:rFonts w:hint="eastAsia"/>
          <w:i/>
          <w:iCs/>
          <w:sz w:val="20"/>
          <w:szCs w:val="20"/>
          <w:lang w:eastAsia="zh-CN"/>
        </w:rPr>
        <w:t>Notes</w:t>
      </w:r>
    </w:p>
    <w:p w14:paraId="2D2D33BF" w14:textId="3B6E046A" w:rsidR="00C522F0" w:rsidRPr="004D1C23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Custom length available for all models</w:t>
      </w:r>
    </w:p>
    <w:p w14:paraId="32C39A93" w14:textId="48C96212" w:rsidR="00C522F0" w:rsidRDefault="00C522F0" w:rsidP="004D1C23">
      <w:pPr>
        <w:pStyle w:val="ae"/>
        <w:numPr>
          <w:ilvl w:val="0"/>
          <w:numId w:val="10"/>
        </w:numPr>
        <w:rPr>
          <w:i/>
          <w:iCs/>
          <w:sz w:val="20"/>
          <w:szCs w:val="20"/>
          <w:lang w:eastAsia="zh-CN"/>
        </w:rPr>
      </w:pPr>
      <w:r w:rsidRPr="004D1C23">
        <w:rPr>
          <w:rFonts w:hint="eastAsia"/>
          <w:i/>
          <w:iCs/>
          <w:sz w:val="20"/>
          <w:szCs w:val="20"/>
          <w:lang w:eastAsia="zh-CN"/>
        </w:rPr>
        <w:t>Special dimensions and thickness are available upon request</w:t>
      </w:r>
    </w:p>
    <w:p w14:paraId="69DC7EC7" w14:textId="21891B6B" w:rsidR="005D7839" w:rsidRPr="004D1C23" w:rsidRDefault="00745F59" w:rsidP="005D7839">
      <w:pPr>
        <w:pStyle w:val="ae"/>
        <w:ind w:left="480"/>
        <w:rPr>
          <w:i/>
          <w:iCs/>
          <w:sz w:val="20"/>
          <w:szCs w:val="20"/>
          <w:lang w:eastAsia="zh-CN"/>
        </w:rPr>
      </w:pPr>
      <w:r>
        <w:rPr>
          <w:i/>
          <w:iCs/>
          <w:noProof/>
          <w:sz w:val="20"/>
          <w:szCs w:val="20"/>
          <w:lang w:eastAsia="zh-CN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23ED9025" wp14:editId="3824DF56">
                <wp:simplePos x="0" y="0"/>
                <wp:positionH relativeFrom="column">
                  <wp:posOffset>-406400</wp:posOffset>
                </wp:positionH>
                <wp:positionV relativeFrom="paragraph">
                  <wp:posOffset>5760085</wp:posOffset>
                </wp:positionV>
                <wp:extent cx="7824943" cy="646898"/>
                <wp:effectExtent l="57150" t="19050" r="81280" b="96520"/>
                <wp:wrapNone/>
                <wp:docPr id="1964388681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824943" cy="646898"/>
                        </a:xfrm>
                        <a:prstGeom prst="rect">
                          <a:avLst/>
                        </a:prstGeom>
                        <a:solidFill>
                          <a:srgbClr val="00458A"/>
                        </a:solidFill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998C519" w14:textId="77777777" w:rsidR="00745F59" w:rsidRPr="00582B61" w:rsidRDefault="00745F59" w:rsidP="00745F59">
                            <w:pPr>
                              <w:spacing w:beforeLines="25" w:before="60" w:after="0" w:line="240" w:lineRule="auto"/>
                              <w:jc w:val="center"/>
                              <w:rPr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For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S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 xml:space="preserve">ales </w:t>
                            </w:r>
                            <w:r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I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nquiries, please contact our global support team via W</w:t>
                            </w:r>
                            <w:r w:rsidRPr="00582B61">
                              <w:rPr>
                                <w:szCs w:val="18"/>
                                <w:lang w:eastAsia="zh-CN"/>
                              </w:rPr>
                              <w:t>hatsApp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: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＋</w:t>
                            </w:r>
                            <w:r w:rsidRPr="00582B61">
                              <w:rPr>
                                <w:rFonts w:hint="eastAsia"/>
                                <w:szCs w:val="18"/>
                                <w:lang w:eastAsia="zh-CN"/>
                              </w:rPr>
                              <w:t>78764422 or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 xml:space="preserve"> </w:t>
                            </w:r>
                            <w:proofErr w:type="spellStart"/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dxl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metal</w:t>
                            </w:r>
                            <w:r w:rsidRPr="00582B61"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@gmail.co</w:t>
                            </w:r>
                            <w:r>
                              <w:rPr>
                                <w:rFonts w:hint="eastAsia"/>
                                <w:color w:val="FFFFFF" w:themeColor="background1"/>
                                <w:szCs w:val="18"/>
                                <w:lang w:eastAsia="zh-CN"/>
                              </w:rPr>
                              <w:t>m</w:t>
                            </w:r>
                            <w:proofErr w:type="spellEnd"/>
                          </w:p>
                          <w:p w14:paraId="74CE4EA2" w14:textId="77777777" w:rsidR="00745F59" w:rsidRPr="00582B61" w:rsidRDefault="00745F59" w:rsidP="00745F59">
                            <w:pPr>
                              <w:spacing w:beforeLines="25" w:before="60" w:line="240" w:lineRule="auto"/>
                              <w:jc w:val="center"/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</w:pP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DXL</w:t>
                            </w:r>
                            <w:r w:rsidRPr="00582B61">
                              <w:rPr>
                                <w:i/>
                                <w:iCs/>
                                <w:szCs w:val="18"/>
                                <w:lang w:eastAsia="zh-CN"/>
                              </w:rPr>
                              <w:t>—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Reliable Quality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，</w:t>
                            </w:r>
                            <w:r w:rsidRPr="00582B61">
                              <w:rPr>
                                <w:rFonts w:hint="eastAsia"/>
                                <w:i/>
                                <w:iCs/>
                                <w:szCs w:val="18"/>
                                <w:lang w:eastAsia="zh-CN"/>
                              </w:rPr>
                              <w:t>Global Trust</w:t>
                            </w:r>
                          </w:p>
                          <w:p w14:paraId="433089D7" w14:textId="77777777" w:rsidR="00745F59" w:rsidRDefault="00745F59" w:rsidP="00745F59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3ED9025" id="矩形 4" o:spid="_x0000_s1028" style="position:absolute;left:0;text-align:left;margin-left:-32pt;margin-top:453.55pt;width:616.15pt;height:50.9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" fillcolor="#00458a" strokecolor="#4579b8 [3044]">
                <v:shadow on="t" color="black" opacity="22937f" origin=",.5" offset="0,.63889mm"/>
                <v:textbox>
                  <w:txbxContent>
                    <w:p w14:paraId="7998C519" w14:textId="77777777" w:rsidR="00745F59" w:rsidRPr="00582B61" w:rsidRDefault="00745F59" w:rsidP="00745F59">
                      <w:pPr>
                        <w:spacing w:beforeLines="25" w:before="60" w:after="0" w:line="240" w:lineRule="auto"/>
                        <w:jc w:val="center"/>
                        <w:rPr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For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S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 xml:space="preserve">ales </w:t>
                      </w:r>
                      <w:r>
                        <w:rPr>
                          <w:rFonts w:hint="eastAsia"/>
                          <w:szCs w:val="18"/>
                          <w:lang w:eastAsia="zh-CN"/>
                        </w:rPr>
                        <w:t>I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nquiries, please contact our global support team via W</w:t>
                      </w:r>
                      <w:r w:rsidRPr="00582B61">
                        <w:rPr>
                          <w:szCs w:val="18"/>
                          <w:lang w:eastAsia="zh-CN"/>
                        </w:rPr>
                        <w:t>hatsApp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: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＋</w:t>
                      </w:r>
                      <w:r w:rsidRPr="00582B61">
                        <w:rPr>
                          <w:rFonts w:hint="eastAsia"/>
                          <w:szCs w:val="18"/>
                          <w:lang w:eastAsia="zh-CN"/>
                        </w:rPr>
                        <w:t>78764422 or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 xml:space="preserve"> </w:t>
                      </w:r>
                      <w:proofErr w:type="spellStart"/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dxl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metal</w:t>
                      </w:r>
                      <w:r w:rsidRPr="00582B61"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@gmail.co</w:t>
                      </w:r>
                      <w:r>
                        <w:rPr>
                          <w:rFonts w:hint="eastAsia"/>
                          <w:color w:val="FFFFFF" w:themeColor="background1"/>
                          <w:szCs w:val="18"/>
                          <w:lang w:eastAsia="zh-CN"/>
                        </w:rPr>
                        <w:t>m</w:t>
                      </w:r>
                      <w:proofErr w:type="spellEnd"/>
                    </w:p>
                    <w:p w14:paraId="74CE4EA2" w14:textId="77777777" w:rsidR="00745F59" w:rsidRPr="00582B61" w:rsidRDefault="00745F59" w:rsidP="00745F59">
                      <w:pPr>
                        <w:spacing w:beforeLines="25" w:before="60" w:line="240" w:lineRule="auto"/>
                        <w:jc w:val="center"/>
                        <w:rPr>
                          <w:i/>
                          <w:iCs/>
                          <w:szCs w:val="18"/>
                          <w:lang w:eastAsia="zh-CN"/>
                        </w:rPr>
                      </w:pP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DXL</w:t>
                      </w:r>
                      <w:r w:rsidRPr="00582B61">
                        <w:rPr>
                          <w:i/>
                          <w:iCs/>
                          <w:szCs w:val="18"/>
                          <w:lang w:eastAsia="zh-CN"/>
                        </w:rPr>
                        <w:t>—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Reliable Quality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，</w:t>
                      </w:r>
                      <w:r w:rsidRPr="00582B61">
                        <w:rPr>
                          <w:rFonts w:hint="eastAsia"/>
                          <w:i/>
                          <w:iCs/>
                          <w:szCs w:val="18"/>
                          <w:lang w:eastAsia="zh-CN"/>
                        </w:rPr>
                        <w:t>Global Trust</w:t>
                      </w:r>
                    </w:p>
                    <w:p w14:paraId="433089D7" w14:textId="77777777" w:rsidR="00745F59" w:rsidRDefault="00745F59" w:rsidP="00745F59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sectPr w:rsidR="005D7839" w:rsidRPr="004D1C23" w:rsidSect="00083ADF">
      <w:pgSz w:w="12240" w:h="15840"/>
      <w:pgMar w:top="568" w:right="567" w:bottom="567" w:left="56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56C79A" w14:textId="77777777" w:rsidR="00790378" w:rsidRDefault="00790378">
      <w:pPr>
        <w:spacing w:after="0" w:line="240" w:lineRule="auto"/>
      </w:pPr>
      <w:r>
        <w:separator/>
      </w:r>
    </w:p>
  </w:endnote>
  <w:endnote w:type="continuationSeparator" w:id="0">
    <w:p w14:paraId="48D38081" w14:textId="77777777" w:rsidR="00790378" w:rsidRDefault="007903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86E6FE" w14:textId="77777777" w:rsidR="00790378" w:rsidRDefault="00790378">
      <w:pPr>
        <w:spacing w:after="0" w:line="240" w:lineRule="auto"/>
      </w:pPr>
      <w:r>
        <w:separator/>
      </w:r>
    </w:p>
  </w:footnote>
  <w:footnote w:type="continuationSeparator" w:id="0">
    <w:p w14:paraId="79A5BAF6" w14:textId="77777777" w:rsidR="00790378" w:rsidRDefault="007903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2E47195D"/>
    <w:multiLevelType w:val="hybridMultilevel"/>
    <w:tmpl w:val="8CBCA20C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35CF1484"/>
    <w:multiLevelType w:val="hybridMultilevel"/>
    <w:tmpl w:val="648A8FF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 w16cid:durableId="1474709723">
    <w:abstractNumId w:val="8"/>
  </w:num>
  <w:num w:numId="2" w16cid:durableId="1656493464">
    <w:abstractNumId w:val="6"/>
  </w:num>
  <w:num w:numId="3" w16cid:durableId="628167944">
    <w:abstractNumId w:val="5"/>
  </w:num>
  <w:num w:numId="4" w16cid:durableId="326597779">
    <w:abstractNumId w:val="4"/>
  </w:num>
  <w:num w:numId="5" w16cid:durableId="1750498155">
    <w:abstractNumId w:val="7"/>
  </w:num>
  <w:num w:numId="6" w16cid:durableId="1820607127">
    <w:abstractNumId w:val="3"/>
  </w:num>
  <w:num w:numId="7" w16cid:durableId="1733041824">
    <w:abstractNumId w:val="2"/>
  </w:num>
  <w:num w:numId="8" w16cid:durableId="947084819">
    <w:abstractNumId w:val="1"/>
  </w:num>
  <w:num w:numId="9" w16cid:durableId="1168983087">
    <w:abstractNumId w:val="0"/>
  </w:num>
  <w:num w:numId="10" w16cid:durableId="1102610258">
    <w:abstractNumId w:val="10"/>
  </w:num>
  <w:num w:numId="11" w16cid:durableId="9609205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0347B"/>
    <w:rsid w:val="00034616"/>
    <w:rsid w:val="0006063C"/>
    <w:rsid w:val="00060825"/>
    <w:rsid w:val="00071919"/>
    <w:rsid w:val="00083ADF"/>
    <w:rsid w:val="000B1106"/>
    <w:rsid w:val="000B2FA2"/>
    <w:rsid w:val="001224E5"/>
    <w:rsid w:val="00141136"/>
    <w:rsid w:val="0015074B"/>
    <w:rsid w:val="0016647A"/>
    <w:rsid w:val="00183B5F"/>
    <w:rsid w:val="001E3ADD"/>
    <w:rsid w:val="001F16ED"/>
    <w:rsid w:val="001F4358"/>
    <w:rsid w:val="00211066"/>
    <w:rsid w:val="00223CB6"/>
    <w:rsid w:val="0022501A"/>
    <w:rsid w:val="00234D5E"/>
    <w:rsid w:val="00236D8E"/>
    <w:rsid w:val="00241ADC"/>
    <w:rsid w:val="00270E57"/>
    <w:rsid w:val="00281D1D"/>
    <w:rsid w:val="0029639D"/>
    <w:rsid w:val="002A3BAB"/>
    <w:rsid w:val="002C4EB7"/>
    <w:rsid w:val="002D4093"/>
    <w:rsid w:val="00326F90"/>
    <w:rsid w:val="00363B02"/>
    <w:rsid w:val="00377148"/>
    <w:rsid w:val="003D2476"/>
    <w:rsid w:val="00410330"/>
    <w:rsid w:val="00423CB6"/>
    <w:rsid w:val="004A24CE"/>
    <w:rsid w:val="004B6852"/>
    <w:rsid w:val="004D1C23"/>
    <w:rsid w:val="004E1656"/>
    <w:rsid w:val="004F27E2"/>
    <w:rsid w:val="004F6137"/>
    <w:rsid w:val="004F6543"/>
    <w:rsid w:val="00516DF0"/>
    <w:rsid w:val="00553276"/>
    <w:rsid w:val="00570371"/>
    <w:rsid w:val="00582B61"/>
    <w:rsid w:val="005A214E"/>
    <w:rsid w:val="005B38EC"/>
    <w:rsid w:val="005D7839"/>
    <w:rsid w:val="00613406"/>
    <w:rsid w:val="00631144"/>
    <w:rsid w:val="006864AC"/>
    <w:rsid w:val="006F4391"/>
    <w:rsid w:val="00706F32"/>
    <w:rsid w:val="00745F59"/>
    <w:rsid w:val="00776DFC"/>
    <w:rsid w:val="00790378"/>
    <w:rsid w:val="007A6891"/>
    <w:rsid w:val="007C58A3"/>
    <w:rsid w:val="008112FF"/>
    <w:rsid w:val="008371AD"/>
    <w:rsid w:val="00866B1E"/>
    <w:rsid w:val="008A455D"/>
    <w:rsid w:val="008E2A84"/>
    <w:rsid w:val="00916D09"/>
    <w:rsid w:val="00917064"/>
    <w:rsid w:val="00917B15"/>
    <w:rsid w:val="009408EA"/>
    <w:rsid w:val="00984677"/>
    <w:rsid w:val="009A5DCA"/>
    <w:rsid w:val="009E675F"/>
    <w:rsid w:val="009F07E2"/>
    <w:rsid w:val="00A0784F"/>
    <w:rsid w:val="00A23C60"/>
    <w:rsid w:val="00A519ED"/>
    <w:rsid w:val="00A65E09"/>
    <w:rsid w:val="00A670F0"/>
    <w:rsid w:val="00A777A6"/>
    <w:rsid w:val="00A859A9"/>
    <w:rsid w:val="00A87442"/>
    <w:rsid w:val="00AA1D8D"/>
    <w:rsid w:val="00AD45A0"/>
    <w:rsid w:val="00B172B3"/>
    <w:rsid w:val="00B47730"/>
    <w:rsid w:val="00B801FB"/>
    <w:rsid w:val="00B85DB4"/>
    <w:rsid w:val="00BD6D18"/>
    <w:rsid w:val="00C01C32"/>
    <w:rsid w:val="00C041CF"/>
    <w:rsid w:val="00C121B0"/>
    <w:rsid w:val="00C522F0"/>
    <w:rsid w:val="00C52897"/>
    <w:rsid w:val="00C8373A"/>
    <w:rsid w:val="00CA2534"/>
    <w:rsid w:val="00CA6F32"/>
    <w:rsid w:val="00CB0664"/>
    <w:rsid w:val="00CB3FD8"/>
    <w:rsid w:val="00CF3F56"/>
    <w:rsid w:val="00D11ADC"/>
    <w:rsid w:val="00D318DF"/>
    <w:rsid w:val="00D540EF"/>
    <w:rsid w:val="00D951F9"/>
    <w:rsid w:val="00D96E04"/>
    <w:rsid w:val="00DF5A9A"/>
    <w:rsid w:val="00E21DEA"/>
    <w:rsid w:val="00E3655F"/>
    <w:rsid w:val="00E66A93"/>
    <w:rsid w:val="00E820BC"/>
    <w:rsid w:val="00E826F8"/>
    <w:rsid w:val="00EA4143"/>
    <w:rsid w:val="00EC1C6D"/>
    <w:rsid w:val="00F0490C"/>
    <w:rsid w:val="00F10275"/>
    <w:rsid w:val="00F2246E"/>
    <w:rsid w:val="00F354C9"/>
    <w:rsid w:val="00FB6801"/>
    <w:rsid w:val="00FC693F"/>
    <w:rsid w:val="00FD6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BB437D9"/>
  <w14:defaultImageDpi w14:val="300"/>
  <w15:docId w15:val="{BA683D19-31DF-444A-BC2C-ABA080CBB7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FC693F"/>
    <w:rPr>
      <w:rFonts w:ascii="Arial" w:eastAsia="微软雅黑" w:hAnsi="Arial"/>
      <w:sz w:val="18"/>
    </w:rPr>
  </w:style>
  <w:style w:type="paragraph" w:styleId="1">
    <w:name w:val="heading 1"/>
    <w:basedOn w:val="a1"/>
    <w:next w:val="a1"/>
    <w:link w:val="10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1">
    <w:name w:val="heading 2"/>
    <w:basedOn w:val="a1"/>
    <w:next w:val="a1"/>
    <w:link w:val="22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1">
    <w:name w:val="heading 3"/>
    <w:basedOn w:val="a1"/>
    <w:next w:val="a1"/>
    <w:link w:val="32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1"/>
    <w:next w:val="a1"/>
    <w:link w:val="40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1"/>
    <w:next w:val="a1"/>
    <w:link w:val="50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1"/>
    <w:next w:val="a1"/>
    <w:link w:val="60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1"/>
    <w:next w:val="a1"/>
    <w:link w:val="70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1"/>
    <w:next w:val="a1"/>
    <w:link w:val="80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9">
    <w:name w:val="heading 9"/>
    <w:basedOn w:val="a1"/>
    <w:next w:val="a1"/>
    <w:link w:val="90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paragraph" w:styleId="a5">
    <w:name w:val="header"/>
    <w:basedOn w:val="a1"/>
    <w:link w:val="a6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6">
    <w:name w:val="页眉 字符"/>
    <w:basedOn w:val="a2"/>
    <w:link w:val="a5"/>
    <w:uiPriority w:val="99"/>
    <w:rsid w:val="00E618BF"/>
  </w:style>
  <w:style w:type="paragraph" w:styleId="a7">
    <w:name w:val="footer"/>
    <w:basedOn w:val="a1"/>
    <w:link w:val="a8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页脚 字符"/>
    <w:basedOn w:val="a2"/>
    <w:link w:val="a7"/>
    <w:uiPriority w:val="99"/>
    <w:rsid w:val="00E618BF"/>
  </w:style>
  <w:style w:type="paragraph" w:styleId="a9">
    <w:name w:val="No Spacing"/>
    <w:uiPriority w:val="1"/>
    <w:qFormat/>
    <w:rsid w:val="00FC693F"/>
    <w:pPr>
      <w:spacing w:after="0" w:line="240" w:lineRule="auto"/>
    </w:pPr>
  </w:style>
  <w:style w:type="character" w:customStyle="1" w:styleId="10">
    <w:name w:val="标题 1 字符"/>
    <w:basedOn w:val="a2"/>
    <w:link w:val="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2">
    <w:name w:val="标题 2 字符"/>
    <w:basedOn w:val="a2"/>
    <w:link w:val="2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2">
    <w:name w:val="标题 3 字符"/>
    <w:basedOn w:val="a2"/>
    <w:link w:val="31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a">
    <w:name w:val="Title"/>
    <w:basedOn w:val="a1"/>
    <w:next w:val="a1"/>
    <w:link w:val="ab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b">
    <w:name w:val="标题 字符"/>
    <w:basedOn w:val="a2"/>
    <w:link w:val="aa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ac">
    <w:name w:val="Subtitle"/>
    <w:basedOn w:val="a1"/>
    <w:next w:val="a1"/>
    <w:link w:val="ad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d">
    <w:name w:val="副标题 字符"/>
    <w:basedOn w:val="a2"/>
    <w:link w:val="ac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e">
    <w:name w:val="List Paragraph"/>
    <w:basedOn w:val="a1"/>
    <w:uiPriority w:val="34"/>
    <w:qFormat/>
    <w:rsid w:val="00FC693F"/>
    <w:pPr>
      <w:ind w:left="720"/>
      <w:contextualSpacing/>
    </w:pPr>
  </w:style>
  <w:style w:type="paragraph" w:styleId="af">
    <w:name w:val="Body Text"/>
    <w:basedOn w:val="a1"/>
    <w:link w:val="af0"/>
    <w:uiPriority w:val="99"/>
    <w:unhideWhenUsed/>
    <w:rsid w:val="00AA1D8D"/>
    <w:pPr>
      <w:spacing w:after="120"/>
    </w:pPr>
  </w:style>
  <w:style w:type="character" w:customStyle="1" w:styleId="af0">
    <w:name w:val="正文文本 字符"/>
    <w:basedOn w:val="a2"/>
    <w:link w:val="af"/>
    <w:uiPriority w:val="99"/>
    <w:rsid w:val="00AA1D8D"/>
  </w:style>
  <w:style w:type="paragraph" w:styleId="23">
    <w:name w:val="Body Text 2"/>
    <w:basedOn w:val="a1"/>
    <w:link w:val="24"/>
    <w:uiPriority w:val="99"/>
    <w:unhideWhenUsed/>
    <w:rsid w:val="00AA1D8D"/>
    <w:pPr>
      <w:spacing w:after="120" w:line="480" w:lineRule="auto"/>
    </w:pPr>
  </w:style>
  <w:style w:type="character" w:customStyle="1" w:styleId="24">
    <w:name w:val="正文文本 2 字符"/>
    <w:basedOn w:val="a2"/>
    <w:link w:val="23"/>
    <w:uiPriority w:val="99"/>
    <w:rsid w:val="00AA1D8D"/>
  </w:style>
  <w:style w:type="paragraph" w:styleId="33">
    <w:name w:val="Body Text 3"/>
    <w:basedOn w:val="a1"/>
    <w:link w:val="34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34">
    <w:name w:val="正文文本 3 字符"/>
    <w:basedOn w:val="a2"/>
    <w:link w:val="33"/>
    <w:uiPriority w:val="99"/>
    <w:rsid w:val="00AA1D8D"/>
    <w:rPr>
      <w:sz w:val="16"/>
      <w:szCs w:val="16"/>
    </w:rPr>
  </w:style>
  <w:style w:type="paragraph" w:styleId="af1">
    <w:name w:val="List"/>
    <w:basedOn w:val="a1"/>
    <w:uiPriority w:val="99"/>
    <w:unhideWhenUsed/>
    <w:rsid w:val="00AA1D8D"/>
    <w:pPr>
      <w:ind w:left="360" w:hanging="360"/>
      <w:contextualSpacing/>
    </w:pPr>
  </w:style>
  <w:style w:type="paragraph" w:styleId="25">
    <w:name w:val="List 2"/>
    <w:basedOn w:val="a1"/>
    <w:uiPriority w:val="99"/>
    <w:unhideWhenUsed/>
    <w:rsid w:val="00326F90"/>
    <w:pPr>
      <w:ind w:left="720" w:hanging="360"/>
      <w:contextualSpacing/>
    </w:pPr>
  </w:style>
  <w:style w:type="paragraph" w:styleId="35">
    <w:name w:val="List 3"/>
    <w:basedOn w:val="a1"/>
    <w:uiPriority w:val="99"/>
    <w:unhideWhenUsed/>
    <w:rsid w:val="00326F90"/>
    <w:pPr>
      <w:ind w:left="1080" w:hanging="360"/>
      <w:contextualSpacing/>
    </w:pPr>
  </w:style>
  <w:style w:type="paragraph" w:styleId="a0">
    <w:name w:val="List Bullet"/>
    <w:basedOn w:val="a1"/>
    <w:uiPriority w:val="99"/>
    <w:unhideWhenUsed/>
    <w:rsid w:val="00326F90"/>
    <w:pPr>
      <w:numPr>
        <w:numId w:val="1"/>
      </w:numPr>
      <w:contextualSpacing/>
    </w:pPr>
  </w:style>
  <w:style w:type="paragraph" w:styleId="20">
    <w:name w:val="List Bullet 2"/>
    <w:basedOn w:val="a1"/>
    <w:uiPriority w:val="99"/>
    <w:unhideWhenUsed/>
    <w:rsid w:val="00326F90"/>
    <w:pPr>
      <w:numPr>
        <w:numId w:val="2"/>
      </w:numPr>
      <w:contextualSpacing/>
    </w:pPr>
  </w:style>
  <w:style w:type="paragraph" w:styleId="30">
    <w:name w:val="List Bullet 3"/>
    <w:basedOn w:val="a1"/>
    <w:uiPriority w:val="99"/>
    <w:unhideWhenUsed/>
    <w:rsid w:val="00326F90"/>
    <w:pPr>
      <w:numPr>
        <w:numId w:val="3"/>
      </w:numPr>
      <w:contextualSpacing/>
    </w:pPr>
  </w:style>
  <w:style w:type="paragraph" w:styleId="a">
    <w:name w:val="List Number"/>
    <w:basedOn w:val="a1"/>
    <w:uiPriority w:val="99"/>
    <w:unhideWhenUsed/>
    <w:rsid w:val="00326F90"/>
    <w:pPr>
      <w:numPr>
        <w:numId w:val="5"/>
      </w:numPr>
      <w:contextualSpacing/>
    </w:pPr>
  </w:style>
  <w:style w:type="paragraph" w:styleId="2">
    <w:name w:val="List Number 2"/>
    <w:basedOn w:val="a1"/>
    <w:uiPriority w:val="99"/>
    <w:unhideWhenUsed/>
    <w:rsid w:val="0029639D"/>
    <w:pPr>
      <w:numPr>
        <w:numId w:val="6"/>
      </w:numPr>
      <w:contextualSpacing/>
    </w:pPr>
  </w:style>
  <w:style w:type="paragraph" w:styleId="3">
    <w:name w:val="List Number 3"/>
    <w:basedOn w:val="a1"/>
    <w:uiPriority w:val="99"/>
    <w:unhideWhenUsed/>
    <w:rsid w:val="0029639D"/>
    <w:pPr>
      <w:numPr>
        <w:numId w:val="7"/>
      </w:numPr>
      <w:contextualSpacing/>
    </w:pPr>
  </w:style>
  <w:style w:type="paragraph" w:styleId="af2">
    <w:name w:val="List Continue"/>
    <w:basedOn w:val="a1"/>
    <w:uiPriority w:val="99"/>
    <w:unhideWhenUsed/>
    <w:rsid w:val="0029639D"/>
    <w:pPr>
      <w:spacing w:after="120"/>
      <w:ind w:left="360"/>
      <w:contextualSpacing/>
    </w:pPr>
  </w:style>
  <w:style w:type="paragraph" w:styleId="26">
    <w:name w:val="List Continue 2"/>
    <w:basedOn w:val="a1"/>
    <w:uiPriority w:val="99"/>
    <w:unhideWhenUsed/>
    <w:rsid w:val="0029639D"/>
    <w:pPr>
      <w:spacing w:after="120"/>
      <w:ind w:left="720"/>
      <w:contextualSpacing/>
    </w:pPr>
  </w:style>
  <w:style w:type="paragraph" w:styleId="36">
    <w:name w:val="List Continue 3"/>
    <w:basedOn w:val="a1"/>
    <w:uiPriority w:val="99"/>
    <w:unhideWhenUsed/>
    <w:rsid w:val="0029639D"/>
    <w:pPr>
      <w:spacing w:after="120"/>
      <w:ind w:left="1080"/>
      <w:contextualSpacing/>
    </w:pPr>
  </w:style>
  <w:style w:type="paragraph" w:styleId="af3">
    <w:name w:val="macro"/>
    <w:link w:val="af4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af4">
    <w:name w:val="宏文本 字符"/>
    <w:basedOn w:val="a2"/>
    <w:link w:val="af3"/>
    <w:uiPriority w:val="99"/>
    <w:rsid w:val="0029639D"/>
    <w:rPr>
      <w:rFonts w:ascii="Courier" w:hAnsi="Courier"/>
      <w:sz w:val="20"/>
      <w:szCs w:val="20"/>
    </w:rPr>
  </w:style>
  <w:style w:type="paragraph" w:styleId="af5">
    <w:name w:val="Quote"/>
    <w:basedOn w:val="a1"/>
    <w:next w:val="a1"/>
    <w:link w:val="af6"/>
    <w:uiPriority w:val="29"/>
    <w:qFormat/>
    <w:rsid w:val="00FC693F"/>
    <w:rPr>
      <w:i/>
      <w:iCs/>
      <w:color w:val="000000" w:themeColor="text1"/>
    </w:rPr>
  </w:style>
  <w:style w:type="character" w:customStyle="1" w:styleId="af6">
    <w:name w:val="引用 字符"/>
    <w:basedOn w:val="a2"/>
    <w:link w:val="af5"/>
    <w:uiPriority w:val="29"/>
    <w:rsid w:val="00FC693F"/>
    <w:rPr>
      <w:i/>
      <w:iCs/>
      <w:color w:val="000000" w:themeColor="text1"/>
    </w:rPr>
  </w:style>
  <w:style w:type="character" w:customStyle="1" w:styleId="40">
    <w:name w:val="标题 4 字符"/>
    <w:basedOn w:val="a2"/>
    <w:link w:val="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标题 5 字符"/>
    <w:basedOn w:val="a2"/>
    <w:link w:val="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标题 6 字符"/>
    <w:basedOn w:val="a2"/>
    <w:link w:val="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标题 7 字符"/>
    <w:basedOn w:val="a2"/>
    <w:link w:val="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标题 8 字符"/>
    <w:basedOn w:val="a2"/>
    <w:link w:val="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90">
    <w:name w:val="标题 9 字符"/>
    <w:basedOn w:val="a2"/>
    <w:link w:val="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f7">
    <w:name w:val="caption"/>
    <w:basedOn w:val="a1"/>
    <w:next w:val="a1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Cs w:val="18"/>
    </w:rPr>
  </w:style>
  <w:style w:type="character" w:styleId="af8">
    <w:name w:val="Strong"/>
    <w:basedOn w:val="a2"/>
    <w:uiPriority w:val="22"/>
    <w:qFormat/>
    <w:rsid w:val="00FC693F"/>
    <w:rPr>
      <w:b/>
      <w:bCs/>
    </w:rPr>
  </w:style>
  <w:style w:type="character" w:styleId="af9">
    <w:name w:val="Emphasis"/>
    <w:basedOn w:val="a2"/>
    <w:uiPriority w:val="20"/>
    <w:qFormat/>
    <w:rsid w:val="00FC693F"/>
    <w:rPr>
      <w:i/>
      <w:iCs/>
    </w:rPr>
  </w:style>
  <w:style w:type="paragraph" w:styleId="afa">
    <w:name w:val="Intense Quote"/>
    <w:basedOn w:val="a1"/>
    <w:next w:val="a1"/>
    <w:link w:val="afb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afb">
    <w:name w:val="明显引用 字符"/>
    <w:basedOn w:val="a2"/>
    <w:link w:val="afa"/>
    <w:uiPriority w:val="30"/>
    <w:rsid w:val="00FC693F"/>
    <w:rPr>
      <w:b/>
      <w:bCs/>
      <w:i/>
      <w:iCs/>
      <w:color w:val="4F81BD" w:themeColor="accent1"/>
    </w:rPr>
  </w:style>
  <w:style w:type="character" w:styleId="afc">
    <w:name w:val="Subtle Emphasis"/>
    <w:basedOn w:val="a2"/>
    <w:uiPriority w:val="19"/>
    <w:qFormat/>
    <w:rsid w:val="00FC693F"/>
    <w:rPr>
      <w:i/>
      <w:iCs/>
      <w:color w:val="808080" w:themeColor="text1" w:themeTint="7F"/>
    </w:rPr>
  </w:style>
  <w:style w:type="character" w:styleId="afd">
    <w:name w:val="Intense Emphasis"/>
    <w:basedOn w:val="a2"/>
    <w:uiPriority w:val="21"/>
    <w:qFormat/>
    <w:rsid w:val="00FC693F"/>
    <w:rPr>
      <w:b/>
      <w:bCs/>
      <w:i/>
      <w:iCs/>
      <w:color w:val="4F81BD" w:themeColor="accent1"/>
    </w:rPr>
  </w:style>
  <w:style w:type="character" w:styleId="afe">
    <w:name w:val="Subtle Reference"/>
    <w:basedOn w:val="a2"/>
    <w:uiPriority w:val="31"/>
    <w:qFormat/>
    <w:rsid w:val="00FC693F"/>
    <w:rPr>
      <w:smallCaps/>
      <w:color w:val="C0504D" w:themeColor="accent2"/>
      <w:u w:val="single"/>
    </w:rPr>
  </w:style>
  <w:style w:type="character" w:styleId="aff">
    <w:name w:val="Intense Reference"/>
    <w:basedOn w:val="a2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aff0">
    <w:name w:val="Book Title"/>
    <w:basedOn w:val="a2"/>
    <w:uiPriority w:val="33"/>
    <w:qFormat/>
    <w:rsid w:val="00FC693F"/>
    <w:rPr>
      <w:b/>
      <w:bCs/>
      <w:smallCaps/>
      <w:spacing w:val="5"/>
    </w:rPr>
  </w:style>
  <w:style w:type="paragraph" w:styleId="TOC">
    <w:name w:val="TOC Heading"/>
    <w:basedOn w:val="1"/>
    <w:next w:val="a1"/>
    <w:uiPriority w:val="39"/>
    <w:semiHidden/>
    <w:unhideWhenUsed/>
    <w:qFormat/>
    <w:rsid w:val="00FC693F"/>
    <w:pPr>
      <w:outlineLvl w:val="9"/>
    </w:pPr>
  </w:style>
  <w:style w:type="table" w:styleId="aff1">
    <w:name w:val="Table Grid"/>
    <w:basedOn w:val="a3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2">
    <w:name w:val="Light Shading"/>
    <w:basedOn w:val="a3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-1">
    <w:name w:val="Light Shading Accent 1"/>
    <w:basedOn w:val="a3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-2">
    <w:name w:val="Light Shading Accent 2"/>
    <w:basedOn w:val="a3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-3">
    <w:name w:val="Light Shading Accent 3"/>
    <w:basedOn w:val="a3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-4">
    <w:name w:val="Light Shading Accent 4"/>
    <w:basedOn w:val="a3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-5">
    <w:name w:val="Light Shading Accent 5"/>
    <w:basedOn w:val="a3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-6">
    <w:name w:val="Light Shading Accent 6"/>
    <w:basedOn w:val="a3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aff3">
    <w:name w:val="Light List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-10">
    <w:name w:val="Light List Accent 1"/>
    <w:basedOn w:val="a3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-20">
    <w:name w:val="Light List Accent 2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-30">
    <w:name w:val="Light List Accent 3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-40">
    <w:name w:val="Light List Accent 4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-50">
    <w:name w:val="Light List Accent 5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-60">
    <w:name w:val="Light List Accent 6"/>
    <w:basedOn w:val="a3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aff4">
    <w:name w:val="Light Grid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-11">
    <w:name w:val="Light Grid Accent 1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-21">
    <w:name w:val="Light Grid Accent 2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31">
    <w:name w:val="Light Grid Accent 3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41">
    <w:name w:val="Light Grid Accent 4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-51">
    <w:name w:val="Light Grid Accent 5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-61">
    <w:name w:val="Light Grid Accent 6"/>
    <w:basedOn w:val="a3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1">
    <w:name w:val="Medium Shading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1">
    <w:name w:val="Medium Shading 1 Accent 1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2">
    <w:name w:val="Medium Shading 1 Accent 2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3">
    <w:name w:val="Medium Shading 1 Accent 3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4">
    <w:name w:val="Medium Shading 1 Accent 4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5">
    <w:name w:val="Medium Shading 1 Accent 5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-6">
    <w:name w:val="Medium Shading 1 Accent 6"/>
    <w:basedOn w:val="a3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7">
    <w:name w:val="Medium Shading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1">
    <w:name w:val="Medium Shading 2 Accent 1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2">
    <w:name w:val="Medium Shading 2 Accent 2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3">
    <w:name w:val="Medium Shading 2 Accent 3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4">
    <w:name w:val="Medium Shading 2 Accent 4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5">
    <w:name w:val="Medium Shading 2 Accent 5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-6">
    <w:name w:val="Medium Shading 2 Accent 6"/>
    <w:basedOn w:val="a3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2">
    <w:name w:val="Medium Lis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-10">
    <w:name w:val="Medium List 1 Accent 1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-20">
    <w:name w:val="Medium List 1 Accent 2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-30">
    <w:name w:val="Medium List 1 Accent 3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-40">
    <w:name w:val="Medium List 1 Accent 4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-50">
    <w:name w:val="Medium List 1 Accent 5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-60">
    <w:name w:val="Medium List 1 Accent 6"/>
    <w:basedOn w:val="a3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8">
    <w:name w:val="Medium Lis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10">
    <w:name w:val="Medium List 2 Accent 1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20">
    <w:name w:val="Medium List 2 Accent 2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0">
    <w:name w:val="Medium List 2 Accent 3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40">
    <w:name w:val="Medium List 2 Accent 4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50">
    <w:name w:val="Medium List 2 Accent 5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60">
    <w:name w:val="Medium List 2 Accent 6"/>
    <w:basedOn w:val="a3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3">
    <w:name w:val="Medium Grid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-11">
    <w:name w:val="Medium Grid 1 Accent 1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-21">
    <w:name w:val="Medium Grid 1 Accent 2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-31">
    <w:name w:val="Medium Grid 1 Accent 3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-41">
    <w:name w:val="Medium Grid 1 Accent 4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-51">
    <w:name w:val="Medium Grid 1 Accent 5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-61">
    <w:name w:val="Medium Grid 1 Accent 6"/>
    <w:basedOn w:val="a3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9">
    <w:name w:val="Medium Grid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11">
    <w:name w:val="Medium Grid 2 Accent 1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21">
    <w:name w:val="Medium Grid 2 Accent 2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31">
    <w:name w:val="Medium Grid 2 Accent 3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41">
    <w:name w:val="Medium Grid 2 Accent 4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51">
    <w:name w:val="Medium Grid 2 Accent 5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-61">
    <w:name w:val="Medium Grid 2 Accent 6"/>
    <w:basedOn w:val="a3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7">
    <w:name w:val="Medium Grid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-1">
    <w:name w:val="Medium Grid 3 Accent 1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-2">
    <w:name w:val="Medium Grid 3 Accent 2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-3">
    <w:name w:val="Medium Grid 3 Accent 3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-4">
    <w:name w:val="Medium Grid 3 Accent 4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-5">
    <w:name w:val="Medium Grid 3 Accent 5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-6">
    <w:name w:val="Medium Grid 3 Accent 6"/>
    <w:basedOn w:val="a3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aff5">
    <w:name w:val="Dark List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-12">
    <w:name w:val="Dark List Accent 1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-22">
    <w:name w:val="Dark List Accent 2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-32">
    <w:name w:val="Dark List Accent 3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-42">
    <w:name w:val="Dark List Accent 4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-52">
    <w:name w:val="Dark List Accent 5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-62">
    <w:name w:val="Dark List Accent 6"/>
    <w:basedOn w:val="a3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aff6">
    <w:name w:val="Colorful Shading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13">
    <w:name w:val="Colorful Shading Accent 1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23">
    <w:name w:val="Colorful Shading Accent 2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33">
    <w:name w:val="Colorful Shading Accent 3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3">
    <w:name w:val="Colorful Shading Accent 4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53">
    <w:name w:val="Colorful Shading Accent 5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-63">
    <w:name w:val="Colorful Shading Accent 6"/>
    <w:basedOn w:val="a3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aff7">
    <w:name w:val="Colorful List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-14">
    <w:name w:val="Colorful List Accent 1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-24">
    <w:name w:val="Colorful List Accent 2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-34">
    <w:name w:val="Colorful List Accent 3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-44">
    <w:name w:val="Colorful List Accent 4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-54">
    <w:name w:val="Colorful List Accent 5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-64">
    <w:name w:val="Colorful List Accent 6"/>
    <w:basedOn w:val="a3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aff8">
    <w:name w:val="Colorful Grid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-15">
    <w:name w:val="Colorful Grid Accent 1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-25">
    <w:name w:val="Colorful Grid Accent 2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-35">
    <w:name w:val="Colorful Grid Accent 3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-45">
    <w:name w:val="Colorful Grid Accent 4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-55">
    <w:name w:val="Colorful Grid Accent 5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-65">
    <w:name w:val="Colorful Grid Accent 6"/>
    <w:basedOn w:val="a3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character" w:styleId="aff9">
    <w:name w:val="Hyperlink"/>
    <w:basedOn w:val="a2"/>
    <w:uiPriority w:val="99"/>
    <w:unhideWhenUsed/>
    <w:rsid w:val="00582B61"/>
    <w:rPr>
      <w:color w:val="0000FF" w:themeColor="hyperlink"/>
      <w:u w:val="single"/>
    </w:rPr>
  </w:style>
  <w:style w:type="character" w:styleId="affa">
    <w:name w:val="Unresolved Mention"/>
    <w:basedOn w:val="a2"/>
    <w:uiPriority w:val="99"/>
    <w:semiHidden/>
    <w:unhideWhenUsed/>
    <w:rsid w:val="00582B6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wmf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672</TotalTime>
  <Pages>2</Pages>
  <Words>184</Words>
  <Characters>1051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1233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宁 张</cp:lastModifiedBy>
  <cp:revision>38</cp:revision>
  <cp:lastPrinted>2026-04-25T13:16:00Z</cp:lastPrinted>
  <dcterms:created xsi:type="dcterms:W3CDTF">2026-04-23T14:12:00Z</dcterms:created>
  <dcterms:modified xsi:type="dcterms:W3CDTF">2026-04-27T03:16:00Z</dcterms:modified>
  <cp:category/>
</cp:coreProperties>
</file>