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media/image3.jpg" ContentType="image/png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475B2C" w14:textId="06753E1C" w:rsidR="00141136" w:rsidRDefault="00141136">
      <w:r>
        <w:rPr>
          <w:rFonts w:asciiTheme="minorHAnsi" w:hAnsiTheme="minorHAnsi"/>
          <w:noProof/>
          <w:sz w:val="40"/>
          <w:szCs w:val="40"/>
        </w:rPr>
        <w:drawing>
          <wp:anchor distT="0" distB="0" distL="114300" distR="114300" simplePos="0" relativeHeight="251660288" behindDoc="1" locked="0" layoutInCell="1" allowOverlap="1" wp14:anchorId="6FB5B09F" wp14:editId="348E72EB">
            <wp:simplePos x="0" y="0"/>
            <wp:positionH relativeFrom="column">
              <wp:posOffset>5138779</wp:posOffset>
            </wp:positionH>
            <wp:positionV relativeFrom="page">
              <wp:posOffset>263465</wp:posOffset>
            </wp:positionV>
            <wp:extent cx="1690370" cy="1235075"/>
            <wp:effectExtent l="0" t="0" r="5080" b="3175"/>
            <wp:wrapTight wrapText="bothSides">
              <wp:wrapPolygon edited="0">
                <wp:start x="974" y="0"/>
                <wp:lineTo x="0" y="666"/>
                <wp:lineTo x="0" y="20989"/>
                <wp:lineTo x="974" y="21322"/>
                <wp:lineTo x="20448" y="21322"/>
                <wp:lineTo x="21421" y="20989"/>
                <wp:lineTo x="21421" y="666"/>
                <wp:lineTo x="20448" y="0"/>
                <wp:lineTo x="974" y="0"/>
              </wp:wrapPolygon>
            </wp:wrapTight>
            <wp:docPr id="21355412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5541210" name="图片 213554121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90370" cy="12350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hAnsiTheme="minorHAnsi"/>
          <w:sz w:val="20"/>
          <w:szCs w:val="20"/>
          <w:lang w:eastAsia="zh-CN"/>
        </w:rPr>
        <w:t>Publication</w:t>
      </w:r>
      <w:r>
        <w:rPr>
          <w:rFonts w:asciiTheme="minorHAnsi" w:hAnsiTheme="minorHAnsi" w:hint="eastAsia"/>
          <w:sz w:val="20"/>
          <w:szCs w:val="20"/>
          <w:lang w:eastAsia="zh-CN"/>
        </w:rPr>
        <w:t xml:space="preserve"> </w:t>
      </w:r>
      <w:r w:rsidRPr="009F07E2">
        <w:rPr>
          <w:rFonts w:asciiTheme="minorHAnsi" w:hAnsiTheme="minorHAnsi"/>
          <w:sz w:val="20"/>
          <w:szCs w:val="20"/>
        </w:rPr>
        <w:t>Date 202</w:t>
      </w:r>
      <w:r w:rsidRPr="009F07E2">
        <w:rPr>
          <w:rFonts w:asciiTheme="minorHAnsi" w:hAnsiTheme="minorHAnsi" w:hint="eastAsia"/>
          <w:sz w:val="20"/>
          <w:szCs w:val="20"/>
          <w:lang w:eastAsia="zh-CN"/>
        </w:rPr>
        <w:t>5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78"/>
        <w:gridCol w:w="259"/>
      </w:tblGrid>
      <w:tr w:rsidR="00F0490C" w:rsidRPr="008E2A84" w14:paraId="20055008" w14:textId="77777777" w:rsidTr="00141136">
        <w:tc>
          <w:tcPr>
            <w:tcW w:w="4678" w:type="dxa"/>
          </w:tcPr>
          <w:p w14:paraId="444C3FAC" w14:textId="3BB3495D" w:rsidR="00776DFC" w:rsidRPr="00141136" w:rsidRDefault="00000000" w:rsidP="00141136">
            <w:pPr>
              <w:rPr>
                <w:rFonts w:asciiTheme="minorHAnsi" w:hAnsiTheme="minorHAnsi"/>
                <w:sz w:val="22"/>
                <w:lang w:eastAsia="zh-CN"/>
              </w:rPr>
            </w:pPr>
            <w:r w:rsidRPr="008E2A84">
              <w:rPr>
                <w:rFonts w:asciiTheme="minorHAnsi" w:hAnsiTheme="minorHAnsi"/>
                <w:b/>
                <w:color w:val="0C3666"/>
                <w:sz w:val="28"/>
              </w:rPr>
              <w:t>DXL STEEL FRAMING SYSTEMS</w:t>
            </w:r>
            <w:r w:rsidRPr="008E2A84">
              <w:rPr>
                <w:rFonts w:asciiTheme="minorHAnsi" w:hAnsiTheme="minorHAnsi"/>
                <w:b/>
                <w:color w:val="0C3666"/>
                <w:sz w:val="28"/>
              </w:rPr>
              <w:br/>
            </w:r>
            <w:r w:rsidRPr="008E2A84">
              <w:rPr>
                <w:rFonts w:asciiTheme="minorHAnsi" w:hAnsiTheme="minorHAnsi"/>
                <w:sz w:val="22"/>
              </w:rPr>
              <w:t xml:space="preserve">PRODUCT DATA SHEET </w:t>
            </w:r>
          </w:p>
        </w:tc>
        <w:tc>
          <w:tcPr>
            <w:tcW w:w="259" w:type="dxa"/>
          </w:tcPr>
          <w:p w14:paraId="3C33886B" w14:textId="4D8BC79A" w:rsidR="00F0490C" w:rsidRPr="009F07E2" w:rsidRDefault="00000000" w:rsidP="009F07E2">
            <w:pPr>
              <w:wordWrap w:val="0"/>
              <w:jc w:val="right"/>
              <w:rPr>
                <w:rFonts w:asciiTheme="minorHAnsi" w:hAnsiTheme="minorHAnsi"/>
                <w:sz w:val="20"/>
                <w:szCs w:val="20"/>
                <w:lang w:eastAsia="zh-CN"/>
              </w:rPr>
            </w:pPr>
            <w:r w:rsidRPr="009F07E2">
              <w:rPr>
                <w:rFonts w:asciiTheme="minorHAnsi" w:hAnsiTheme="minorHAnsi"/>
                <w:sz w:val="20"/>
                <w:szCs w:val="20"/>
              </w:rPr>
              <w:br/>
            </w:r>
          </w:p>
        </w:tc>
      </w:tr>
    </w:tbl>
    <w:p w14:paraId="06DC109C" w14:textId="3084374A" w:rsidR="00F0490C" w:rsidRPr="004D1C23" w:rsidRDefault="004D1C23" w:rsidP="002E7210">
      <w:pPr>
        <w:spacing w:after="120" w:line="240" w:lineRule="auto"/>
        <w:rPr>
          <w:rFonts w:asciiTheme="minorHAnsi" w:hAnsiTheme="minorHAnsi"/>
          <w:sz w:val="72"/>
          <w:szCs w:val="72"/>
          <w:lang w:eastAsia="zh-CN"/>
        </w:rPr>
      </w:pPr>
      <w:r w:rsidRPr="004D1C23">
        <w:rPr>
          <w:rFonts w:asciiTheme="minorHAnsi" w:hAnsiTheme="minorHAnsi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7989F6" wp14:editId="22BEAAB5">
                <wp:simplePos x="0" y="0"/>
                <wp:positionH relativeFrom="column">
                  <wp:posOffset>7620</wp:posOffset>
                </wp:positionH>
                <wp:positionV relativeFrom="paragraph">
                  <wp:posOffset>481995</wp:posOffset>
                </wp:positionV>
                <wp:extent cx="7144385" cy="0"/>
                <wp:effectExtent l="38100" t="38100" r="75565" b="95250"/>
                <wp:wrapNone/>
                <wp:docPr id="1864000506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44385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52A3CE3" id="直接连接符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6pt,37.95pt" to="563.15pt,3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="00776DFC" w:rsidRPr="004D1C23">
        <w:rPr>
          <w:rFonts w:asciiTheme="minorHAnsi" w:hAnsiTheme="minorHAnsi"/>
          <w:b/>
          <w:color w:val="0C3666"/>
          <w:sz w:val="72"/>
          <w:szCs w:val="72"/>
          <w:lang w:eastAsia="zh-CN"/>
        </w:rPr>
        <w:t>DRY</w:t>
      </w:r>
      <w:r w:rsidR="00776DFC" w:rsidRPr="004D1C23">
        <w:rPr>
          <w:rFonts w:asciiTheme="minorHAnsi" w:hAnsiTheme="minorHAnsi"/>
          <w:b/>
          <w:color w:val="0C3666"/>
          <w:sz w:val="72"/>
          <w:szCs w:val="72"/>
        </w:rPr>
        <w:t xml:space="preserve">WALL </w:t>
      </w:r>
      <w:r w:rsidR="004F652B">
        <w:rPr>
          <w:rFonts w:asciiTheme="minorHAnsi" w:hAnsiTheme="minorHAnsi" w:hint="eastAsia"/>
          <w:b/>
          <w:color w:val="0C3666"/>
          <w:sz w:val="72"/>
          <w:szCs w:val="72"/>
          <w:lang w:eastAsia="zh-CN"/>
        </w:rPr>
        <w:t>F-BEAD</w:t>
      </w:r>
      <w:r w:rsidR="00776DFC" w:rsidRPr="004D1C23">
        <w:rPr>
          <w:rFonts w:asciiTheme="minorHAnsi" w:hAnsiTheme="minorHAnsi"/>
          <w:b/>
          <w:color w:val="0C3666"/>
          <w:sz w:val="72"/>
          <w:szCs w:val="72"/>
        </w:rPr>
        <w:t xml:space="preserve"> </w:t>
      </w:r>
    </w:p>
    <w:tbl>
      <w:tblPr>
        <w:tblW w:w="11649" w:type="dxa"/>
        <w:tblInd w:w="-142" w:type="dxa"/>
        <w:tblLook w:val="04A0" w:firstRow="1" w:lastRow="0" w:firstColumn="1" w:lastColumn="0" w:noHBand="0" w:noVBand="1"/>
      </w:tblPr>
      <w:tblGrid>
        <w:gridCol w:w="5864"/>
        <w:gridCol w:w="5785"/>
      </w:tblGrid>
      <w:tr w:rsidR="006864AC" w:rsidRPr="006864AC" w14:paraId="7FF846DC" w14:textId="77777777" w:rsidTr="00281D1D">
        <w:tc>
          <w:tcPr>
            <w:tcW w:w="5864" w:type="dxa"/>
            <w:vAlign w:val="center"/>
          </w:tcPr>
          <w:p w14:paraId="5136859D" w14:textId="5C80E603" w:rsidR="00602F4D" w:rsidRPr="009F1F35" w:rsidRDefault="00CC647D" w:rsidP="009F1F35">
            <w:pPr>
              <w:tabs>
                <w:tab w:val="left" w:pos="3006"/>
              </w:tabs>
              <w:spacing w:afterLines="50" w:after="120"/>
              <w:ind w:leftChars="100" w:left="180" w:firstLineChars="100" w:firstLine="240"/>
              <w:rPr>
                <w:rFonts w:asciiTheme="minorHAnsi" w:hAnsiTheme="minorHAnsi"/>
                <w:sz w:val="16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78720" behindDoc="0" locked="0" layoutInCell="1" allowOverlap="1" wp14:anchorId="59F6565F" wp14:editId="212F1842">
                  <wp:simplePos x="0" y="0"/>
                  <wp:positionH relativeFrom="column">
                    <wp:posOffset>-170815</wp:posOffset>
                  </wp:positionH>
                  <wp:positionV relativeFrom="paragraph">
                    <wp:posOffset>191770</wp:posOffset>
                  </wp:positionV>
                  <wp:extent cx="262255" cy="243205"/>
                  <wp:effectExtent l="0" t="0" r="4445" b="4445"/>
                  <wp:wrapNone/>
                  <wp:docPr id="567939898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61047" t="11548" r="22205" b="6657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432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48024964" wp14:editId="0DE2564D">
                      <wp:simplePos x="0" y="0"/>
                      <wp:positionH relativeFrom="column">
                        <wp:posOffset>-112395</wp:posOffset>
                      </wp:positionH>
                      <wp:positionV relativeFrom="paragraph">
                        <wp:posOffset>-284480</wp:posOffset>
                      </wp:positionV>
                      <wp:extent cx="2757805" cy="401955"/>
                      <wp:effectExtent l="0" t="0" r="0" b="0"/>
                      <wp:wrapNone/>
                      <wp:docPr id="1939010230" name="文本框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57805" cy="40195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D963F03" w14:textId="77777777" w:rsidR="00CC647D" w:rsidRDefault="00CC647D" w:rsidP="00CC647D">
                                  <w:pPr>
                                    <w:tabs>
                                      <w:tab w:val="left" w:pos="3006"/>
                                    </w:tabs>
                                    <w:spacing w:afterLines="50" w:after="120"/>
                                    <w:ind w:leftChars="100" w:left="180" w:firstLineChars="100" w:firstLine="160"/>
                                    <w:rPr>
                                      <w:rFonts w:asciiTheme="minorHAnsi" w:hAnsiTheme="minorHAnsi"/>
                                      <w:sz w:val="16"/>
                                    </w:rPr>
                                  </w:pPr>
                                  <w:r w:rsidRPr="00954DCD">
                                    <w:rPr>
                                      <w:rFonts w:asciiTheme="minorHAnsi" w:hAnsiTheme="minorHAnsi"/>
                                      <w:sz w:val="16"/>
                                    </w:rPr>
                                    <w:t>DXL F-Beads are galvanized steel trim profiles used for drywall edge finishing and board termination details.</w:t>
                                  </w:r>
                                </w:p>
                                <w:p w14:paraId="33330399" w14:textId="77777777" w:rsidR="00CC647D" w:rsidRDefault="00CC647D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802496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4" o:spid="_x0000_s1026" type="#_x0000_t202" style="position:absolute;left:0;text-align:left;margin-left:-8.85pt;margin-top:-22.4pt;width:217.15pt;height:31.6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" filled="f" stroked="f" strokeweight=".5pt">
                      <v:textbox>
                        <w:txbxContent>
                          <w:p w14:paraId="1D963F03" w14:textId="77777777" w:rsidR="00CC647D" w:rsidRDefault="00CC647D" w:rsidP="00CC647D">
                            <w:pPr>
                              <w:tabs>
                                <w:tab w:val="left" w:pos="3006"/>
                              </w:tabs>
                              <w:spacing w:afterLines="50" w:after="120"/>
                              <w:ind w:leftChars="100" w:left="180" w:firstLineChars="100" w:firstLine="160"/>
                              <w:rPr>
                                <w:rFonts w:asciiTheme="minorHAnsi" w:hAnsiTheme="minorHAnsi"/>
                                <w:sz w:val="16"/>
                              </w:rPr>
                            </w:pPr>
                            <w:r w:rsidRPr="00954DCD">
                              <w:rPr>
                                <w:rFonts w:asciiTheme="minorHAnsi" w:hAnsiTheme="minorHAnsi"/>
                                <w:sz w:val="16"/>
                              </w:rPr>
                              <w:t>DXL F-Beads are galvanized steel trim profiles used for drywall edge finishing and board termination details.</w:t>
                            </w:r>
                          </w:p>
                          <w:p w14:paraId="33330399" w14:textId="77777777" w:rsidR="00CC647D" w:rsidRDefault="00CC647D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16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65BE330D" wp14:editId="5B48EE7E">
                      <wp:simplePos x="0" y="0"/>
                      <wp:positionH relativeFrom="column">
                        <wp:posOffset>-161925</wp:posOffset>
                      </wp:positionH>
                      <wp:positionV relativeFrom="paragraph">
                        <wp:posOffset>-502920</wp:posOffset>
                      </wp:positionV>
                      <wp:extent cx="3145155" cy="328930"/>
                      <wp:effectExtent l="0" t="0" r="0" b="0"/>
                      <wp:wrapNone/>
                      <wp:docPr id="678869435" name="文本框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145155" cy="32893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5176176" w14:textId="77777777" w:rsidR="00CC647D" w:rsidRPr="001224E5" w:rsidRDefault="00CC647D" w:rsidP="00CC647D">
                                  <w:pPr>
                                    <w:spacing w:after="120" w:line="240" w:lineRule="auto"/>
                                    <w:ind w:firstLineChars="100" w:firstLine="240"/>
                                    <w:rPr>
                                      <w:rFonts w:asciiTheme="minorHAnsi" w:hAnsiTheme="minorHAnsi"/>
                                      <w:sz w:val="24"/>
                                      <w:szCs w:val="24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 xml:space="preserve">DXL- </w:t>
                                  </w:r>
                                  <w:r>
                                    <w:rPr>
                                      <w:rFonts w:asciiTheme="minorHAnsi" w:hAnsiTheme="minorHAnsi" w:hint="eastAsia"/>
                                      <w:b/>
                                      <w:color w:val="0C3666"/>
                                      <w:sz w:val="24"/>
                                      <w:szCs w:val="24"/>
                                      <w:lang w:eastAsia="zh-CN"/>
                                    </w:rPr>
                                    <w:t>FB SERIES</w:t>
                                  </w:r>
                                </w:p>
                                <w:p w14:paraId="75F230AC" w14:textId="77777777" w:rsidR="00CC647D" w:rsidRDefault="00CC647D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BE330D" id="文本框 5" o:spid="_x0000_s1027" type="#_x0000_t202" style="position:absolute;left:0;text-align:left;margin-left:-12.75pt;margin-top:-39.6pt;width:247.65pt;height:25.9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" filled="f" stroked="f" strokeweight=".5pt">
                      <v:textbox>
                        <w:txbxContent>
                          <w:p w14:paraId="65176176" w14:textId="77777777" w:rsidR="00CC647D" w:rsidRPr="001224E5" w:rsidRDefault="00CC647D" w:rsidP="00CC647D">
                            <w:pPr>
                              <w:spacing w:after="120" w:line="240" w:lineRule="auto"/>
                              <w:ind w:firstLineChars="100" w:firstLine="240"/>
                              <w:rPr>
                                <w:rFonts w:asciiTheme="minorHAnsi" w:hAnsiTheme="minorHAnsi"/>
                                <w:sz w:val="24"/>
                                <w:szCs w:val="24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 xml:space="preserve">DXL- </w:t>
                            </w:r>
                            <w:r>
                              <w:rPr>
                                <w:rFonts w:asciiTheme="minorHAnsi" w:hAnsiTheme="minorHAnsi" w:hint="eastAsia"/>
                                <w:b/>
                                <w:color w:val="0C3666"/>
                                <w:sz w:val="24"/>
                                <w:szCs w:val="24"/>
                                <w:lang w:eastAsia="zh-CN"/>
                              </w:rPr>
                              <w:t>FB SERIES</w:t>
                            </w:r>
                          </w:p>
                          <w:p w14:paraId="75F230AC" w14:textId="77777777" w:rsidR="00CC647D" w:rsidRDefault="00CC647D"/>
                        </w:txbxContent>
                      </v:textbox>
                    </v:shape>
                  </w:pict>
                </mc:Fallback>
              </mc:AlternateContent>
            </w:r>
          </w:p>
          <w:p w14:paraId="773055DA" w14:textId="7E35440F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1. PRODUCT INFORMATION</w:t>
            </w:r>
          </w:p>
          <w:tbl>
            <w:tblPr>
              <w:tblStyle w:val="aff1"/>
              <w:tblW w:w="5306" w:type="dxa"/>
              <w:tblInd w:w="167" w:type="dxa"/>
              <w:tblLook w:val="04A0" w:firstRow="1" w:lastRow="0" w:firstColumn="1" w:lastColumn="0" w:noHBand="0" w:noVBand="1"/>
            </w:tblPr>
            <w:tblGrid>
              <w:gridCol w:w="2280"/>
              <w:gridCol w:w="3026"/>
            </w:tblGrid>
            <w:tr w:rsidR="00F0490C" w:rsidRPr="008E2A84" w14:paraId="3BBB564B" w14:textId="77777777" w:rsidTr="00145CBE">
              <w:trPr>
                <w:trHeight w:val="348"/>
              </w:trPr>
              <w:tc>
                <w:tcPr>
                  <w:tcW w:w="2280" w:type="dxa"/>
                  <w:vAlign w:val="center"/>
                </w:tcPr>
                <w:p w14:paraId="145A7F10" w14:textId="5667FA6E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Product Name </w:t>
                  </w:r>
                </w:p>
              </w:tc>
              <w:tc>
                <w:tcPr>
                  <w:tcW w:w="3026" w:type="dxa"/>
                  <w:vAlign w:val="center"/>
                </w:tcPr>
                <w:p w14:paraId="6EC94DD2" w14:textId="5B93B44A" w:rsidR="00F0490C" w:rsidRPr="008E2A84" w:rsidRDefault="004F652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Drywall F-Bead</w:t>
                  </w:r>
                </w:p>
              </w:tc>
            </w:tr>
            <w:tr w:rsidR="00F0490C" w:rsidRPr="008E2A84" w14:paraId="37252975" w14:textId="77777777" w:rsidTr="00145CBE">
              <w:trPr>
                <w:trHeight w:val="363"/>
              </w:trPr>
              <w:tc>
                <w:tcPr>
                  <w:tcW w:w="2280" w:type="dxa"/>
                  <w:vAlign w:val="center"/>
                </w:tcPr>
                <w:p w14:paraId="1CEA4F65" w14:textId="5FF4694D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Model No</w:t>
                  </w:r>
                </w:p>
              </w:tc>
              <w:tc>
                <w:tcPr>
                  <w:tcW w:w="3026" w:type="dxa"/>
                  <w:vAlign w:val="center"/>
                </w:tcPr>
                <w:p w14:paraId="63F4887E" w14:textId="39D3BC96" w:rsidR="00A859A9" w:rsidRPr="008E2A84" w:rsidRDefault="004F652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DXL-</w:t>
                  </w:r>
                  <w:r w:rsidR="00954DCD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FB Series</w:t>
                  </w:r>
                </w:p>
              </w:tc>
            </w:tr>
            <w:tr w:rsidR="00F0490C" w:rsidRPr="008E2A84" w14:paraId="2561057C" w14:textId="77777777" w:rsidTr="00145CBE">
              <w:trPr>
                <w:trHeight w:val="348"/>
              </w:trPr>
              <w:tc>
                <w:tcPr>
                  <w:tcW w:w="2280" w:type="dxa"/>
                  <w:vAlign w:val="center"/>
                </w:tcPr>
                <w:p w14:paraId="27B4459F" w14:textId="3E789A7F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Category</w:t>
                  </w:r>
                </w:p>
              </w:tc>
              <w:tc>
                <w:tcPr>
                  <w:tcW w:w="3026" w:type="dxa"/>
                  <w:vAlign w:val="center"/>
                </w:tcPr>
                <w:p w14:paraId="49DFAF9D" w14:textId="0BE8E23E" w:rsidR="00F0490C" w:rsidRPr="008E2A84" w:rsidRDefault="004F652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Dryw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all Framing System</w:t>
                  </w:r>
                </w:p>
              </w:tc>
            </w:tr>
            <w:tr w:rsidR="00F0490C" w:rsidRPr="008E2A84" w14:paraId="58469EA0" w14:textId="77777777" w:rsidTr="00145CBE">
              <w:trPr>
                <w:trHeight w:val="348"/>
              </w:trPr>
              <w:tc>
                <w:tcPr>
                  <w:tcW w:w="2280" w:type="dxa"/>
                  <w:vAlign w:val="center"/>
                </w:tcPr>
                <w:p w14:paraId="161C2BA8" w14:textId="33CBC6B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Application </w:t>
                  </w:r>
                </w:p>
              </w:tc>
              <w:tc>
                <w:tcPr>
                  <w:tcW w:w="3026" w:type="dxa"/>
                  <w:vAlign w:val="center"/>
                </w:tcPr>
                <w:p w14:paraId="51C39C0E" w14:textId="51D5A84E" w:rsidR="00F0490C" w:rsidRPr="008E2A84" w:rsidRDefault="00954DCD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954DCD">
                    <w:rPr>
                      <w:rFonts w:asciiTheme="minorHAnsi" w:hAnsiTheme="minorHAnsi"/>
                      <w:szCs w:val="18"/>
                    </w:rPr>
                    <w:t>Drywall edge trim and finishing systems</w:t>
                  </w:r>
                </w:p>
              </w:tc>
            </w:tr>
          </w:tbl>
          <w:p w14:paraId="4355A665" w14:textId="468631DC" w:rsidR="00F0490C" w:rsidRPr="008E2A84" w:rsidRDefault="00C8373A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79744" behindDoc="0" locked="0" layoutInCell="1" allowOverlap="1" wp14:anchorId="51FD460F" wp14:editId="4AC594D6">
                  <wp:simplePos x="0" y="0"/>
                  <wp:positionH relativeFrom="column">
                    <wp:posOffset>-187960</wp:posOffset>
                  </wp:positionH>
                  <wp:positionV relativeFrom="paragraph">
                    <wp:posOffset>238760</wp:posOffset>
                  </wp:positionV>
                  <wp:extent cx="258445" cy="234950"/>
                  <wp:effectExtent l="0" t="0" r="8255" b="0"/>
                  <wp:wrapNone/>
                  <wp:docPr id="183801317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2078" t="11376" r="41896" b="6678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445" cy="2349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7DD3D6B" w14:textId="3E0E3B98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  <w:lang w:eastAsia="zh-CN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 xml:space="preserve">2. DIMENSIONS </w:t>
            </w:r>
          </w:p>
          <w:tbl>
            <w:tblPr>
              <w:tblStyle w:val="aff1"/>
              <w:tblW w:w="5245" w:type="dxa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0490C" w:rsidRPr="008E2A84" w14:paraId="2CA71CC6" w14:textId="77777777" w:rsidTr="00145CBE">
              <w:tc>
                <w:tcPr>
                  <w:tcW w:w="2268" w:type="dxa"/>
                  <w:vAlign w:val="center"/>
                </w:tcPr>
                <w:p w14:paraId="0D8A0BB7" w14:textId="71315B4C" w:rsidR="00F0490C" w:rsidRPr="008E2A84" w:rsidRDefault="00954DCD" w:rsidP="00A859A9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Profile Size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 (A)</w:t>
                  </w:r>
                </w:p>
              </w:tc>
              <w:tc>
                <w:tcPr>
                  <w:tcW w:w="2977" w:type="dxa"/>
                  <w:vAlign w:val="center"/>
                </w:tcPr>
                <w:p w14:paraId="03F016CB" w14:textId="3CC132D9" w:rsidR="00F0490C" w:rsidRPr="008E2A84" w:rsidRDefault="0075208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 xml:space="preserve">Hot-dip 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Galvanized steel</w:t>
                  </w:r>
                </w:p>
              </w:tc>
            </w:tr>
            <w:tr w:rsidR="00F0490C" w:rsidRPr="008E2A84" w14:paraId="41BE7E2D" w14:textId="77777777" w:rsidTr="00145CBE">
              <w:tc>
                <w:tcPr>
                  <w:tcW w:w="2268" w:type="dxa"/>
                  <w:vAlign w:val="center"/>
                </w:tcPr>
                <w:p w14:paraId="7F12866E" w14:textId="77777777" w:rsidR="00F0490C" w:rsidRPr="008E2A84" w:rsidRDefault="00000000" w:rsidP="00A859A9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Thickness (T)</w:t>
                  </w:r>
                </w:p>
              </w:tc>
              <w:tc>
                <w:tcPr>
                  <w:tcW w:w="2977" w:type="dxa"/>
                  <w:vAlign w:val="center"/>
                </w:tcPr>
                <w:p w14:paraId="04BC2AB1" w14:textId="71573A5E" w:rsidR="00F0490C" w:rsidRPr="008E2A84" w:rsidRDefault="00226FF4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0.35 - 0.50 mm</w:t>
                  </w:r>
                </w:p>
              </w:tc>
            </w:tr>
            <w:tr w:rsidR="00F0490C" w:rsidRPr="008E2A84" w14:paraId="322824FA" w14:textId="77777777" w:rsidTr="00145CBE">
              <w:tc>
                <w:tcPr>
                  <w:tcW w:w="2268" w:type="dxa"/>
                  <w:vAlign w:val="center"/>
                </w:tcPr>
                <w:p w14:paraId="43FB4ED4" w14:textId="63578E7B" w:rsidR="00F0490C" w:rsidRPr="008E2A84" w:rsidRDefault="00A859A9" w:rsidP="00A859A9">
                  <w:pPr>
                    <w:spacing w:line="276" w:lineRule="auto"/>
                    <w:rPr>
                      <w:rFonts w:asciiTheme="minorHAnsi" w:eastAsia="黑体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eastAsia="黑体" w:hAnsiTheme="minorHAnsi"/>
                      <w:szCs w:val="18"/>
                      <w:lang w:eastAsia="zh-CN"/>
                    </w:rPr>
                    <w:t>Length</w:t>
                  </w:r>
                </w:p>
              </w:tc>
              <w:tc>
                <w:tcPr>
                  <w:tcW w:w="2977" w:type="dxa"/>
                  <w:vAlign w:val="center"/>
                </w:tcPr>
                <w:p w14:paraId="1B0BE3A0" w14:textId="04F5F83B" w:rsidR="00F0490C" w:rsidRPr="008E2A84" w:rsidRDefault="004F652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2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8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00 / 3000 / Custom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（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≥2000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）</w:t>
                  </w:r>
                </w:p>
              </w:tc>
            </w:tr>
          </w:tbl>
          <w:p w14:paraId="52A50D3E" w14:textId="59B4CA5B" w:rsidR="00F0490C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0768" behindDoc="0" locked="0" layoutInCell="1" allowOverlap="1" wp14:anchorId="3E3C4827" wp14:editId="34168769">
                  <wp:simplePos x="0" y="0"/>
                  <wp:positionH relativeFrom="column">
                    <wp:posOffset>-164465</wp:posOffset>
                  </wp:positionH>
                  <wp:positionV relativeFrom="paragraph">
                    <wp:posOffset>251460</wp:posOffset>
                  </wp:positionV>
                  <wp:extent cx="231775" cy="220980"/>
                  <wp:effectExtent l="0" t="0" r="0" b="7620"/>
                  <wp:wrapNone/>
                  <wp:docPr id="103302269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62016" t="40182" r="23303" b="3889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775" cy="2209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0F9D3A0" w14:textId="213C2787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  <w:lang w:eastAsia="zh-CN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3. MATERIAL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 </w:t>
            </w:r>
          </w:p>
          <w:tbl>
            <w:tblPr>
              <w:tblStyle w:val="aff1"/>
              <w:tblW w:w="5245" w:type="dxa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0490C" w:rsidRPr="008E2A84" w14:paraId="52E57C0E" w14:textId="77777777" w:rsidTr="00145CBE">
              <w:tc>
                <w:tcPr>
                  <w:tcW w:w="2268" w:type="dxa"/>
                  <w:vAlign w:val="center"/>
                </w:tcPr>
                <w:p w14:paraId="2B385B45" w14:textId="67C4B22A" w:rsidR="00F0490C" w:rsidRPr="008E2A84" w:rsidRDefault="00D318DF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Material</w:t>
                  </w:r>
                </w:p>
              </w:tc>
              <w:tc>
                <w:tcPr>
                  <w:tcW w:w="2977" w:type="dxa"/>
                  <w:vAlign w:val="center"/>
                </w:tcPr>
                <w:p w14:paraId="2C123E1C" w14:textId="234283A7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G</w:t>
                  </w:r>
                  <w:r w:rsidR="00D318DF"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alvanized steel</w:t>
                  </w:r>
                </w:p>
              </w:tc>
            </w:tr>
            <w:tr w:rsidR="00F0490C" w:rsidRPr="008E2A84" w14:paraId="04DCA241" w14:textId="77777777" w:rsidTr="00145CBE">
              <w:tc>
                <w:tcPr>
                  <w:tcW w:w="2268" w:type="dxa"/>
                  <w:vAlign w:val="center"/>
                </w:tcPr>
                <w:p w14:paraId="48D514A7" w14:textId="38D0CB29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Zinc Coating </w:t>
                  </w:r>
                </w:p>
              </w:tc>
              <w:tc>
                <w:tcPr>
                  <w:tcW w:w="2977" w:type="dxa"/>
                  <w:vAlign w:val="center"/>
                </w:tcPr>
                <w:p w14:paraId="31863644" w14:textId="1E245432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Z100 - Z275 g/m²</w:t>
                  </w:r>
                </w:p>
              </w:tc>
            </w:tr>
            <w:tr w:rsidR="00F0490C" w:rsidRPr="008E2A84" w14:paraId="2BAFCD49" w14:textId="77777777" w:rsidTr="00145CBE">
              <w:tc>
                <w:tcPr>
                  <w:tcW w:w="2268" w:type="dxa"/>
                  <w:vAlign w:val="center"/>
                </w:tcPr>
                <w:p w14:paraId="1F493909" w14:textId="411D5923" w:rsidR="00F0490C" w:rsidRPr="008E2A84" w:rsidRDefault="00A859A9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Surface finish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 </w:t>
                  </w:r>
                </w:p>
              </w:tc>
              <w:tc>
                <w:tcPr>
                  <w:tcW w:w="2977" w:type="dxa"/>
                  <w:vAlign w:val="center"/>
                </w:tcPr>
                <w:p w14:paraId="571DC232" w14:textId="5E0F6408" w:rsidR="00F0490C" w:rsidRPr="008E2A84" w:rsidRDefault="0075208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AF4E70">
                    <w:rPr>
                      <w:rFonts w:asciiTheme="minorHAnsi" w:hAnsiTheme="minorHAnsi"/>
                      <w:szCs w:val="18"/>
                      <w:lang w:eastAsia="zh-CN"/>
                    </w:rPr>
                    <w:t>Galvanized silver-grey finish; custom color powder coating available.</w:t>
                  </w:r>
                </w:p>
              </w:tc>
            </w:tr>
          </w:tbl>
          <w:p w14:paraId="13D8CDDD" w14:textId="46E9EDC6" w:rsidR="004D1C23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1792" behindDoc="0" locked="0" layoutInCell="1" allowOverlap="1" wp14:anchorId="0000621F" wp14:editId="00856DD4">
                  <wp:simplePos x="0" y="0"/>
                  <wp:positionH relativeFrom="column">
                    <wp:posOffset>-193040</wp:posOffset>
                  </wp:positionH>
                  <wp:positionV relativeFrom="paragraph">
                    <wp:posOffset>233680</wp:posOffset>
                  </wp:positionV>
                  <wp:extent cx="262255" cy="246380"/>
                  <wp:effectExtent l="0" t="0" r="4445" b="1270"/>
                  <wp:wrapNone/>
                  <wp:docPr id="1144924499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524" t="39803" r="80248" b="387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46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FB860D8" w14:textId="54073B1C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  <w:lang w:eastAsia="zh-CN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4. TOLERANCE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 </w:t>
            </w:r>
          </w:p>
          <w:tbl>
            <w:tblPr>
              <w:tblStyle w:val="aff1"/>
              <w:tblW w:w="0" w:type="auto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354C9" w:rsidRPr="008E2A84" w14:paraId="68C0DCD3" w14:textId="77777777" w:rsidTr="00E41EDF">
              <w:tc>
                <w:tcPr>
                  <w:tcW w:w="2268" w:type="dxa"/>
                </w:tcPr>
                <w:p w14:paraId="3F682845" w14:textId="4BE163AB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Thickness </w:t>
                  </w:r>
                </w:p>
              </w:tc>
              <w:tc>
                <w:tcPr>
                  <w:tcW w:w="2977" w:type="dxa"/>
                  <w:vAlign w:val="center"/>
                </w:tcPr>
                <w:p w14:paraId="19DDB04B" w14:textId="54B52F4A" w:rsidR="00F0490C" w:rsidRPr="008E2A84" w:rsidRDefault="0052014E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0/-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0.</w:t>
                  </w:r>
                  <w:r w:rsidR="00037161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0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2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 mm</w:t>
                  </w:r>
                </w:p>
              </w:tc>
            </w:tr>
            <w:tr w:rsidR="00F354C9" w:rsidRPr="008E2A84" w14:paraId="4A7CDCAB" w14:textId="77777777" w:rsidTr="00E41EDF">
              <w:tc>
                <w:tcPr>
                  <w:tcW w:w="2268" w:type="dxa"/>
                </w:tcPr>
                <w:p w14:paraId="49E4719B" w14:textId="00A4F15F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Width </w:t>
                  </w:r>
                </w:p>
              </w:tc>
              <w:tc>
                <w:tcPr>
                  <w:tcW w:w="2977" w:type="dxa"/>
                  <w:vAlign w:val="center"/>
                </w:tcPr>
                <w:p w14:paraId="5BE710D0" w14:textId="438ACC52" w:rsidR="00F0490C" w:rsidRPr="008E2A84" w:rsidRDefault="0052014E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0/-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0.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5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 mm</w:t>
                  </w:r>
                </w:p>
              </w:tc>
            </w:tr>
            <w:tr w:rsidR="00F354C9" w:rsidRPr="008E2A84" w14:paraId="49254248" w14:textId="77777777" w:rsidTr="00E41EDF">
              <w:tc>
                <w:tcPr>
                  <w:tcW w:w="2268" w:type="dxa"/>
                </w:tcPr>
                <w:p w14:paraId="332A758C" w14:textId="365F2A7D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Length </w:t>
                  </w:r>
                </w:p>
              </w:tc>
              <w:tc>
                <w:tcPr>
                  <w:tcW w:w="2977" w:type="dxa"/>
                  <w:vAlign w:val="center"/>
                </w:tcPr>
                <w:p w14:paraId="7EEC4523" w14:textId="63AFCDEB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±</w:t>
                  </w:r>
                  <w:r w:rsidR="0052014E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1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.0 mm</w:t>
                  </w:r>
                </w:p>
              </w:tc>
            </w:tr>
          </w:tbl>
          <w:p w14:paraId="21696328" w14:textId="061CB8A7" w:rsidR="008E2A84" w:rsidRPr="008E2A84" w:rsidRDefault="008E2A84" w:rsidP="00A0784F">
            <w:pPr>
              <w:ind w:rightChars="132" w:right="238"/>
              <w:rPr>
                <w:rFonts w:asciiTheme="minorHAnsi" w:hAnsiTheme="minorHAnsi"/>
                <w:lang w:eastAsia="zh-CN"/>
              </w:rPr>
            </w:pPr>
          </w:p>
        </w:tc>
        <w:tc>
          <w:tcPr>
            <w:tcW w:w="5785" w:type="dxa"/>
          </w:tcPr>
          <w:p w14:paraId="43CE2B4C" w14:textId="2BC615F9" w:rsidR="001F16ED" w:rsidRDefault="001F16ED" w:rsidP="001224E5">
            <w:pPr>
              <w:ind w:firstLineChars="300" w:firstLine="720"/>
              <w:rPr>
                <w:rFonts w:asciiTheme="minorHAnsi" w:hAnsiTheme="minorHAnsi"/>
                <w:b/>
                <w:color w:val="0C3666"/>
                <w:sz w:val="24"/>
                <w:szCs w:val="24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2816" behindDoc="0" locked="0" layoutInCell="1" allowOverlap="1" wp14:anchorId="45657921" wp14:editId="13325E06">
                  <wp:simplePos x="0" y="0"/>
                  <wp:positionH relativeFrom="column">
                    <wp:posOffset>51435</wp:posOffset>
                  </wp:positionH>
                  <wp:positionV relativeFrom="paragraph">
                    <wp:posOffset>284480</wp:posOffset>
                  </wp:positionV>
                  <wp:extent cx="307975" cy="276225"/>
                  <wp:effectExtent l="0" t="0" r="0" b="9525"/>
                  <wp:wrapNone/>
                  <wp:docPr id="42420745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3949" t="11318" r="79788" b="6679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975" cy="2762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30DC82D" w14:textId="0D63004B" w:rsidR="00F0490C" w:rsidRPr="008E2A84" w:rsidRDefault="005D7839" w:rsidP="001224E5">
            <w:pPr>
              <w:ind w:firstLineChars="300" w:firstLine="720"/>
              <w:rPr>
                <w:rFonts w:asciiTheme="minorHAnsi" w:hAnsiTheme="minorHAnsi"/>
                <w:lang w:eastAsia="zh-CN"/>
              </w:rPr>
            </w:pPr>
            <w:r w:rsidRPr="001224E5">
              <w:rPr>
                <w:rFonts w:asciiTheme="minorHAnsi" w:hAnsiTheme="minorHAnsi" w:hint="eastAsia"/>
                <w:b/>
                <w:color w:val="0C3666"/>
                <w:sz w:val="24"/>
                <w:szCs w:val="24"/>
                <w:lang w:eastAsia="zh-CN"/>
              </w:rPr>
              <w:t>6.</w:t>
            </w: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 xml:space="preserve">Product Photo </w:t>
            </w:r>
          </w:p>
          <w:tbl>
            <w:tblPr>
              <w:tblpPr w:leftFromText="180" w:rightFromText="180" w:vertAnchor="text" w:horzAnchor="margin" w:tblpXSpec="center" w:tblpY="-33"/>
              <w:tblOverlap w:val="never"/>
              <w:tblW w:w="0" w:type="auto"/>
              <w:tblBorders>
                <w:top w:val="single" w:sz="6" w:space="0" w:color="9E9E9E"/>
                <w:left w:val="single" w:sz="6" w:space="0" w:color="9E9E9E"/>
                <w:bottom w:val="single" w:sz="6" w:space="0" w:color="9E9E9E"/>
                <w:right w:val="single" w:sz="6" w:space="0" w:color="9E9E9E"/>
                <w:insideH w:val="single" w:sz="4" w:space="0" w:color="D9D9D9"/>
                <w:insideV w:val="single" w:sz="4" w:space="0" w:color="D9D9D9"/>
              </w:tblBorders>
              <w:tblLayout w:type="fixed"/>
              <w:tblCellMar>
                <w:left w:w="85" w:type="dxa"/>
                <w:right w:w="85" w:type="dxa"/>
              </w:tblCellMar>
              <w:tblLook w:val="04A0" w:firstRow="1" w:lastRow="0" w:firstColumn="1" w:lastColumn="0" w:noHBand="0" w:noVBand="1"/>
            </w:tblPr>
            <w:tblGrid>
              <w:gridCol w:w="4367"/>
            </w:tblGrid>
            <w:tr w:rsidR="005D7839" w14:paraId="121767A0" w14:textId="77777777" w:rsidTr="00C01C32">
              <w:trPr>
                <w:trHeight w:hRule="exact" w:val="2636"/>
              </w:trPr>
              <w:tc>
                <w:tcPr>
                  <w:tcW w:w="4367" w:type="dxa"/>
                  <w:shd w:val="clear" w:color="auto" w:fill="FFFFFF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6D4884B1" w14:textId="7849C39C" w:rsidR="005D7839" w:rsidRDefault="004F652B" w:rsidP="005D7839">
                  <w:pPr>
                    <w:spacing w:after="0" w:line="240" w:lineRule="auto"/>
                    <w:jc w:val="center"/>
                  </w:pPr>
                  <w:r>
                    <w:rPr>
                      <w:noProof/>
                    </w:rPr>
                    <w:drawing>
                      <wp:anchor distT="0" distB="0" distL="114300" distR="114300" simplePos="0" relativeHeight="251687936" behindDoc="0" locked="0" layoutInCell="1" allowOverlap="1" wp14:anchorId="40E23879" wp14:editId="4C62934A">
                        <wp:simplePos x="0" y="0"/>
                        <wp:positionH relativeFrom="column">
                          <wp:posOffset>121285</wp:posOffset>
                        </wp:positionH>
                        <wp:positionV relativeFrom="paragraph">
                          <wp:posOffset>-1899920</wp:posOffset>
                        </wp:positionV>
                        <wp:extent cx="2455545" cy="1791970"/>
                        <wp:effectExtent l="0" t="0" r="1905" b="0"/>
                        <wp:wrapTopAndBottom/>
                        <wp:docPr id="1829823840" name="图片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29823840" name="图片 1829823840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55545" cy="17919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</w:tc>
            </w:tr>
            <w:tr w:rsidR="005D7839" w14:paraId="3DA69C95" w14:textId="77777777" w:rsidTr="00C01C32">
              <w:trPr>
                <w:trHeight w:hRule="exact" w:val="311"/>
              </w:trPr>
              <w:tc>
                <w:tcPr>
                  <w:tcW w:w="4367" w:type="dxa"/>
                  <w:shd w:val="clear" w:color="auto" w:fill="2F3E4E"/>
                  <w:tcMar>
                    <w:top w:w="40" w:type="dxa"/>
                    <w:left w:w="140" w:type="dxa"/>
                    <w:bottom w:w="40" w:type="dxa"/>
                    <w:right w:w="90" w:type="dxa"/>
                  </w:tcMar>
                </w:tcPr>
                <w:p w14:paraId="26EF1934" w14:textId="53CF203F" w:rsidR="005D7839" w:rsidRDefault="005D7839" w:rsidP="00AD45A0">
                  <w:pPr>
                    <w:tabs>
                      <w:tab w:val="right" w:pos="4137"/>
                    </w:tabs>
                    <w:spacing w:after="0"/>
                  </w:pPr>
                  <w:r>
                    <w:rPr>
                      <w:b/>
                      <w:color w:val="FFFFFF"/>
                    </w:rPr>
                    <w:t>DXL-WS SERIES</w:t>
                  </w:r>
                  <w:r w:rsidR="00AD45A0">
                    <w:rPr>
                      <w:b/>
                      <w:color w:val="FFFFFF"/>
                    </w:rPr>
                    <w:tab/>
                  </w:r>
                </w:p>
              </w:tc>
            </w:tr>
          </w:tbl>
          <w:p w14:paraId="351C6A6E" w14:textId="6B6E8278" w:rsidR="00D951F9" w:rsidRDefault="00D951F9" w:rsidP="005D7839">
            <w:pPr>
              <w:rPr>
                <w:rFonts w:asciiTheme="minorHAnsi" w:hAnsiTheme="minorHAnsi"/>
                <w:lang w:eastAsia="zh-CN"/>
              </w:rPr>
            </w:pPr>
          </w:p>
          <w:p w14:paraId="5FDBDE4C" w14:textId="6958C321" w:rsidR="00CF3F56" w:rsidRDefault="00CF3F56" w:rsidP="005D7839">
            <w:pPr>
              <w:rPr>
                <w:rFonts w:asciiTheme="minorHAnsi" w:hAnsiTheme="minorHAnsi"/>
                <w:noProof/>
                <w:lang w:eastAsia="zh-CN"/>
              </w:rPr>
            </w:pPr>
          </w:p>
          <w:p w14:paraId="6DA13FCC" w14:textId="16815B01" w:rsidR="00CF3F56" w:rsidRPr="001224E5" w:rsidRDefault="001F16ED" w:rsidP="001224E5">
            <w:pPr>
              <w:spacing w:before="600"/>
              <w:ind w:firstLineChars="300" w:firstLine="720"/>
              <w:rPr>
                <w:rFonts w:asciiTheme="minorHAnsi" w:hAnsiTheme="minorHAnsi"/>
                <w:b/>
                <w:color w:val="0C3666"/>
                <w:sz w:val="24"/>
                <w:szCs w:val="24"/>
                <w:lang w:eastAsia="zh-CN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3840" behindDoc="0" locked="0" layoutInCell="1" allowOverlap="1" wp14:anchorId="62F63732" wp14:editId="7A1901EE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1585595</wp:posOffset>
                  </wp:positionV>
                  <wp:extent cx="286021" cy="269522"/>
                  <wp:effectExtent l="0" t="0" r="0" b="0"/>
                  <wp:wrapNone/>
                  <wp:docPr id="1289522096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23369" t="11308" r="60949" b="6652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021" cy="2695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F3F56" w:rsidRPr="001224E5">
              <w:rPr>
                <w:rFonts w:asciiTheme="minorHAnsi" w:hAnsiTheme="minorHAnsi" w:hint="eastAsia"/>
                <w:b/>
                <w:color w:val="0C3666"/>
                <w:sz w:val="24"/>
                <w:szCs w:val="24"/>
                <w:lang w:eastAsia="zh-CN"/>
              </w:rPr>
              <w:t>7.</w:t>
            </w:r>
            <w:r w:rsidR="00CF3F56" w:rsidRPr="001224E5">
              <w:rPr>
                <w:rFonts w:asciiTheme="minorHAnsi" w:hAnsiTheme="minorHAnsi"/>
                <w:b/>
                <w:color w:val="0C3666"/>
                <w:sz w:val="24"/>
                <w:szCs w:val="24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SECTIONVIEW </w:t>
            </w:r>
          </w:p>
          <w:p w14:paraId="5E832767" w14:textId="4710D09E" w:rsidR="00A670F0" w:rsidRDefault="00A670F0" w:rsidP="00A670F0">
            <w:pPr>
              <w:spacing w:after="0" w:line="240" w:lineRule="auto"/>
              <w:ind w:firstLineChars="200" w:firstLine="360"/>
              <w:rPr>
                <w:rFonts w:asciiTheme="minorHAnsi" w:hAnsiTheme="minorHAnsi"/>
                <w:lang w:eastAsia="zh-CN"/>
              </w:rPr>
            </w:pPr>
          </w:p>
          <w:tbl>
            <w:tblPr>
              <w:tblpPr w:leftFromText="180" w:rightFromText="180" w:vertAnchor="text" w:horzAnchor="margin" w:tblpXSpec="center" w:tblpY="-333"/>
              <w:tblOverlap w:val="nev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382"/>
            </w:tblGrid>
            <w:tr w:rsidR="00CF3F56" w14:paraId="16261F00" w14:textId="77777777" w:rsidTr="00CF3F56">
              <w:trPr>
                <w:trHeight w:hRule="exact" w:val="2636"/>
              </w:trPr>
              <w:tc>
                <w:tcPr>
                  <w:tcW w:w="4382" w:type="dxa"/>
                  <w:tcBorders>
                    <w:top w:val="single" w:sz="6" w:space="0" w:color="9E9E9E"/>
                    <w:left w:val="single" w:sz="6" w:space="0" w:color="9E9E9E"/>
                    <w:bottom w:val="single" w:sz="3" w:space="0" w:color="D9D9D9"/>
                    <w:right w:val="single" w:sz="6" w:space="0" w:color="9E9E9E"/>
                  </w:tcBorders>
                  <w:shd w:val="clear" w:color="auto" w:fill="FFFFFF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0B4CA122" w14:textId="6ADDCFE9" w:rsidR="00A52002" w:rsidRDefault="00A52002" w:rsidP="00A52002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  <w:bookmarkStart w:id="0" w:name="_Hlk228031567"/>
                  <w:r>
                    <w:rPr>
                      <w:rFonts w:hint="eastAsia"/>
                      <w:noProof/>
                      <w:lang w:eastAsia="zh-CN"/>
                    </w:rPr>
                    <w:drawing>
                      <wp:anchor distT="0" distB="0" distL="114300" distR="114300" simplePos="0" relativeHeight="251686912" behindDoc="0" locked="0" layoutInCell="1" allowOverlap="1" wp14:anchorId="0AD5EB5B" wp14:editId="51D8150F">
                        <wp:simplePos x="0" y="0"/>
                        <wp:positionH relativeFrom="column">
                          <wp:posOffset>731520</wp:posOffset>
                        </wp:positionH>
                        <wp:positionV relativeFrom="paragraph">
                          <wp:posOffset>-15240</wp:posOffset>
                        </wp:positionV>
                        <wp:extent cx="1413510" cy="1638300"/>
                        <wp:effectExtent l="0" t="0" r="0" b="0"/>
                        <wp:wrapSquare wrapText="bothSides"/>
                        <wp:docPr id="28737048" name="图片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8737048" name="图片 28737048"/>
                                <pic:cNvPicPr/>
                              </pic:nvPicPr>
                              <pic:blipFill rotWithShape="1">
                                <a:blip r:embed="rId11"/>
                                <a:srcRect l="31006" r="41075" b="13404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13510" cy="163830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  <w:p w14:paraId="1815C4A8" w14:textId="520D7F69" w:rsidR="00CF3F56" w:rsidRDefault="00CF3F56" w:rsidP="00A52002">
                  <w:pPr>
                    <w:spacing w:after="0" w:line="240" w:lineRule="auto"/>
                    <w:rPr>
                      <w:lang w:eastAsia="zh-CN"/>
                    </w:rPr>
                  </w:pPr>
                </w:p>
              </w:tc>
            </w:tr>
            <w:tr w:rsidR="00CF3F56" w14:paraId="7C5E89A2" w14:textId="77777777" w:rsidTr="00AD45A0">
              <w:trPr>
                <w:trHeight w:hRule="exact" w:val="311"/>
              </w:trPr>
              <w:tc>
                <w:tcPr>
                  <w:tcW w:w="4382" w:type="dxa"/>
                  <w:tcBorders>
                    <w:top w:val="nil"/>
                    <w:left w:val="single" w:sz="6" w:space="0" w:color="9E9E9E"/>
                    <w:bottom w:val="single" w:sz="6" w:space="0" w:color="9E9E9E"/>
                    <w:right w:val="single" w:sz="6" w:space="0" w:color="9E9E9E"/>
                  </w:tcBorders>
                  <w:shd w:val="clear" w:color="auto" w:fill="2F3E4E"/>
                  <w:tcMar>
                    <w:top w:w="40" w:type="dxa"/>
                    <w:left w:w="140" w:type="dxa"/>
                    <w:bottom w:w="40" w:type="dxa"/>
                    <w:right w:w="90" w:type="dxa"/>
                  </w:tcMar>
                </w:tcPr>
                <w:p w14:paraId="4F7FFECB" w14:textId="1E621847" w:rsidR="00CF3F56" w:rsidRDefault="00CF3F56" w:rsidP="00CF3F56">
                  <w:pPr>
                    <w:spacing w:after="0"/>
                    <w:rPr>
                      <w:lang w:eastAsia="zh-CN"/>
                    </w:rPr>
                  </w:pPr>
                  <w:r>
                    <w:rPr>
                      <w:b/>
                      <w:color w:val="FFFFFF"/>
                    </w:rPr>
                    <w:t xml:space="preserve">DXL-WS </w:t>
                  </w:r>
                  <w:r w:rsidR="000B1106">
                    <w:rPr>
                      <w:rFonts w:hint="eastAsia"/>
                      <w:b/>
                      <w:color w:val="FFFFFF"/>
                      <w:lang w:eastAsia="zh-CN"/>
                    </w:rPr>
                    <w:t>PROFILE</w:t>
                  </w:r>
                </w:p>
              </w:tc>
            </w:tr>
          </w:tbl>
          <w:bookmarkEnd w:id="0"/>
          <w:p w14:paraId="073E66BE" w14:textId="77814A15" w:rsidR="00F0490C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4864" behindDoc="0" locked="0" layoutInCell="1" allowOverlap="1" wp14:anchorId="01D5ACA2" wp14:editId="6DF253E4">
                  <wp:simplePos x="0" y="0"/>
                  <wp:positionH relativeFrom="column">
                    <wp:posOffset>66307</wp:posOffset>
                  </wp:positionH>
                  <wp:positionV relativeFrom="paragraph">
                    <wp:posOffset>2028190</wp:posOffset>
                  </wp:positionV>
                  <wp:extent cx="285115" cy="259958"/>
                  <wp:effectExtent l="0" t="0" r="635" b="6985"/>
                  <wp:wrapNone/>
                  <wp:docPr id="159200575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2215" t="40255" r="42405" b="387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115" cy="2599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F3F56" w:rsidRPr="00CF3F56">
              <w:rPr>
                <w:rFonts w:asciiTheme="minorHAnsi" w:hAnsiTheme="minorHAnsi"/>
                <w:b/>
                <w:noProof/>
                <w:color w:val="0C3666"/>
                <w:sz w:val="20"/>
                <w:lang w:eastAsia="zh-CN"/>
              </w:rPr>
              <mc:AlternateContent>
                <mc:Choice Requires="wps">
                  <w:drawing>
                    <wp:anchor distT="45720" distB="45720" distL="114300" distR="114300" simplePos="0" relativeHeight="251677696" behindDoc="0" locked="0" layoutInCell="1" allowOverlap="1" wp14:anchorId="59319CF3" wp14:editId="10020E3A">
                      <wp:simplePos x="0" y="0"/>
                      <wp:positionH relativeFrom="margin">
                        <wp:posOffset>395605</wp:posOffset>
                      </wp:positionH>
                      <wp:positionV relativeFrom="margin">
                        <wp:posOffset>4862830</wp:posOffset>
                      </wp:positionV>
                      <wp:extent cx="2742565" cy="1261110"/>
                      <wp:effectExtent l="0" t="0" r="635" b="0"/>
                      <wp:wrapSquare wrapText="bothSides"/>
                      <wp:docPr id="217" name="文本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4256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9E8DFC6" w14:textId="1AD9CA1A" w:rsidR="00CF3F56" w:rsidRPr="001224E5" w:rsidRDefault="00CF3F56" w:rsidP="001224E5">
                                  <w:pPr>
                                    <w:spacing w:before="360" w:after="100" w:line="240" w:lineRule="auto"/>
                                    <w:rPr>
                                      <w:rFonts w:asciiTheme="minorHAnsi" w:hAnsiTheme="minorHAnsi"/>
                                      <w:sz w:val="24"/>
                                      <w:szCs w:val="24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b/>
                                      <w:color w:val="0C3666"/>
                                      <w:sz w:val="24"/>
                                      <w:szCs w:val="24"/>
                                      <w:lang w:eastAsia="zh-CN"/>
                                    </w:rPr>
                                    <w:t>8</w:t>
                                  </w:r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>. PACK</w:t>
                                  </w:r>
                                  <w:r w:rsidRPr="001224E5">
                                    <w:rPr>
                                      <w:rFonts w:asciiTheme="minorHAnsi" w:hAnsiTheme="minorHAnsi" w:hint="eastAsia"/>
                                      <w:b/>
                                      <w:color w:val="0C3666"/>
                                      <w:sz w:val="24"/>
                                      <w:szCs w:val="24"/>
                                      <w:lang w:eastAsia="zh-CN"/>
                                    </w:rPr>
                                    <w:t>AG</w:t>
                                  </w:r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 xml:space="preserve">ING </w:t>
                                  </w:r>
                                </w:p>
                                <w:p w14:paraId="65DD7463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 xml:space="preserve">Standard bundle packing </w:t>
                                  </w:r>
                                </w:p>
                                <w:p w14:paraId="7BC6E269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>category-name printed bag.</w:t>
                                  </w:r>
                                </w:p>
                                <w:p w14:paraId="17E8DE4B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>Easy for storage and identification</w:t>
                                  </w:r>
                                </w:p>
                                <w:p w14:paraId="38E5DCB2" w14:textId="32C3A77D" w:rsidR="00CF3F56" w:rsidRPr="001224E5" w:rsidRDefault="00CF3F56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319CF3" id="文本框 2" o:spid="_x0000_s1028" type="#_x0000_t202" style="position:absolute;margin-left:31.15pt;margin-top:382.9pt;width:215.95pt;height:99.3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" stroked="f">
                      <v:textbox>
                        <w:txbxContent>
                          <w:p w14:paraId="29E8DFC6" w14:textId="1AD9CA1A" w:rsidR="00CF3F56" w:rsidRPr="001224E5" w:rsidRDefault="00CF3F56" w:rsidP="001224E5">
                            <w:pPr>
                              <w:spacing w:before="360" w:after="100" w:line="240" w:lineRule="auto"/>
                              <w:rPr>
                                <w:rFonts w:asciiTheme="minorHAnsi" w:hAnsiTheme="minorHAnsi"/>
                                <w:sz w:val="24"/>
                                <w:szCs w:val="24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b/>
                                <w:color w:val="0C3666"/>
                                <w:sz w:val="24"/>
                                <w:szCs w:val="24"/>
                                <w:lang w:eastAsia="zh-CN"/>
                              </w:rPr>
                              <w:t>8</w:t>
                            </w:r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>. PACK</w:t>
                            </w:r>
                            <w:r w:rsidRPr="001224E5">
                              <w:rPr>
                                <w:rFonts w:asciiTheme="minorHAnsi" w:hAnsiTheme="minorHAnsi" w:hint="eastAsia"/>
                                <w:b/>
                                <w:color w:val="0C3666"/>
                                <w:sz w:val="24"/>
                                <w:szCs w:val="24"/>
                                <w:lang w:eastAsia="zh-CN"/>
                              </w:rPr>
                              <w:t>AG</w:t>
                            </w:r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 xml:space="preserve">ING </w:t>
                            </w:r>
                          </w:p>
                          <w:p w14:paraId="65DD7463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 xml:space="preserve">Standard bundle packing </w:t>
                            </w:r>
                          </w:p>
                          <w:p w14:paraId="7BC6E269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>category-name printed bag.</w:t>
                            </w:r>
                          </w:p>
                          <w:p w14:paraId="17E8DE4B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>Easy for storage and identification</w:t>
                            </w:r>
                          </w:p>
                          <w:p w14:paraId="38E5DCB2" w14:textId="32C3A77D" w:rsidR="00CF3F56" w:rsidRPr="001224E5" w:rsidRDefault="00CF3F56"/>
                        </w:txbxContent>
                      </v:textbox>
                      <w10:wrap type="square" anchorx="margin" anchory="margin"/>
                    </v:shape>
                  </w:pict>
                </mc:Fallback>
              </mc:AlternateContent>
            </w:r>
          </w:p>
        </w:tc>
      </w:tr>
    </w:tbl>
    <w:p w14:paraId="711F52FA" w14:textId="0EFCDFE4" w:rsidR="00A65E09" w:rsidRDefault="00A65E09">
      <w:pPr>
        <w:rPr>
          <w:lang w:eastAsia="zh-CN"/>
        </w:rPr>
      </w:pPr>
    </w:p>
    <w:p w14:paraId="475C968B" w14:textId="77777777" w:rsidR="00DA7129" w:rsidRDefault="00DA7129">
      <w:pPr>
        <w:rPr>
          <w:lang w:eastAsia="zh-CN"/>
        </w:rPr>
      </w:pPr>
    </w:p>
    <w:p w14:paraId="0F2E52B2" w14:textId="77777777" w:rsidR="00030468" w:rsidRDefault="00030468">
      <w:pPr>
        <w:rPr>
          <w:lang w:eastAsia="zh-CN"/>
        </w:rPr>
      </w:pPr>
    </w:p>
    <w:p w14:paraId="7EF6DE3A" w14:textId="77777777" w:rsidR="009F1F35" w:rsidRDefault="009F1F35">
      <w:pPr>
        <w:rPr>
          <w:lang w:eastAsia="zh-CN"/>
        </w:rPr>
      </w:pPr>
    </w:p>
    <w:p w14:paraId="3CA5B970" w14:textId="77777777" w:rsidR="009F1F35" w:rsidRDefault="009F1F35">
      <w:pPr>
        <w:rPr>
          <w:lang w:eastAsia="zh-CN"/>
        </w:rPr>
      </w:pPr>
    </w:p>
    <w:p w14:paraId="2500EAF2" w14:textId="7DE44861" w:rsidR="00A65E09" w:rsidRPr="00A65E09" w:rsidRDefault="00A65E09">
      <w:pPr>
        <w:rPr>
          <w:rFonts w:asciiTheme="minorHAnsi" w:hAnsiTheme="minorHAnsi"/>
          <w:sz w:val="24"/>
          <w:szCs w:val="24"/>
          <w:lang w:eastAsia="zh-CN"/>
        </w:rPr>
      </w:pPr>
      <w:r w:rsidRPr="00A65E09"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t>Specifi</w:t>
      </w:r>
      <w:r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t>c</w:t>
      </w:r>
      <w:r w:rsidRPr="00A65E09"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t>ation Table</w:t>
      </w:r>
    </w:p>
    <w:tbl>
      <w:tblPr>
        <w:tblStyle w:val="aff1"/>
        <w:tblW w:w="10980" w:type="dxa"/>
        <w:tblLook w:val="04A0" w:firstRow="1" w:lastRow="0" w:firstColumn="1" w:lastColumn="0" w:noHBand="0" w:noVBand="1"/>
      </w:tblPr>
      <w:tblGrid>
        <w:gridCol w:w="1619"/>
        <w:gridCol w:w="1399"/>
        <w:gridCol w:w="1579"/>
        <w:gridCol w:w="1234"/>
        <w:gridCol w:w="1716"/>
        <w:gridCol w:w="2060"/>
        <w:gridCol w:w="1373"/>
      </w:tblGrid>
      <w:tr w:rsidR="00C0116F" w14:paraId="5A60ACED" w14:textId="05110581" w:rsidTr="00C0116F">
        <w:trPr>
          <w:trHeight w:val="503"/>
        </w:trPr>
        <w:tc>
          <w:tcPr>
            <w:tcW w:w="1619" w:type="dxa"/>
            <w:vAlign w:val="center"/>
          </w:tcPr>
          <w:p w14:paraId="3AB3671D" w14:textId="337FC6B5" w:rsidR="00C0116F" w:rsidRDefault="00C0116F" w:rsidP="009F5935">
            <w:pPr>
              <w:spacing w:line="276" w:lineRule="auto"/>
              <w:rPr>
                <w:lang w:eastAsia="zh-CN"/>
              </w:rPr>
            </w:pPr>
            <w:r>
              <w:rPr>
                <w:lang w:eastAsia="zh-CN"/>
              </w:rPr>
              <w:t>M</w:t>
            </w:r>
            <w:r>
              <w:rPr>
                <w:rFonts w:hint="eastAsia"/>
                <w:lang w:eastAsia="zh-CN"/>
              </w:rPr>
              <w:t>odel</w:t>
            </w:r>
          </w:p>
        </w:tc>
        <w:tc>
          <w:tcPr>
            <w:tcW w:w="1399" w:type="dxa"/>
            <w:tcBorders>
              <w:bottom w:val="single" w:sz="4" w:space="0" w:color="auto"/>
            </w:tcBorders>
            <w:vAlign w:val="center"/>
          </w:tcPr>
          <w:p w14:paraId="64AF6372" w14:textId="71ADF997" w:rsidR="00C0116F" w:rsidRDefault="00C0116F" w:rsidP="009F5935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Vertical Leg</w:t>
            </w:r>
          </w:p>
        </w:tc>
        <w:tc>
          <w:tcPr>
            <w:tcW w:w="1579" w:type="dxa"/>
            <w:vAlign w:val="center"/>
          </w:tcPr>
          <w:p w14:paraId="0F8796EF" w14:textId="33386299" w:rsidR="00C0116F" w:rsidRDefault="00C0116F" w:rsidP="009F5935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Horizontal Leg</w:t>
            </w:r>
          </w:p>
        </w:tc>
        <w:tc>
          <w:tcPr>
            <w:tcW w:w="1234" w:type="dxa"/>
            <w:vAlign w:val="center"/>
          </w:tcPr>
          <w:p w14:paraId="5FB608AB" w14:textId="61264CD3" w:rsidR="00C0116F" w:rsidRDefault="00C0116F" w:rsidP="009F5935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Return Edge</w:t>
            </w:r>
          </w:p>
        </w:tc>
        <w:tc>
          <w:tcPr>
            <w:tcW w:w="1716" w:type="dxa"/>
            <w:vAlign w:val="center"/>
          </w:tcPr>
          <w:p w14:paraId="65776AA6" w14:textId="5658688A" w:rsidR="00C0116F" w:rsidRDefault="00C0116F" w:rsidP="009F5935">
            <w:pPr>
              <w:rPr>
                <w:lang w:eastAsia="zh-CN"/>
              </w:rPr>
            </w:pPr>
            <w:r>
              <w:rPr>
                <w:lang w:eastAsia="zh-CN"/>
              </w:rPr>
              <w:t>T</w:t>
            </w:r>
            <w:r>
              <w:rPr>
                <w:rFonts w:hint="eastAsia"/>
                <w:lang w:eastAsia="zh-CN"/>
              </w:rPr>
              <w:t>hickness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eastAsia="zh-CN"/>
              </w:rPr>
              <w:t>T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  <w:lang w:eastAsia="zh-CN"/>
              </w:rPr>
              <w:t>mm</w:t>
            </w:r>
          </w:p>
        </w:tc>
        <w:tc>
          <w:tcPr>
            <w:tcW w:w="2060" w:type="dxa"/>
            <w:vAlign w:val="center"/>
          </w:tcPr>
          <w:p w14:paraId="31435D0A" w14:textId="73B8B532" w:rsidR="00C0116F" w:rsidRDefault="00C0116F" w:rsidP="009F5935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Length (T) mm</w:t>
            </w:r>
          </w:p>
        </w:tc>
        <w:tc>
          <w:tcPr>
            <w:tcW w:w="1373" w:type="dxa"/>
            <w:vAlign w:val="center"/>
          </w:tcPr>
          <w:p w14:paraId="790CDA63" w14:textId="787D62DC" w:rsidR="00C0116F" w:rsidRDefault="00C0116F" w:rsidP="009F5935">
            <w:pPr>
              <w:rPr>
                <w:lang w:eastAsia="zh-CN"/>
              </w:rPr>
            </w:pPr>
            <w:r>
              <w:rPr>
                <w:lang w:eastAsia="zh-CN"/>
              </w:rPr>
              <w:t>Packing</w:t>
            </w:r>
          </w:p>
        </w:tc>
      </w:tr>
      <w:tr w:rsidR="00C0116F" w14:paraId="609D7D7B" w14:textId="7D22EE77" w:rsidTr="00C0116F">
        <w:trPr>
          <w:trHeight w:val="456"/>
        </w:trPr>
        <w:tc>
          <w:tcPr>
            <w:tcW w:w="1619" w:type="dxa"/>
            <w:vAlign w:val="center"/>
          </w:tcPr>
          <w:p w14:paraId="49D6D957" w14:textId="1C9E2496" w:rsidR="00C0116F" w:rsidRDefault="00C0116F" w:rsidP="00226FF4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DXL-FB-38</w:t>
            </w:r>
          </w:p>
        </w:tc>
        <w:tc>
          <w:tcPr>
            <w:tcW w:w="1399" w:type="dxa"/>
            <w:vAlign w:val="center"/>
          </w:tcPr>
          <w:p w14:paraId="512D0FE4" w14:textId="5B4A2BAD" w:rsidR="00C0116F" w:rsidRDefault="00C0116F" w:rsidP="00226FF4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50</w:t>
            </w:r>
          </w:p>
        </w:tc>
        <w:tc>
          <w:tcPr>
            <w:tcW w:w="1579" w:type="dxa"/>
            <w:vAlign w:val="center"/>
          </w:tcPr>
          <w:p w14:paraId="525CAD48" w14:textId="477A7A24" w:rsidR="00C0116F" w:rsidRDefault="00C0116F" w:rsidP="00226FF4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20</w:t>
            </w:r>
          </w:p>
        </w:tc>
        <w:tc>
          <w:tcPr>
            <w:tcW w:w="1234" w:type="dxa"/>
            <w:vAlign w:val="center"/>
          </w:tcPr>
          <w:p w14:paraId="4870725B" w14:textId="40AC9F4E" w:rsidR="00C0116F" w:rsidRDefault="00C0116F" w:rsidP="00226FF4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30</w:t>
            </w:r>
          </w:p>
        </w:tc>
        <w:tc>
          <w:tcPr>
            <w:tcW w:w="1716" w:type="dxa"/>
            <w:vAlign w:val="center"/>
          </w:tcPr>
          <w:p w14:paraId="1CDFE6AD" w14:textId="3AE67B7D" w:rsidR="00C0116F" w:rsidRDefault="00C0116F" w:rsidP="00226FF4">
            <w:pPr>
              <w:jc w:val="both"/>
              <w:rPr>
                <w:lang w:eastAsia="zh-CN"/>
              </w:rPr>
            </w:pPr>
            <w:r w:rsidRPr="00805ED3">
              <w:rPr>
                <w:rFonts w:asciiTheme="minorHAnsi" w:hAnsiTheme="minorHAnsi" w:hint="eastAsia"/>
                <w:szCs w:val="18"/>
                <w:lang w:eastAsia="zh-CN"/>
              </w:rPr>
              <w:t>0.35 - 0.50 mm</w:t>
            </w:r>
          </w:p>
        </w:tc>
        <w:tc>
          <w:tcPr>
            <w:tcW w:w="2060" w:type="dxa"/>
            <w:vAlign w:val="center"/>
          </w:tcPr>
          <w:p w14:paraId="54A1379D" w14:textId="565D5256" w:rsidR="00C0116F" w:rsidRDefault="00C0116F" w:rsidP="00226FF4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1373" w:type="dxa"/>
            <w:vAlign w:val="center"/>
          </w:tcPr>
          <w:p w14:paraId="402337A7" w14:textId="7C212794" w:rsidR="00C0116F" w:rsidRDefault="00C0116F" w:rsidP="00226FF4">
            <w:pPr>
              <w:rPr>
                <w:lang w:eastAsia="zh-CN"/>
              </w:rPr>
            </w:pPr>
            <w:r w:rsidRPr="00862E4B">
              <w:rPr>
                <w:sz w:val="16"/>
                <w:szCs w:val="16"/>
                <w:lang w:eastAsia="zh-CN"/>
              </w:rPr>
              <w:t>As per order confirmation</w:t>
            </w:r>
          </w:p>
        </w:tc>
      </w:tr>
      <w:tr w:rsidR="00C0116F" w14:paraId="499B4627" w14:textId="221AD537" w:rsidTr="00C0116F">
        <w:trPr>
          <w:trHeight w:val="503"/>
        </w:trPr>
        <w:tc>
          <w:tcPr>
            <w:tcW w:w="1619" w:type="dxa"/>
            <w:vAlign w:val="center"/>
          </w:tcPr>
          <w:p w14:paraId="14E3D45E" w14:textId="6DA24016" w:rsidR="00C0116F" w:rsidRDefault="00C0116F" w:rsidP="00226FF4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DXL-FB-50</w:t>
            </w:r>
          </w:p>
        </w:tc>
        <w:tc>
          <w:tcPr>
            <w:tcW w:w="1399" w:type="dxa"/>
            <w:vAlign w:val="center"/>
          </w:tcPr>
          <w:p w14:paraId="28E77A0B" w14:textId="39684037" w:rsidR="00C0116F" w:rsidRDefault="00C0116F" w:rsidP="00226FF4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40</w:t>
            </w:r>
          </w:p>
        </w:tc>
        <w:tc>
          <w:tcPr>
            <w:tcW w:w="1579" w:type="dxa"/>
            <w:vAlign w:val="center"/>
          </w:tcPr>
          <w:p w14:paraId="0356D738" w14:textId="6F743F64" w:rsidR="00C0116F" w:rsidRDefault="00C0116F" w:rsidP="00226FF4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20</w:t>
            </w:r>
          </w:p>
        </w:tc>
        <w:tc>
          <w:tcPr>
            <w:tcW w:w="1234" w:type="dxa"/>
            <w:vAlign w:val="center"/>
          </w:tcPr>
          <w:p w14:paraId="358B343E" w14:textId="59B0CF1F" w:rsidR="00C0116F" w:rsidRDefault="00C0116F" w:rsidP="00226FF4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30</w:t>
            </w:r>
          </w:p>
        </w:tc>
        <w:tc>
          <w:tcPr>
            <w:tcW w:w="1716" w:type="dxa"/>
            <w:vAlign w:val="center"/>
          </w:tcPr>
          <w:p w14:paraId="38601181" w14:textId="525EFDD4" w:rsidR="00C0116F" w:rsidRDefault="00C0116F" w:rsidP="00226FF4">
            <w:pPr>
              <w:jc w:val="both"/>
              <w:rPr>
                <w:lang w:eastAsia="zh-CN"/>
              </w:rPr>
            </w:pPr>
            <w:r w:rsidRPr="00805ED3">
              <w:rPr>
                <w:rFonts w:asciiTheme="minorHAnsi" w:hAnsiTheme="minorHAnsi" w:hint="eastAsia"/>
                <w:szCs w:val="18"/>
                <w:lang w:eastAsia="zh-CN"/>
              </w:rPr>
              <w:t>0.35 - 0.50 mm</w:t>
            </w:r>
          </w:p>
        </w:tc>
        <w:tc>
          <w:tcPr>
            <w:tcW w:w="2060" w:type="dxa"/>
            <w:vAlign w:val="center"/>
          </w:tcPr>
          <w:p w14:paraId="588C59AE" w14:textId="320A1F83" w:rsidR="00C0116F" w:rsidRDefault="00C0116F" w:rsidP="00226FF4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1373" w:type="dxa"/>
            <w:vAlign w:val="center"/>
          </w:tcPr>
          <w:p w14:paraId="7A7266C2" w14:textId="7504A7A8" w:rsidR="00C0116F" w:rsidRDefault="00C0116F" w:rsidP="00226FF4">
            <w:pPr>
              <w:rPr>
                <w:lang w:eastAsia="zh-CN"/>
              </w:rPr>
            </w:pPr>
            <w:r w:rsidRPr="00862E4B">
              <w:rPr>
                <w:sz w:val="16"/>
                <w:szCs w:val="16"/>
                <w:lang w:eastAsia="zh-CN"/>
              </w:rPr>
              <w:t>As per order confirmation</w:t>
            </w:r>
          </w:p>
        </w:tc>
      </w:tr>
      <w:tr w:rsidR="00C0116F" w14:paraId="44AA4A9A" w14:textId="11DD2122" w:rsidTr="00C0116F">
        <w:trPr>
          <w:trHeight w:val="456"/>
        </w:trPr>
        <w:tc>
          <w:tcPr>
            <w:tcW w:w="1619" w:type="dxa"/>
            <w:vAlign w:val="center"/>
          </w:tcPr>
          <w:p w14:paraId="64DF30A4" w14:textId="127FEB02" w:rsidR="00C0116F" w:rsidRDefault="00C0116F" w:rsidP="009F5935">
            <w:pPr>
              <w:rPr>
                <w:lang w:eastAsia="zh-CN"/>
              </w:rPr>
            </w:pPr>
          </w:p>
        </w:tc>
        <w:tc>
          <w:tcPr>
            <w:tcW w:w="1399" w:type="dxa"/>
            <w:vAlign w:val="center"/>
          </w:tcPr>
          <w:p w14:paraId="1BBA9758" w14:textId="5CF0A7BF" w:rsidR="00C0116F" w:rsidRDefault="00C0116F" w:rsidP="009F5935">
            <w:pPr>
              <w:rPr>
                <w:lang w:eastAsia="zh-CN"/>
              </w:rPr>
            </w:pPr>
          </w:p>
        </w:tc>
        <w:tc>
          <w:tcPr>
            <w:tcW w:w="1579" w:type="dxa"/>
            <w:vAlign w:val="center"/>
          </w:tcPr>
          <w:p w14:paraId="6159E1B0" w14:textId="412C561F" w:rsidR="00C0116F" w:rsidRDefault="00C0116F" w:rsidP="009F5935">
            <w:pPr>
              <w:rPr>
                <w:lang w:eastAsia="zh-CN"/>
              </w:rPr>
            </w:pPr>
          </w:p>
        </w:tc>
        <w:tc>
          <w:tcPr>
            <w:tcW w:w="1234" w:type="dxa"/>
            <w:vAlign w:val="center"/>
          </w:tcPr>
          <w:p w14:paraId="5033FC2C" w14:textId="10DE749D" w:rsidR="00C0116F" w:rsidRDefault="00C0116F" w:rsidP="009F5935">
            <w:pPr>
              <w:rPr>
                <w:lang w:eastAsia="zh-CN"/>
              </w:rPr>
            </w:pPr>
          </w:p>
        </w:tc>
        <w:tc>
          <w:tcPr>
            <w:tcW w:w="1716" w:type="dxa"/>
            <w:vAlign w:val="center"/>
          </w:tcPr>
          <w:p w14:paraId="755DF8A7" w14:textId="1ACDCCAB" w:rsidR="00C0116F" w:rsidRDefault="00C0116F" w:rsidP="009F5935">
            <w:pPr>
              <w:rPr>
                <w:lang w:eastAsia="zh-CN"/>
              </w:rPr>
            </w:pPr>
          </w:p>
        </w:tc>
        <w:tc>
          <w:tcPr>
            <w:tcW w:w="2060" w:type="dxa"/>
            <w:vAlign w:val="center"/>
          </w:tcPr>
          <w:p w14:paraId="31190240" w14:textId="5AA0EF13" w:rsidR="00C0116F" w:rsidRDefault="00C0116F" w:rsidP="009F5935">
            <w:pPr>
              <w:rPr>
                <w:lang w:eastAsia="zh-CN"/>
              </w:rPr>
            </w:pPr>
          </w:p>
        </w:tc>
        <w:tc>
          <w:tcPr>
            <w:tcW w:w="1373" w:type="dxa"/>
            <w:vAlign w:val="center"/>
          </w:tcPr>
          <w:p w14:paraId="6B4CC42E" w14:textId="128428BE" w:rsidR="00C0116F" w:rsidRDefault="00C0116F" w:rsidP="009F5935">
            <w:pPr>
              <w:rPr>
                <w:lang w:eastAsia="zh-CN"/>
              </w:rPr>
            </w:pPr>
          </w:p>
        </w:tc>
      </w:tr>
      <w:tr w:rsidR="00C0116F" w14:paraId="1751F208" w14:textId="7B0F06B4" w:rsidTr="00C0116F">
        <w:trPr>
          <w:trHeight w:val="456"/>
        </w:trPr>
        <w:tc>
          <w:tcPr>
            <w:tcW w:w="1619" w:type="dxa"/>
            <w:vAlign w:val="center"/>
          </w:tcPr>
          <w:p w14:paraId="30E4D4E2" w14:textId="7C1D603B" w:rsidR="00C0116F" w:rsidRDefault="00C0116F">
            <w:pPr>
              <w:rPr>
                <w:lang w:eastAsia="zh-CN"/>
              </w:rPr>
            </w:pPr>
          </w:p>
        </w:tc>
        <w:tc>
          <w:tcPr>
            <w:tcW w:w="1399" w:type="dxa"/>
            <w:vAlign w:val="center"/>
          </w:tcPr>
          <w:p w14:paraId="7D0D37BE" w14:textId="77777777" w:rsidR="00C0116F" w:rsidRDefault="00C0116F">
            <w:pPr>
              <w:rPr>
                <w:lang w:eastAsia="zh-CN"/>
              </w:rPr>
            </w:pPr>
          </w:p>
        </w:tc>
        <w:tc>
          <w:tcPr>
            <w:tcW w:w="1579" w:type="dxa"/>
            <w:vAlign w:val="center"/>
          </w:tcPr>
          <w:p w14:paraId="55C7B4BF" w14:textId="604CCACE" w:rsidR="00C0116F" w:rsidRDefault="00C0116F">
            <w:pPr>
              <w:rPr>
                <w:lang w:eastAsia="zh-CN"/>
              </w:rPr>
            </w:pPr>
          </w:p>
        </w:tc>
        <w:tc>
          <w:tcPr>
            <w:tcW w:w="1234" w:type="dxa"/>
            <w:vAlign w:val="center"/>
          </w:tcPr>
          <w:p w14:paraId="696DEAA3" w14:textId="488BDF73" w:rsidR="00C0116F" w:rsidRDefault="00C0116F">
            <w:pPr>
              <w:rPr>
                <w:lang w:eastAsia="zh-CN"/>
              </w:rPr>
            </w:pPr>
          </w:p>
        </w:tc>
        <w:tc>
          <w:tcPr>
            <w:tcW w:w="1716" w:type="dxa"/>
            <w:vAlign w:val="center"/>
          </w:tcPr>
          <w:p w14:paraId="38CF5498" w14:textId="54418B7F" w:rsidR="00C0116F" w:rsidRDefault="00C0116F">
            <w:pPr>
              <w:rPr>
                <w:lang w:eastAsia="zh-CN"/>
              </w:rPr>
            </w:pPr>
          </w:p>
        </w:tc>
        <w:tc>
          <w:tcPr>
            <w:tcW w:w="2060" w:type="dxa"/>
            <w:vAlign w:val="center"/>
          </w:tcPr>
          <w:p w14:paraId="04ED1BD8" w14:textId="5C607710" w:rsidR="00C0116F" w:rsidRDefault="00C0116F">
            <w:pPr>
              <w:rPr>
                <w:lang w:eastAsia="zh-CN"/>
              </w:rPr>
            </w:pPr>
          </w:p>
        </w:tc>
        <w:tc>
          <w:tcPr>
            <w:tcW w:w="1373" w:type="dxa"/>
          </w:tcPr>
          <w:p w14:paraId="0A811A1C" w14:textId="77777777" w:rsidR="00C0116F" w:rsidRDefault="00C0116F">
            <w:pPr>
              <w:rPr>
                <w:lang w:eastAsia="zh-CN"/>
              </w:rPr>
            </w:pPr>
          </w:p>
        </w:tc>
      </w:tr>
      <w:tr w:rsidR="00C0116F" w14:paraId="4DCEA2F7" w14:textId="15D35B3F" w:rsidTr="00C0116F">
        <w:trPr>
          <w:trHeight w:val="456"/>
        </w:trPr>
        <w:tc>
          <w:tcPr>
            <w:tcW w:w="1619" w:type="dxa"/>
            <w:vAlign w:val="center"/>
          </w:tcPr>
          <w:p w14:paraId="3DBED81A" w14:textId="00857E21" w:rsidR="00C0116F" w:rsidRDefault="00C0116F">
            <w:pPr>
              <w:rPr>
                <w:rFonts w:hint="eastAsia"/>
                <w:lang w:eastAsia="zh-CN"/>
              </w:rPr>
            </w:pPr>
          </w:p>
        </w:tc>
        <w:tc>
          <w:tcPr>
            <w:tcW w:w="1399" w:type="dxa"/>
            <w:vAlign w:val="center"/>
          </w:tcPr>
          <w:p w14:paraId="1C9BB56F" w14:textId="77777777" w:rsidR="00C0116F" w:rsidRDefault="00C0116F">
            <w:pPr>
              <w:rPr>
                <w:lang w:eastAsia="zh-CN"/>
              </w:rPr>
            </w:pPr>
          </w:p>
        </w:tc>
        <w:tc>
          <w:tcPr>
            <w:tcW w:w="1579" w:type="dxa"/>
            <w:vAlign w:val="center"/>
          </w:tcPr>
          <w:p w14:paraId="5D7523F4" w14:textId="7F207E56" w:rsidR="00C0116F" w:rsidRDefault="00C0116F">
            <w:pPr>
              <w:rPr>
                <w:lang w:eastAsia="zh-CN"/>
              </w:rPr>
            </w:pPr>
          </w:p>
        </w:tc>
        <w:tc>
          <w:tcPr>
            <w:tcW w:w="1234" w:type="dxa"/>
            <w:vAlign w:val="center"/>
          </w:tcPr>
          <w:p w14:paraId="71F11E8E" w14:textId="093D3933" w:rsidR="00C0116F" w:rsidRDefault="00C0116F">
            <w:pPr>
              <w:rPr>
                <w:lang w:eastAsia="zh-CN"/>
              </w:rPr>
            </w:pPr>
          </w:p>
        </w:tc>
        <w:tc>
          <w:tcPr>
            <w:tcW w:w="1716" w:type="dxa"/>
            <w:vAlign w:val="center"/>
          </w:tcPr>
          <w:p w14:paraId="4A2E2266" w14:textId="704533DF" w:rsidR="00C0116F" w:rsidRDefault="00C0116F">
            <w:pPr>
              <w:rPr>
                <w:lang w:eastAsia="zh-CN"/>
              </w:rPr>
            </w:pPr>
          </w:p>
        </w:tc>
        <w:tc>
          <w:tcPr>
            <w:tcW w:w="2060" w:type="dxa"/>
            <w:vAlign w:val="center"/>
          </w:tcPr>
          <w:p w14:paraId="66EA83C9" w14:textId="28A4A446" w:rsidR="00C0116F" w:rsidRDefault="00C0116F">
            <w:pPr>
              <w:rPr>
                <w:lang w:eastAsia="zh-CN"/>
              </w:rPr>
            </w:pPr>
          </w:p>
        </w:tc>
        <w:tc>
          <w:tcPr>
            <w:tcW w:w="1373" w:type="dxa"/>
          </w:tcPr>
          <w:p w14:paraId="686046C4" w14:textId="77777777" w:rsidR="00C0116F" w:rsidRDefault="00C0116F">
            <w:pPr>
              <w:rPr>
                <w:lang w:eastAsia="zh-CN"/>
              </w:rPr>
            </w:pPr>
          </w:p>
        </w:tc>
      </w:tr>
    </w:tbl>
    <w:p w14:paraId="43F41D3F" w14:textId="77777777" w:rsidR="008E2A84" w:rsidRDefault="008E2A84">
      <w:pPr>
        <w:rPr>
          <w:lang w:eastAsia="zh-CN"/>
        </w:rPr>
      </w:pPr>
    </w:p>
    <w:p w14:paraId="2ED52481" w14:textId="1BF14D7D" w:rsidR="00C522F0" w:rsidRPr="008A455D" w:rsidRDefault="00C522F0">
      <w:pPr>
        <w:rPr>
          <w:i/>
          <w:iCs/>
          <w:sz w:val="20"/>
          <w:szCs w:val="20"/>
          <w:lang w:eastAsia="zh-CN"/>
        </w:rPr>
      </w:pPr>
      <w:r w:rsidRPr="008A455D">
        <w:rPr>
          <w:rFonts w:hint="eastAsia"/>
          <w:i/>
          <w:iCs/>
          <w:sz w:val="20"/>
          <w:szCs w:val="20"/>
          <w:lang w:eastAsia="zh-CN"/>
        </w:rPr>
        <w:t>Notes</w:t>
      </w:r>
    </w:p>
    <w:p w14:paraId="2D2D33BF" w14:textId="3B6E046A" w:rsidR="00C522F0" w:rsidRPr="004D1C23" w:rsidRDefault="00C522F0" w:rsidP="004D1C23">
      <w:pPr>
        <w:pStyle w:val="ae"/>
        <w:numPr>
          <w:ilvl w:val="0"/>
          <w:numId w:val="10"/>
        </w:numPr>
        <w:rPr>
          <w:i/>
          <w:iCs/>
          <w:sz w:val="20"/>
          <w:szCs w:val="20"/>
          <w:lang w:eastAsia="zh-CN"/>
        </w:rPr>
      </w:pPr>
      <w:r w:rsidRPr="004D1C23">
        <w:rPr>
          <w:rFonts w:hint="eastAsia"/>
          <w:i/>
          <w:iCs/>
          <w:sz w:val="20"/>
          <w:szCs w:val="20"/>
          <w:lang w:eastAsia="zh-CN"/>
        </w:rPr>
        <w:t>Custom length available for all models</w:t>
      </w:r>
    </w:p>
    <w:p w14:paraId="32C39A93" w14:textId="48C96212" w:rsidR="00C522F0" w:rsidRDefault="00C522F0" w:rsidP="004D1C23">
      <w:pPr>
        <w:pStyle w:val="ae"/>
        <w:numPr>
          <w:ilvl w:val="0"/>
          <w:numId w:val="10"/>
        </w:numPr>
        <w:rPr>
          <w:i/>
          <w:iCs/>
          <w:sz w:val="20"/>
          <w:szCs w:val="20"/>
          <w:lang w:eastAsia="zh-CN"/>
        </w:rPr>
      </w:pPr>
      <w:r w:rsidRPr="004D1C23">
        <w:rPr>
          <w:rFonts w:hint="eastAsia"/>
          <w:i/>
          <w:iCs/>
          <w:sz w:val="20"/>
          <w:szCs w:val="20"/>
          <w:lang w:eastAsia="zh-CN"/>
        </w:rPr>
        <w:t>Special dimensions and thickness are available upon request</w:t>
      </w:r>
    </w:p>
    <w:p w14:paraId="69DC7EC7" w14:textId="1A9C172D" w:rsidR="005D7839" w:rsidRPr="00A37FCF" w:rsidRDefault="00A37FCF" w:rsidP="00A37FCF">
      <w:pPr>
        <w:pStyle w:val="ae"/>
        <w:numPr>
          <w:ilvl w:val="0"/>
          <w:numId w:val="10"/>
        </w:numPr>
        <w:rPr>
          <w:i/>
          <w:iCs/>
          <w:sz w:val="20"/>
          <w:szCs w:val="20"/>
          <w:lang w:eastAsia="zh-CN"/>
        </w:rPr>
      </w:pPr>
      <w:bookmarkStart w:id="1" w:name="_Hlk230632415"/>
      <w:r w:rsidRPr="00CA239F">
        <w:rPr>
          <w:i/>
          <w:iCs/>
          <w:sz w:val="20"/>
          <w:szCs w:val="20"/>
          <w:lang w:eastAsia="zh-CN"/>
        </w:rPr>
        <w:t>Theoretical weight is for reference only. Actual weight shall prevail</w:t>
      </w:r>
      <w:bookmarkEnd w:id="1"/>
    </w:p>
    <w:sectPr w:rsidR="005D7839" w:rsidRPr="00A37FCF" w:rsidSect="00083ADF">
      <w:footerReference w:type="default" r:id="rId12"/>
      <w:pgSz w:w="12240" w:h="15840"/>
      <w:pgMar w:top="568" w:right="567" w:bottom="567" w:left="5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D549C0" w14:textId="77777777" w:rsidR="00BA3C04" w:rsidRDefault="00BA3C04">
      <w:pPr>
        <w:spacing w:after="0" w:line="240" w:lineRule="auto"/>
      </w:pPr>
      <w:r>
        <w:separator/>
      </w:r>
    </w:p>
  </w:endnote>
  <w:endnote w:type="continuationSeparator" w:id="0">
    <w:p w14:paraId="3445635A" w14:textId="77777777" w:rsidR="00BA3C04" w:rsidRDefault="00BA3C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94169" w14:textId="3D1E9E0B" w:rsidR="00DA7129" w:rsidRDefault="00DA7129">
    <w:pPr>
      <w:pStyle w:val="a7"/>
    </w:pPr>
    <w:r>
      <w:rPr>
        <w:rFonts w:asciiTheme="minorHAnsi" w:hAnsiTheme="minorHAnsi"/>
        <w:noProof/>
        <w:sz w:val="72"/>
        <w:szCs w:val="72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C7AA559" wp14:editId="409F6D3F">
              <wp:simplePos x="0" y="0"/>
              <wp:positionH relativeFrom="column">
                <wp:posOffset>-396621</wp:posOffset>
              </wp:positionH>
              <wp:positionV relativeFrom="paragraph">
                <wp:posOffset>139294</wp:posOffset>
              </wp:positionV>
              <wp:extent cx="7895895" cy="585927"/>
              <wp:effectExtent l="57150" t="19050" r="48260" b="81280"/>
              <wp:wrapNone/>
              <wp:docPr id="1765985997" name="矩形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95895" cy="585927"/>
                      </a:xfrm>
                      <a:prstGeom prst="rect">
                        <a:avLst/>
                      </a:prstGeom>
                      <a:solidFill>
                        <a:srgbClr val="00458A"/>
                      </a:solidFill>
                      <a:ln>
                        <a:noFill/>
                      </a:ln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61B3D7D9" w14:textId="77777777" w:rsidR="00DA7129" w:rsidRPr="00582B61" w:rsidRDefault="00DA7129" w:rsidP="00DA7129">
                          <w:pPr>
                            <w:spacing w:after="0" w:line="240" w:lineRule="auto"/>
                            <w:jc w:val="center"/>
                            <w:rPr>
                              <w:szCs w:val="18"/>
                              <w:lang w:eastAsia="zh-CN"/>
                            </w:rPr>
                          </w:pP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 xml:space="preserve">For </w:t>
                          </w:r>
                          <w:r>
                            <w:rPr>
                              <w:rFonts w:hint="eastAsia"/>
                              <w:szCs w:val="18"/>
                              <w:lang w:eastAsia="zh-CN"/>
                            </w:rPr>
                            <w:t>S</w:t>
                          </w: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 xml:space="preserve">ales </w:t>
                          </w:r>
                          <w:r>
                            <w:rPr>
                              <w:rFonts w:hint="eastAsia"/>
                              <w:szCs w:val="18"/>
                              <w:lang w:eastAsia="zh-CN"/>
                            </w:rPr>
                            <w:t>I</w:t>
                          </w: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>nquiries, please contact our global support team via W</w:t>
                          </w:r>
                          <w:r w:rsidRPr="00582B61">
                            <w:rPr>
                              <w:szCs w:val="18"/>
                              <w:lang w:eastAsia="zh-CN"/>
                            </w:rPr>
                            <w:t>hatsApp</w:t>
                          </w: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>:</w:t>
                          </w: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>＋</w:t>
                          </w: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>78764422 or</w:t>
                          </w:r>
                          <w:r w:rsidRPr="00582B61">
                            <w:rPr>
                              <w:rFonts w:hint="eastAsia"/>
                              <w:color w:val="FFFFFF" w:themeColor="background1"/>
                              <w:szCs w:val="18"/>
                              <w:lang w:eastAsia="zh-CN"/>
                            </w:rPr>
                            <w:t xml:space="preserve"> </w:t>
                          </w:r>
                          <w:proofErr w:type="spellStart"/>
                          <w:r w:rsidRPr="00582B61">
                            <w:rPr>
                              <w:rFonts w:hint="eastAsia"/>
                              <w:color w:val="FFFFFF" w:themeColor="background1"/>
                              <w:szCs w:val="18"/>
                              <w:lang w:eastAsia="zh-CN"/>
                            </w:rPr>
                            <w:t>dxl</w:t>
                          </w:r>
                          <w:r>
                            <w:rPr>
                              <w:rFonts w:hint="eastAsia"/>
                              <w:color w:val="FFFFFF" w:themeColor="background1"/>
                              <w:szCs w:val="18"/>
                              <w:lang w:eastAsia="zh-CN"/>
                            </w:rPr>
                            <w:t>metal</w:t>
                          </w:r>
                          <w:r w:rsidRPr="00582B61">
                            <w:rPr>
                              <w:rFonts w:hint="eastAsia"/>
                              <w:color w:val="FFFFFF" w:themeColor="background1"/>
                              <w:szCs w:val="18"/>
                              <w:lang w:eastAsia="zh-CN"/>
                            </w:rPr>
                            <w:t>@gmail.co</w:t>
                          </w:r>
                          <w:r>
                            <w:rPr>
                              <w:rFonts w:hint="eastAsia"/>
                              <w:color w:val="FFFFFF" w:themeColor="background1"/>
                              <w:szCs w:val="18"/>
                              <w:lang w:eastAsia="zh-CN"/>
                            </w:rPr>
                            <w:t>m</w:t>
                          </w:r>
                          <w:proofErr w:type="spellEnd"/>
                        </w:p>
                        <w:p w14:paraId="4B6C8EE0" w14:textId="77777777" w:rsidR="00DA7129" w:rsidRPr="00582B61" w:rsidRDefault="00DA7129" w:rsidP="00DA7129">
                          <w:pPr>
                            <w:spacing w:line="240" w:lineRule="auto"/>
                            <w:jc w:val="center"/>
                            <w:rPr>
                              <w:i/>
                              <w:iCs/>
                              <w:szCs w:val="18"/>
                              <w:lang w:eastAsia="zh-CN"/>
                            </w:rPr>
                          </w:pPr>
                          <w:r w:rsidRPr="00582B61">
                            <w:rPr>
                              <w:rFonts w:hint="eastAsia"/>
                              <w:i/>
                              <w:iCs/>
                              <w:szCs w:val="18"/>
                              <w:lang w:eastAsia="zh-CN"/>
                            </w:rPr>
                            <w:t>DXL</w:t>
                          </w:r>
                          <w:r w:rsidRPr="00582B61">
                            <w:rPr>
                              <w:i/>
                              <w:iCs/>
                              <w:szCs w:val="18"/>
                              <w:lang w:eastAsia="zh-CN"/>
                            </w:rPr>
                            <w:t>—</w:t>
                          </w:r>
                          <w:r w:rsidRPr="00582B61">
                            <w:rPr>
                              <w:rFonts w:hint="eastAsia"/>
                              <w:i/>
                              <w:iCs/>
                              <w:szCs w:val="18"/>
                              <w:lang w:eastAsia="zh-CN"/>
                            </w:rPr>
                            <w:t>Reliable Quality</w:t>
                          </w:r>
                          <w:r w:rsidRPr="00582B61">
                            <w:rPr>
                              <w:rFonts w:hint="eastAsia"/>
                              <w:i/>
                              <w:iCs/>
                              <w:szCs w:val="18"/>
                              <w:lang w:eastAsia="zh-CN"/>
                            </w:rPr>
                            <w:t>，</w:t>
                          </w:r>
                          <w:r w:rsidRPr="00582B61">
                            <w:rPr>
                              <w:rFonts w:hint="eastAsia"/>
                              <w:i/>
                              <w:iCs/>
                              <w:szCs w:val="18"/>
                              <w:lang w:eastAsia="zh-CN"/>
                            </w:rPr>
                            <w:t>Global Trust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C7AA559" id="矩形 5" o:spid="_x0000_s1029" style="position:absolute;margin-left:-31.25pt;margin-top:10.95pt;width:621.7pt;height:46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" fillcolor="#00458a" stroked="f">
              <v:shadow on="t" color="black" opacity="22937f" origin=",.5" offset="0,.63889mm"/>
              <v:textbox>
                <w:txbxContent>
                  <w:p w14:paraId="61B3D7D9" w14:textId="77777777" w:rsidR="00DA7129" w:rsidRPr="00582B61" w:rsidRDefault="00DA7129" w:rsidP="00DA7129">
                    <w:pPr>
                      <w:spacing w:after="0" w:line="240" w:lineRule="auto"/>
                      <w:jc w:val="center"/>
                      <w:rPr>
                        <w:szCs w:val="18"/>
                        <w:lang w:eastAsia="zh-CN"/>
                      </w:rPr>
                    </w:pP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 xml:space="preserve">For </w:t>
                    </w:r>
                    <w:r>
                      <w:rPr>
                        <w:rFonts w:hint="eastAsia"/>
                        <w:szCs w:val="18"/>
                        <w:lang w:eastAsia="zh-CN"/>
                      </w:rPr>
                      <w:t>S</w:t>
                    </w: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 xml:space="preserve">ales </w:t>
                    </w:r>
                    <w:r>
                      <w:rPr>
                        <w:rFonts w:hint="eastAsia"/>
                        <w:szCs w:val="18"/>
                        <w:lang w:eastAsia="zh-CN"/>
                      </w:rPr>
                      <w:t>I</w:t>
                    </w: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>nquiries, please contact our global support team via W</w:t>
                    </w:r>
                    <w:r w:rsidRPr="00582B61">
                      <w:rPr>
                        <w:szCs w:val="18"/>
                        <w:lang w:eastAsia="zh-CN"/>
                      </w:rPr>
                      <w:t>hatsApp</w:t>
                    </w: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>:</w:t>
                    </w: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>＋</w:t>
                    </w: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>78764422 or</w:t>
                    </w:r>
                    <w:r w:rsidRPr="00582B61">
                      <w:rPr>
                        <w:rFonts w:hint="eastAsia"/>
                        <w:color w:val="FFFFFF" w:themeColor="background1"/>
                        <w:szCs w:val="18"/>
                        <w:lang w:eastAsia="zh-CN"/>
                      </w:rPr>
                      <w:t xml:space="preserve"> </w:t>
                    </w:r>
                    <w:proofErr w:type="spellStart"/>
                    <w:r w:rsidRPr="00582B61">
                      <w:rPr>
                        <w:rFonts w:hint="eastAsia"/>
                        <w:color w:val="FFFFFF" w:themeColor="background1"/>
                        <w:szCs w:val="18"/>
                        <w:lang w:eastAsia="zh-CN"/>
                      </w:rPr>
                      <w:t>dxl</w:t>
                    </w:r>
                    <w:r>
                      <w:rPr>
                        <w:rFonts w:hint="eastAsia"/>
                        <w:color w:val="FFFFFF" w:themeColor="background1"/>
                        <w:szCs w:val="18"/>
                        <w:lang w:eastAsia="zh-CN"/>
                      </w:rPr>
                      <w:t>metal</w:t>
                    </w:r>
                    <w:r w:rsidRPr="00582B61">
                      <w:rPr>
                        <w:rFonts w:hint="eastAsia"/>
                        <w:color w:val="FFFFFF" w:themeColor="background1"/>
                        <w:szCs w:val="18"/>
                        <w:lang w:eastAsia="zh-CN"/>
                      </w:rPr>
                      <w:t>@gmail.co</w:t>
                    </w:r>
                    <w:r>
                      <w:rPr>
                        <w:rFonts w:hint="eastAsia"/>
                        <w:color w:val="FFFFFF" w:themeColor="background1"/>
                        <w:szCs w:val="18"/>
                        <w:lang w:eastAsia="zh-CN"/>
                      </w:rPr>
                      <w:t>m</w:t>
                    </w:r>
                    <w:proofErr w:type="spellEnd"/>
                  </w:p>
                  <w:p w14:paraId="4B6C8EE0" w14:textId="77777777" w:rsidR="00DA7129" w:rsidRPr="00582B61" w:rsidRDefault="00DA7129" w:rsidP="00DA7129">
                    <w:pPr>
                      <w:spacing w:line="240" w:lineRule="auto"/>
                      <w:jc w:val="center"/>
                      <w:rPr>
                        <w:i/>
                        <w:iCs/>
                        <w:szCs w:val="18"/>
                        <w:lang w:eastAsia="zh-CN"/>
                      </w:rPr>
                    </w:pPr>
                    <w:r w:rsidRPr="00582B61">
                      <w:rPr>
                        <w:rFonts w:hint="eastAsia"/>
                        <w:i/>
                        <w:iCs/>
                        <w:szCs w:val="18"/>
                        <w:lang w:eastAsia="zh-CN"/>
                      </w:rPr>
                      <w:t>DXL</w:t>
                    </w:r>
                    <w:r w:rsidRPr="00582B61">
                      <w:rPr>
                        <w:i/>
                        <w:iCs/>
                        <w:szCs w:val="18"/>
                        <w:lang w:eastAsia="zh-CN"/>
                      </w:rPr>
                      <w:t>—</w:t>
                    </w:r>
                    <w:r w:rsidRPr="00582B61">
                      <w:rPr>
                        <w:rFonts w:hint="eastAsia"/>
                        <w:i/>
                        <w:iCs/>
                        <w:szCs w:val="18"/>
                        <w:lang w:eastAsia="zh-CN"/>
                      </w:rPr>
                      <w:t>Reliable Quality</w:t>
                    </w:r>
                    <w:r w:rsidRPr="00582B61">
                      <w:rPr>
                        <w:rFonts w:hint="eastAsia"/>
                        <w:i/>
                        <w:iCs/>
                        <w:szCs w:val="18"/>
                        <w:lang w:eastAsia="zh-CN"/>
                      </w:rPr>
                      <w:t>，</w:t>
                    </w:r>
                    <w:r w:rsidRPr="00582B61">
                      <w:rPr>
                        <w:rFonts w:hint="eastAsia"/>
                        <w:i/>
                        <w:iCs/>
                        <w:szCs w:val="18"/>
                        <w:lang w:eastAsia="zh-CN"/>
                      </w:rPr>
                      <w:t>Global Trust</w:t>
                    </w:r>
                  </w:p>
                </w:txbxContent>
              </v:textbox>
            </v:rect>
          </w:pict>
        </mc:Fallback>
      </mc:AlternateContent>
    </w:r>
  </w:p>
  <w:p w14:paraId="24878F5A" w14:textId="57218CAD" w:rsidR="00DA7129" w:rsidRDefault="00DA712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ADA075" w14:textId="77777777" w:rsidR="00BA3C04" w:rsidRDefault="00BA3C04">
      <w:pPr>
        <w:spacing w:after="0" w:line="240" w:lineRule="auto"/>
      </w:pPr>
      <w:r>
        <w:separator/>
      </w:r>
    </w:p>
  </w:footnote>
  <w:footnote w:type="continuationSeparator" w:id="0">
    <w:p w14:paraId="6344BA16" w14:textId="77777777" w:rsidR="00BA3C04" w:rsidRDefault="00BA3C0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E47195D"/>
    <w:multiLevelType w:val="hybridMultilevel"/>
    <w:tmpl w:val="8CBCA20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35CF1484"/>
    <w:multiLevelType w:val="hybridMultilevel"/>
    <w:tmpl w:val="648A8FF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1474709723">
    <w:abstractNumId w:val="8"/>
  </w:num>
  <w:num w:numId="2" w16cid:durableId="1656493464">
    <w:abstractNumId w:val="6"/>
  </w:num>
  <w:num w:numId="3" w16cid:durableId="628167944">
    <w:abstractNumId w:val="5"/>
  </w:num>
  <w:num w:numId="4" w16cid:durableId="326597779">
    <w:abstractNumId w:val="4"/>
  </w:num>
  <w:num w:numId="5" w16cid:durableId="1750498155">
    <w:abstractNumId w:val="7"/>
  </w:num>
  <w:num w:numId="6" w16cid:durableId="1820607127">
    <w:abstractNumId w:val="3"/>
  </w:num>
  <w:num w:numId="7" w16cid:durableId="1733041824">
    <w:abstractNumId w:val="2"/>
  </w:num>
  <w:num w:numId="8" w16cid:durableId="947084819">
    <w:abstractNumId w:val="1"/>
  </w:num>
  <w:num w:numId="9" w16cid:durableId="1168983087">
    <w:abstractNumId w:val="0"/>
  </w:num>
  <w:num w:numId="10" w16cid:durableId="1102610258">
    <w:abstractNumId w:val="10"/>
  </w:num>
  <w:num w:numId="11" w16cid:durableId="9609205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0468"/>
    <w:rsid w:val="00031E1F"/>
    <w:rsid w:val="00034616"/>
    <w:rsid w:val="00037161"/>
    <w:rsid w:val="00051D75"/>
    <w:rsid w:val="0006063C"/>
    <w:rsid w:val="00071919"/>
    <w:rsid w:val="00083ADF"/>
    <w:rsid w:val="000B1106"/>
    <w:rsid w:val="001224E5"/>
    <w:rsid w:val="00141136"/>
    <w:rsid w:val="00145CBE"/>
    <w:rsid w:val="0015074B"/>
    <w:rsid w:val="001679CF"/>
    <w:rsid w:val="00183B5F"/>
    <w:rsid w:val="001F16ED"/>
    <w:rsid w:val="001F4358"/>
    <w:rsid w:val="001F744A"/>
    <w:rsid w:val="00211066"/>
    <w:rsid w:val="00224B59"/>
    <w:rsid w:val="0022501A"/>
    <w:rsid w:val="00226FF4"/>
    <w:rsid w:val="00234D5E"/>
    <w:rsid w:val="00241ADC"/>
    <w:rsid w:val="00270E57"/>
    <w:rsid w:val="00281D1D"/>
    <w:rsid w:val="002859F4"/>
    <w:rsid w:val="0029639D"/>
    <w:rsid w:val="002A147B"/>
    <w:rsid w:val="002A3BAB"/>
    <w:rsid w:val="002C4EB7"/>
    <w:rsid w:val="002D4093"/>
    <w:rsid w:val="002E7210"/>
    <w:rsid w:val="00325DB7"/>
    <w:rsid w:val="00326F90"/>
    <w:rsid w:val="003426A4"/>
    <w:rsid w:val="00363B02"/>
    <w:rsid w:val="00377148"/>
    <w:rsid w:val="003808C7"/>
    <w:rsid w:val="0038731F"/>
    <w:rsid w:val="0039340F"/>
    <w:rsid w:val="003D2476"/>
    <w:rsid w:val="00423CB6"/>
    <w:rsid w:val="00487D8E"/>
    <w:rsid w:val="004A24CE"/>
    <w:rsid w:val="004B6852"/>
    <w:rsid w:val="004D1C23"/>
    <w:rsid w:val="004E1656"/>
    <w:rsid w:val="004F652B"/>
    <w:rsid w:val="004F6543"/>
    <w:rsid w:val="00516DF0"/>
    <w:rsid w:val="0052014E"/>
    <w:rsid w:val="005319ED"/>
    <w:rsid w:val="00532425"/>
    <w:rsid w:val="00553276"/>
    <w:rsid w:val="00576601"/>
    <w:rsid w:val="00582B61"/>
    <w:rsid w:val="005A214E"/>
    <w:rsid w:val="005B38EC"/>
    <w:rsid w:val="005D7839"/>
    <w:rsid w:val="00602F4D"/>
    <w:rsid w:val="0066440F"/>
    <w:rsid w:val="006770BB"/>
    <w:rsid w:val="006864AC"/>
    <w:rsid w:val="006F4391"/>
    <w:rsid w:val="00706F32"/>
    <w:rsid w:val="00745F59"/>
    <w:rsid w:val="0075208B"/>
    <w:rsid w:val="00761727"/>
    <w:rsid w:val="00776DFC"/>
    <w:rsid w:val="007A6891"/>
    <w:rsid w:val="007D72A8"/>
    <w:rsid w:val="008102AF"/>
    <w:rsid w:val="008112FF"/>
    <w:rsid w:val="008240C5"/>
    <w:rsid w:val="00833CE2"/>
    <w:rsid w:val="008371AD"/>
    <w:rsid w:val="008A455D"/>
    <w:rsid w:val="008A4DFC"/>
    <w:rsid w:val="008C0491"/>
    <w:rsid w:val="008E2A84"/>
    <w:rsid w:val="00916D09"/>
    <w:rsid w:val="00917064"/>
    <w:rsid w:val="009315A7"/>
    <w:rsid w:val="00954DCD"/>
    <w:rsid w:val="00955C7B"/>
    <w:rsid w:val="00984677"/>
    <w:rsid w:val="009A1D75"/>
    <w:rsid w:val="009A5DCA"/>
    <w:rsid w:val="009E675F"/>
    <w:rsid w:val="009F07E2"/>
    <w:rsid w:val="009F1F35"/>
    <w:rsid w:val="009F5935"/>
    <w:rsid w:val="00A0784F"/>
    <w:rsid w:val="00A15AB3"/>
    <w:rsid w:val="00A23C60"/>
    <w:rsid w:val="00A37FCF"/>
    <w:rsid w:val="00A52002"/>
    <w:rsid w:val="00A65E09"/>
    <w:rsid w:val="00A670F0"/>
    <w:rsid w:val="00A859A9"/>
    <w:rsid w:val="00A87442"/>
    <w:rsid w:val="00AA1D8D"/>
    <w:rsid w:val="00AD45A0"/>
    <w:rsid w:val="00B06864"/>
    <w:rsid w:val="00B172B3"/>
    <w:rsid w:val="00B47730"/>
    <w:rsid w:val="00B511CC"/>
    <w:rsid w:val="00B801FB"/>
    <w:rsid w:val="00BA3C04"/>
    <w:rsid w:val="00BC695E"/>
    <w:rsid w:val="00C0116F"/>
    <w:rsid w:val="00C01C32"/>
    <w:rsid w:val="00C121B0"/>
    <w:rsid w:val="00C428A4"/>
    <w:rsid w:val="00C522F0"/>
    <w:rsid w:val="00C52897"/>
    <w:rsid w:val="00C8373A"/>
    <w:rsid w:val="00CB0664"/>
    <w:rsid w:val="00CB3FD8"/>
    <w:rsid w:val="00CC647D"/>
    <w:rsid w:val="00CF3F56"/>
    <w:rsid w:val="00D26336"/>
    <w:rsid w:val="00D318DF"/>
    <w:rsid w:val="00D540EF"/>
    <w:rsid w:val="00D951F9"/>
    <w:rsid w:val="00D96E04"/>
    <w:rsid w:val="00DA7129"/>
    <w:rsid w:val="00DF4D09"/>
    <w:rsid w:val="00E21DEA"/>
    <w:rsid w:val="00E3655F"/>
    <w:rsid w:val="00E41EDF"/>
    <w:rsid w:val="00E423EB"/>
    <w:rsid w:val="00E518F2"/>
    <w:rsid w:val="00E66A93"/>
    <w:rsid w:val="00E826F8"/>
    <w:rsid w:val="00EC1C6D"/>
    <w:rsid w:val="00F0490C"/>
    <w:rsid w:val="00F10275"/>
    <w:rsid w:val="00F260DF"/>
    <w:rsid w:val="00F349AF"/>
    <w:rsid w:val="00F354C9"/>
    <w:rsid w:val="00F429C0"/>
    <w:rsid w:val="00FB6801"/>
    <w:rsid w:val="00FC693F"/>
    <w:rsid w:val="00FD6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BB437D9"/>
  <w14:defaultImageDpi w14:val="300"/>
  <w15:docId w15:val="{BA683D19-31DF-444A-BC2C-ABA080CBB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  <w:rPr>
      <w:rFonts w:ascii="Arial" w:eastAsia="微软雅黑" w:hAnsi="Arial"/>
      <w:sz w:val="18"/>
    </w:rPr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页眉 字符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页脚 字符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标题 1 字符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标题 2 字符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标题 3 字符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标题 字符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副标题 字符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正文文本 字符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正文文本 2 字符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正文文本 3 字符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宏文本 字符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引用 字符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标题 4 字符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标题 5 字符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标题 6 字符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标题 7 字符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标题 8 字符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标题 9 字符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afa">
    <w:name w:val="Intense Quote"/>
    <w:basedOn w:val="a1"/>
    <w:next w:val="a1"/>
    <w:link w:val="afb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明显引用 字符"/>
    <w:basedOn w:val="a2"/>
    <w:link w:val="afa"/>
    <w:uiPriority w:val="30"/>
    <w:rsid w:val="00FC693F"/>
    <w:rPr>
      <w:b/>
      <w:bCs/>
      <w:i/>
      <w:iCs/>
      <w:color w:val="4F81BD" w:themeColor="accent1"/>
    </w:rPr>
  </w:style>
  <w:style w:type="character" w:styleId="afc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d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e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f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0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TOC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1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2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3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4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7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8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9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5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6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7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8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aff9">
    <w:name w:val="Hyperlink"/>
    <w:basedOn w:val="a2"/>
    <w:uiPriority w:val="99"/>
    <w:unhideWhenUsed/>
    <w:rsid w:val="00582B61"/>
    <w:rPr>
      <w:color w:val="0000FF" w:themeColor="hyperlink"/>
      <w:u w:val="single"/>
    </w:rPr>
  </w:style>
  <w:style w:type="character" w:styleId="affa">
    <w:name w:val="Unresolved Mention"/>
    <w:basedOn w:val="a2"/>
    <w:uiPriority w:val="99"/>
    <w:semiHidden/>
    <w:unhideWhenUsed/>
    <w:rsid w:val="00582B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0" Type="http://schemas.openxmlformats.org/officeDocument/2006/relationships/image" Target="media/image3.jp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1177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宁 张</cp:lastModifiedBy>
  <cp:revision>3</cp:revision>
  <cp:lastPrinted>2026-04-25T13:16:00Z</cp:lastPrinted>
  <dcterms:created xsi:type="dcterms:W3CDTF">2026-06-08T07:07:00Z</dcterms:created>
  <dcterms:modified xsi:type="dcterms:W3CDTF">2026-06-08T07:07:00Z</dcterms:modified>
  <cp:category/>
</cp:coreProperties>
</file>