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3.jp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3084374A" w:rsidR="00F0490C" w:rsidRPr="004D1C23" w:rsidRDefault="004D1C23" w:rsidP="002E7210">
      <w:pPr>
        <w:spacing w:after="120" w:line="240" w:lineRule="auto"/>
        <w:rPr>
          <w:rFonts w:asciiTheme="minorHAnsi" w:hAnsiTheme="minorHAnsi"/>
          <w:sz w:val="72"/>
          <w:szCs w:val="72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2BEAAB5">
                <wp:simplePos x="0" y="0"/>
                <wp:positionH relativeFrom="column">
                  <wp:posOffset>7620</wp:posOffset>
                </wp:positionH>
                <wp:positionV relativeFrom="paragraph">
                  <wp:posOffset>481995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A3CE3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7.95pt" to="563.1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EFuVMT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4F652B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F-BEAD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5F74D49C" w:rsidR="00F0490C" w:rsidRPr="001224E5" w:rsidRDefault="00000000" w:rsidP="00E518F2">
            <w:pPr>
              <w:spacing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954DCD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FB SERIES</w:t>
            </w:r>
          </w:p>
          <w:p w14:paraId="39A5708E" w14:textId="6A7A6180" w:rsidR="00954DCD" w:rsidRPr="00954DCD" w:rsidRDefault="001F16ED" w:rsidP="00954DCD">
            <w:pPr>
              <w:tabs>
                <w:tab w:val="left" w:pos="3006"/>
              </w:tabs>
              <w:spacing w:after="0"/>
              <w:ind w:leftChars="100" w:left="180" w:firstLineChars="100" w:firstLine="240"/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0DF4B06F">
                  <wp:simplePos x="0" y="0"/>
                  <wp:positionH relativeFrom="column">
                    <wp:posOffset>-186055</wp:posOffset>
                  </wp:positionH>
                  <wp:positionV relativeFrom="paragraph">
                    <wp:posOffset>547370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4DCD" w:rsidRPr="00954DCD">
              <w:rPr>
                <w:rFonts w:asciiTheme="minorHAnsi" w:hAnsiTheme="minorHAnsi"/>
                <w:sz w:val="16"/>
              </w:rPr>
              <w:t>DXL F-Beads are galvanized steel trim profiles used for drywall edge finishing and board termination details.</w:t>
            </w:r>
          </w:p>
          <w:p w14:paraId="7E11427B" w14:textId="1ADBD51A" w:rsidR="00F0490C" w:rsidRPr="008E2A84" w:rsidRDefault="00954DCD" w:rsidP="00954DCD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954DCD">
              <w:rPr>
                <w:rFonts w:asciiTheme="minorHAnsi" w:hAnsiTheme="minorHAnsi" w:hint="eastAsia"/>
                <w:sz w:val="16"/>
                <w:lang w:eastAsia="zh-CN"/>
              </w:rPr>
              <w:t>DXL F</w:t>
            </w:r>
            <w:r w:rsidRPr="00954DCD">
              <w:rPr>
                <w:rFonts w:asciiTheme="minorHAnsi" w:hAnsiTheme="minorHAnsi" w:hint="eastAsia"/>
                <w:sz w:val="16"/>
                <w:lang w:eastAsia="zh-CN"/>
              </w:rPr>
              <w:t>型收边</w:t>
            </w:r>
            <w:proofErr w:type="gramStart"/>
            <w:r w:rsidRPr="00954DCD">
              <w:rPr>
                <w:rFonts w:asciiTheme="minorHAnsi" w:hAnsiTheme="minorHAnsi" w:hint="eastAsia"/>
                <w:sz w:val="16"/>
                <w:lang w:eastAsia="zh-CN"/>
              </w:rPr>
              <w:t>条采用</w:t>
            </w:r>
            <w:proofErr w:type="gramEnd"/>
            <w:r w:rsidRPr="00954DCD">
              <w:rPr>
                <w:rFonts w:asciiTheme="minorHAnsi" w:hAnsiTheme="minorHAnsi" w:hint="eastAsia"/>
                <w:sz w:val="16"/>
                <w:lang w:eastAsia="zh-CN"/>
              </w:rPr>
              <w:t>镀锌钢板成型，用于石膏板边缘收口及端部处理。</w:t>
            </w:r>
            <w:r w:rsidR="001F16ED" w:rsidRPr="008E2A84">
              <w:rPr>
                <w:rFonts w:asciiTheme="minorHAnsi" w:hAnsiTheme="minorHAnsi"/>
                <w:sz w:val="16"/>
                <w:lang w:eastAsia="zh-CN"/>
              </w:rPr>
              <w:t>成型，用于非承重隔墙系统。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31697C19" w:rsidR="00F0490C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F-Bead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46B7B660" w:rsidR="00A859A9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954DC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FB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0BE8E23E" w:rsidR="00F0490C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51D5A84E" w:rsidR="00F0490C" w:rsidRPr="008E2A84" w:rsidRDefault="00954DC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954DCD">
                    <w:rPr>
                      <w:rFonts w:asciiTheme="minorHAnsi" w:hAnsiTheme="minorHAnsi"/>
                      <w:szCs w:val="18"/>
                    </w:rPr>
                    <w:t>Drywall edge trim and finishing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71315B4C" w:rsidR="00F0490C" w:rsidRPr="008E2A84" w:rsidRDefault="00954DCD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</w:tcPr>
                <w:p w14:paraId="03F016CB" w14:textId="378B6DEC" w:rsidR="00F0490C" w:rsidRPr="008E2A84" w:rsidRDefault="00954DC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1EBE6D56" w:rsidR="00F0490C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0.35 0.4 0.45 0.5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04F5F83B" w:rsidR="00F0490C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849C39C" w:rsidR="005D7839" w:rsidRDefault="004F652B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7936" behindDoc="0" locked="0" layoutInCell="1" allowOverlap="1" wp14:anchorId="40E23879" wp14:editId="4C62934A">
                        <wp:simplePos x="0" y="0"/>
                        <wp:positionH relativeFrom="column">
                          <wp:posOffset>121285</wp:posOffset>
                        </wp:positionH>
                        <wp:positionV relativeFrom="paragraph">
                          <wp:posOffset>-1899920</wp:posOffset>
                        </wp:positionV>
                        <wp:extent cx="2455545" cy="1791970"/>
                        <wp:effectExtent l="0" t="0" r="1905" b="0"/>
                        <wp:wrapTopAndBottom/>
                        <wp:docPr id="1829823840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29823840" name="图片 182982384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55545" cy="17919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53CF203F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6958C321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4710D09E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0B4CA122" w14:textId="6ADDCFE9" w:rsidR="00A52002" w:rsidRDefault="00A52002" w:rsidP="00A52002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1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0AD5EB5B" wp14:editId="51D8150F">
                        <wp:simplePos x="0" y="0"/>
                        <wp:positionH relativeFrom="column">
                          <wp:posOffset>731520</wp:posOffset>
                        </wp:positionH>
                        <wp:positionV relativeFrom="paragraph">
                          <wp:posOffset>-15240</wp:posOffset>
                        </wp:positionV>
                        <wp:extent cx="1413510" cy="1638300"/>
                        <wp:effectExtent l="0" t="0" r="0" b="0"/>
                        <wp:wrapSquare wrapText="bothSides"/>
                        <wp:docPr id="28737048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737048" name="图片 28737048"/>
                                <pic:cNvPicPr/>
                              </pic:nvPicPr>
                              <pic:blipFill rotWithShape="1">
                                <a:blip r:embed="rId11"/>
                                <a:srcRect l="31006" r="41075" b="1340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3510" cy="16383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1815C4A8" w14:textId="520D7F69" w:rsidR="00CF3F56" w:rsidRDefault="00CF3F56" w:rsidP="00A52002">
                  <w:pPr>
                    <w:spacing w:after="0" w:line="240" w:lineRule="auto"/>
                    <w:rPr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77814A15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1096" w:type="dxa"/>
        <w:tblLook w:val="04A0" w:firstRow="1" w:lastRow="0" w:firstColumn="1" w:lastColumn="0" w:noHBand="0" w:noVBand="1"/>
      </w:tblPr>
      <w:tblGrid>
        <w:gridCol w:w="1927"/>
        <w:gridCol w:w="1472"/>
        <w:gridCol w:w="1561"/>
        <w:gridCol w:w="1643"/>
        <w:gridCol w:w="1919"/>
        <w:gridCol w:w="2574"/>
      </w:tblGrid>
      <w:tr w:rsidR="00576601" w14:paraId="5A60ACED" w14:textId="77777777" w:rsidTr="00576601">
        <w:trPr>
          <w:trHeight w:val="498"/>
        </w:trPr>
        <w:tc>
          <w:tcPr>
            <w:tcW w:w="1927" w:type="dxa"/>
            <w:vAlign w:val="center"/>
          </w:tcPr>
          <w:p w14:paraId="3AB3671D" w14:textId="337FC6B5" w:rsidR="00576601" w:rsidRDefault="00576601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lastRenderedPageBreak/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64AF6372" w14:textId="71ADF997" w:rsidR="00576601" w:rsidRDefault="00576601" w:rsidP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Vertical Leg</w:t>
            </w:r>
          </w:p>
        </w:tc>
        <w:tc>
          <w:tcPr>
            <w:tcW w:w="1561" w:type="dxa"/>
            <w:vAlign w:val="center"/>
          </w:tcPr>
          <w:p w14:paraId="0F8796EF" w14:textId="33386299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Horizontal Leg</w:t>
            </w:r>
          </w:p>
        </w:tc>
        <w:tc>
          <w:tcPr>
            <w:tcW w:w="1643" w:type="dxa"/>
            <w:vAlign w:val="center"/>
          </w:tcPr>
          <w:p w14:paraId="5FB608AB" w14:textId="61264CD3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Return Edge</w:t>
            </w:r>
          </w:p>
        </w:tc>
        <w:tc>
          <w:tcPr>
            <w:tcW w:w="1919" w:type="dxa"/>
            <w:vAlign w:val="center"/>
          </w:tcPr>
          <w:p w14:paraId="65776AA6" w14:textId="5658688A" w:rsidR="00576601" w:rsidRDefault="00576601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574" w:type="dxa"/>
            <w:vAlign w:val="center"/>
          </w:tcPr>
          <w:p w14:paraId="31435D0A" w14:textId="73B8B532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576601" w14:paraId="609D7D7B" w14:textId="77777777" w:rsidTr="00576601">
        <w:trPr>
          <w:trHeight w:val="452"/>
        </w:trPr>
        <w:tc>
          <w:tcPr>
            <w:tcW w:w="1927" w:type="dxa"/>
            <w:vAlign w:val="center"/>
          </w:tcPr>
          <w:p w14:paraId="49D6D957" w14:textId="1C9E2496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3808C7">
              <w:rPr>
                <w:rFonts w:hint="eastAsia"/>
                <w:lang w:eastAsia="zh-CN"/>
              </w:rPr>
              <w:t>FB-38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512D0FE4" w14:textId="6BB9B75E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38</w:t>
            </w:r>
          </w:p>
        </w:tc>
        <w:tc>
          <w:tcPr>
            <w:tcW w:w="1561" w:type="dxa"/>
            <w:vAlign w:val="center"/>
          </w:tcPr>
          <w:p w14:paraId="525CAD48" w14:textId="31A58C84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1643" w:type="dxa"/>
            <w:vAlign w:val="center"/>
          </w:tcPr>
          <w:p w14:paraId="4870725B" w14:textId="7185717B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</w:t>
            </w:r>
          </w:p>
        </w:tc>
        <w:tc>
          <w:tcPr>
            <w:tcW w:w="1919" w:type="dxa"/>
            <w:vAlign w:val="center"/>
          </w:tcPr>
          <w:p w14:paraId="1CDFE6AD" w14:textId="604BD17B" w:rsidR="00576601" w:rsidRDefault="003808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574" w:type="dxa"/>
            <w:vAlign w:val="center"/>
          </w:tcPr>
          <w:p w14:paraId="54A1379D" w14:textId="565D5256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76601" w14:paraId="499B4627" w14:textId="77777777" w:rsidTr="00576601">
        <w:trPr>
          <w:trHeight w:val="498"/>
        </w:trPr>
        <w:tc>
          <w:tcPr>
            <w:tcW w:w="1927" w:type="dxa"/>
            <w:vAlign w:val="center"/>
          </w:tcPr>
          <w:p w14:paraId="14E3D45E" w14:textId="6DA24016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3808C7">
              <w:rPr>
                <w:rFonts w:hint="eastAsia"/>
                <w:lang w:eastAsia="zh-CN"/>
              </w:rPr>
              <w:t>FB-50</w:t>
            </w:r>
          </w:p>
        </w:tc>
        <w:tc>
          <w:tcPr>
            <w:tcW w:w="1472" w:type="dxa"/>
            <w:vAlign w:val="center"/>
          </w:tcPr>
          <w:p w14:paraId="28E77A0B" w14:textId="13BEF50C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561" w:type="dxa"/>
            <w:vAlign w:val="center"/>
          </w:tcPr>
          <w:p w14:paraId="0356D738" w14:textId="5E427618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643" w:type="dxa"/>
            <w:vAlign w:val="center"/>
          </w:tcPr>
          <w:p w14:paraId="358B343E" w14:textId="7DE434A9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1919" w:type="dxa"/>
            <w:vAlign w:val="center"/>
          </w:tcPr>
          <w:p w14:paraId="38601181" w14:textId="3EBCC0F8" w:rsidR="00576601" w:rsidRDefault="003808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574" w:type="dxa"/>
            <w:vAlign w:val="center"/>
          </w:tcPr>
          <w:p w14:paraId="588C59AE" w14:textId="320A1F83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76601" w14:paraId="44AA4A9A" w14:textId="77777777" w:rsidTr="00576601">
        <w:trPr>
          <w:trHeight w:val="452"/>
        </w:trPr>
        <w:tc>
          <w:tcPr>
            <w:tcW w:w="1927" w:type="dxa"/>
            <w:vAlign w:val="center"/>
          </w:tcPr>
          <w:p w14:paraId="64DF30A4" w14:textId="33F0D0E2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3808C7">
              <w:rPr>
                <w:rFonts w:hint="eastAsia"/>
                <w:lang w:eastAsia="zh-CN"/>
              </w:rPr>
              <w:t>FB-90</w:t>
            </w:r>
          </w:p>
        </w:tc>
        <w:tc>
          <w:tcPr>
            <w:tcW w:w="1472" w:type="dxa"/>
            <w:vAlign w:val="center"/>
          </w:tcPr>
          <w:p w14:paraId="1BBA9758" w14:textId="6B45052B" w:rsidR="00576601" w:rsidRDefault="003808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90</w:t>
            </w:r>
          </w:p>
        </w:tc>
        <w:tc>
          <w:tcPr>
            <w:tcW w:w="1561" w:type="dxa"/>
            <w:vAlign w:val="center"/>
          </w:tcPr>
          <w:p w14:paraId="6159E1B0" w14:textId="38BCDA40" w:rsidR="00576601" w:rsidRDefault="003808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643" w:type="dxa"/>
            <w:vAlign w:val="center"/>
          </w:tcPr>
          <w:p w14:paraId="5033FC2C" w14:textId="65BAE096" w:rsidR="00576601" w:rsidRDefault="003808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919" w:type="dxa"/>
            <w:vAlign w:val="center"/>
          </w:tcPr>
          <w:p w14:paraId="755DF8A7" w14:textId="6A43C2F5" w:rsidR="00576601" w:rsidRDefault="003808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574" w:type="dxa"/>
            <w:vAlign w:val="center"/>
          </w:tcPr>
          <w:p w14:paraId="31190240" w14:textId="4967B477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76601" w14:paraId="1751F208" w14:textId="77777777" w:rsidTr="00576601">
        <w:trPr>
          <w:trHeight w:val="452"/>
        </w:trPr>
        <w:tc>
          <w:tcPr>
            <w:tcW w:w="1927" w:type="dxa"/>
            <w:vAlign w:val="center"/>
          </w:tcPr>
          <w:p w14:paraId="30E4D4E2" w14:textId="542C488A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472" w:type="dxa"/>
            <w:vAlign w:val="center"/>
          </w:tcPr>
          <w:p w14:paraId="7D0D37BE" w14:textId="77777777" w:rsidR="00576601" w:rsidRDefault="00576601">
            <w:pPr>
              <w:rPr>
                <w:lang w:eastAsia="zh-CN"/>
              </w:rPr>
            </w:pPr>
          </w:p>
        </w:tc>
        <w:tc>
          <w:tcPr>
            <w:tcW w:w="1561" w:type="dxa"/>
            <w:vAlign w:val="center"/>
          </w:tcPr>
          <w:p w14:paraId="55C7B4BF" w14:textId="604CCACE" w:rsidR="00576601" w:rsidRDefault="00576601">
            <w:pPr>
              <w:rPr>
                <w:lang w:eastAsia="zh-CN"/>
              </w:rPr>
            </w:pPr>
          </w:p>
        </w:tc>
        <w:tc>
          <w:tcPr>
            <w:tcW w:w="1643" w:type="dxa"/>
            <w:vAlign w:val="center"/>
          </w:tcPr>
          <w:p w14:paraId="696DEAA3" w14:textId="488BDF73" w:rsidR="00576601" w:rsidRDefault="00576601">
            <w:pPr>
              <w:rPr>
                <w:lang w:eastAsia="zh-CN"/>
              </w:rPr>
            </w:pPr>
          </w:p>
        </w:tc>
        <w:tc>
          <w:tcPr>
            <w:tcW w:w="1919" w:type="dxa"/>
            <w:vAlign w:val="center"/>
          </w:tcPr>
          <w:p w14:paraId="38CF5498" w14:textId="54418B7F" w:rsidR="00576601" w:rsidRDefault="00576601">
            <w:pPr>
              <w:rPr>
                <w:lang w:eastAsia="zh-CN"/>
              </w:rPr>
            </w:pPr>
          </w:p>
        </w:tc>
        <w:tc>
          <w:tcPr>
            <w:tcW w:w="2574" w:type="dxa"/>
            <w:vAlign w:val="center"/>
          </w:tcPr>
          <w:p w14:paraId="04ED1BD8" w14:textId="5C607710" w:rsidR="00576601" w:rsidRDefault="00576601">
            <w:pPr>
              <w:rPr>
                <w:lang w:eastAsia="zh-CN"/>
              </w:rPr>
            </w:pPr>
          </w:p>
        </w:tc>
      </w:tr>
      <w:tr w:rsidR="00576601" w14:paraId="4DCEA2F7" w14:textId="77777777" w:rsidTr="00576601">
        <w:trPr>
          <w:trHeight w:val="452"/>
        </w:trPr>
        <w:tc>
          <w:tcPr>
            <w:tcW w:w="1927" w:type="dxa"/>
            <w:vAlign w:val="center"/>
          </w:tcPr>
          <w:p w14:paraId="3DBED81A" w14:textId="63F87DC1" w:rsidR="00576601" w:rsidRDefault="0057660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472" w:type="dxa"/>
            <w:vAlign w:val="center"/>
          </w:tcPr>
          <w:p w14:paraId="1C9BB56F" w14:textId="77777777" w:rsidR="00576601" w:rsidRDefault="00576601">
            <w:pPr>
              <w:rPr>
                <w:lang w:eastAsia="zh-CN"/>
              </w:rPr>
            </w:pPr>
          </w:p>
        </w:tc>
        <w:tc>
          <w:tcPr>
            <w:tcW w:w="1561" w:type="dxa"/>
            <w:vAlign w:val="center"/>
          </w:tcPr>
          <w:p w14:paraId="5D7523F4" w14:textId="7F207E56" w:rsidR="00576601" w:rsidRDefault="00576601">
            <w:pPr>
              <w:rPr>
                <w:lang w:eastAsia="zh-CN"/>
              </w:rPr>
            </w:pPr>
          </w:p>
        </w:tc>
        <w:tc>
          <w:tcPr>
            <w:tcW w:w="1643" w:type="dxa"/>
            <w:vAlign w:val="center"/>
          </w:tcPr>
          <w:p w14:paraId="71F11E8E" w14:textId="093D3933" w:rsidR="00576601" w:rsidRDefault="00576601">
            <w:pPr>
              <w:rPr>
                <w:lang w:eastAsia="zh-CN"/>
              </w:rPr>
            </w:pPr>
          </w:p>
        </w:tc>
        <w:tc>
          <w:tcPr>
            <w:tcW w:w="1919" w:type="dxa"/>
            <w:vAlign w:val="center"/>
          </w:tcPr>
          <w:p w14:paraId="4A2E2266" w14:textId="704533DF" w:rsidR="00576601" w:rsidRDefault="00576601">
            <w:pPr>
              <w:rPr>
                <w:lang w:eastAsia="zh-CN"/>
              </w:rPr>
            </w:pPr>
          </w:p>
        </w:tc>
        <w:tc>
          <w:tcPr>
            <w:tcW w:w="2574" w:type="dxa"/>
            <w:vAlign w:val="center"/>
          </w:tcPr>
          <w:p w14:paraId="66EA83C9" w14:textId="28A4A446" w:rsidR="00576601" w:rsidRDefault="00576601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3CB7A" w14:textId="77777777" w:rsidR="009A1D75" w:rsidRDefault="009A1D75">
      <w:pPr>
        <w:spacing w:after="0" w:line="240" w:lineRule="auto"/>
      </w:pPr>
      <w:r>
        <w:separator/>
      </w:r>
    </w:p>
  </w:endnote>
  <w:endnote w:type="continuationSeparator" w:id="0">
    <w:p w14:paraId="4E781F64" w14:textId="77777777" w:rsidR="009A1D75" w:rsidRDefault="009A1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38EAA" w14:textId="77777777" w:rsidR="009A1D75" w:rsidRDefault="009A1D75">
      <w:pPr>
        <w:spacing w:after="0" w:line="240" w:lineRule="auto"/>
      </w:pPr>
      <w:r>
        <w:separator/>
      </w:r>
    </w:p>
  </w:footnote>
  <w:footnote w:type="continuationSeparator" w:id="0">
    <w:p w14:paraId="390F696D" w14:textId="77777777" w:rsidR="009A1D75" w:rsidRDefault="009A1D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1919"/>
    <w:rsid w:val="00083ADF"/>
    <w:rsid w:val="000B1106"/>
    <w:rsid w:val="001224E5"/>
    <w:rsid w:val="00141136"/>
    <w:rsid w:val="0015074B"/>
    <w:rsid w:val="001679CF"/>
    <w:rsid w:val="00183B5F"/>
    <w:rsid w:val="001F16ED"/>
    <w:rsid w:val="001F4358"/>
    <w:rsid w:val="00211066"/>
    <w:rsid w:val="00224B59"/>
    <w:rsid w:val="0022501A"/>
    <w:rsid w:val="00234D5E"/>
    <w:rsid w:val="00241ADC"/>
    <w:rsid w:val="00270E57"/>
    <w:rsid w:val="00281D1D"/>
    <w:rsid w:val="0029639D"/>
    <w:rsid w:val="002A3BAB"/>
    <w:rsid w:val="002C4EB7"/>
    <w:rsid w:val="002D4093"/>
    <w:rsid w:val="002E7210"/>
    <w:rsid w:val="00325DB7"/>
    <w:rsid w:val="00326F90"/>
    <w:rsid w:val="003426A4"/>
    <w:rsid w:val="00363B02"/>
    <w:rsid w:val="00377148"/>
    <w:rsid w:val="003808C7"/>
    <w:rsid w:val="0039340F"/>
    <w:rsid w:val="003D2476"/>
    <w:rsid w:val="00423CB6"/>
    <w:rsid w:val="004A24CE"/>
    <w:rsid w:val="004B6852"/>
    <w:rsid w:val="004D1C23"/>
    <w:rsid w:val="004E1656"/>
    <w:rsid w:val="004F652B"/>
    <w:rsid w:val="004F6543"/>
    <w:rsid w:val="00516DF0"/>
    <w:rsid w:val="005319ED"/>
    <w:rsid w:val="00532425"/>
    <w:rsid w:val="00553276"/>
    <w:rsid w:val="00576601"/>
    <w:rsid w:val="00582B61"/>
    <w:rsid w:val="005A214E"/>
    <w:rsid w:val="005B38EC"/>
    <w:rsid w:val="005D7839"/>
    <w:rsid w:val="006864AC"/>
    <w:rsid w:val="006F4391"/>
    <w:rsid w:val="00706F32"/>
    <w:rsid w:val="00745F59"/>
    <w:rsid w:val="00776DFC"/>
    <w:rsid w:val="007A6891"/>
    <w:rsid w:val="008102AF"/>
    <w:rsid w:val="008112FF"/>
    <w:rsid w:val="008240C5"/>
    <w:rsid w:val="008371AD"/>
    <w:rsid w:val="008A455D"/>
    <w:rsid w:val="008E2A84"/>
    <w:rsid w:val="00916D09"/>
    <w:rsid w:val="00917064"/>
    <w:rsid w:val="009315A7"/>
    <w:rsid w:val="00954DCD"/>
    <w:rsid w:val="00984677"/>
    <w:rsid w:val="009A1D75"/>
    <w:rsid w:val="009A5DCA"/>
    <w:rsid w:val="009E675F"/>
    <w:rsid w:val="009F07E2"/>
    <w:rsid w:val="00A0784F"/>
    <w:rsid w:val="00A15AB3"/>
    <w:rsid w:val="00A23C60"/>
    <w:rsid w:val="00A52002"/>
    <w:rsid w:val="00A65E09"/>
    <w:rsid w:val="00A670F0"/>
    <w:rsid w:val="00A859A9"/>
    <w:rsid w:val="00A87442"/>
    <w:rsid w:val="00AA1D8D"/>
    <w:rsid w:val="00AD45A0"/>
    <w:rsid w:val="00B172B3"/>
    <w:rsid w:val="00B47730"/>
    <w:rsid w:val="00B801FB"/>
    <w:rsid w:val="00C01C32"/>
    <w:rsid w:val="00C121B0"/>
    <w:rsid w:val="00C522F0"/>
    <w:rsid w:val="00C52897"/>
    <w:rsid w:val="00C8373A"/>
    <w:rsid w:val="00CB0664"/>
    <w:rsid w:val="00CB3FD8"/>
    <w:rsid w:val="00CF3F56"/>
    <w:rsid w:val="00D26336"/>
    <w:rsid w:val="00D318DF"/>
    <w:rsid w:val="00D540EF"/>
    <w:rsid w:val="00D951F9"/>
    <w:rsid w:val="00D96E04"/>
    <w:rsid w:val="00E21DEA"/>
    <w:rsid w:val="00E3655F"/>
    <w:rsid w:val="00E518F2"/>
    <w:rsid w:val="00E66A93"/>
    <w:rsid w:val="00E826F8"/>
    <w:rsid w:val="00EC1C6D"/>
    <w:rsid w:val="00F0490C"/>
    <w:rsid w:val="00F10275"/>
    <w:rsid w:val="00F260DF"/>
    <w:rsid w:val="00F354C9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9</cp:revision>
  <cp:lastPrinted>2026-04-25T13:16:00Z</cp:lastPrinted>
  <dcterms:created xsi:type="dcterms:W3CDTF">2026-04-26T12:00:00Z</dcterms:created>
  <dcterms:modified xsi:type="dcterms:W3CDTF">2026-04-27T09:35:00Z</dcterms:modified>
  <cp:category/>
</cp:coreProperties>
</file>