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1" locked="0" layoutInCell="1" allowOverlap="1" wp14:anchorId="6FB5B09F" wp14:editId="348E72EB">
            <wp:simplePos x="0" y="0"/>
            <wp:positionH relativeFrom="column">
              <wp:posOffset>5138779</wp:posOffset>
            </wp:positionH>
            <wp:positionV relativeFrom="page">
              <wp:posOffset>263465</wp:posOffset>
            </wp:positionV>
            <wp:extent cx="1690370" cy="1235075"/>
            <wp:effectExtent l="0" t="0" r="5080" b="3175"/>
            <wp:wrapTight wrapText="bothSides">
              <wp:wrapPolygon edited="0">
                <wp:start x="974" y="0"/>
                <wp:lineTo x="0" y="666"/>
                <wp:lineTo x="0" y="20989"/>
                <wp:lineTo x="974" y="21322"/>
                <wp:lineTo x="20448" y="21322"/>
                <wp:lineTo x="21421" y="20989"/>
                <wp:lineTo x="21421" y="666"/>
                <wp:lineTo x="20448" y="0"/>
                <wp:lineTo x="974" y="0"/>
              </wp:wrapPolygon>
            </wp:wrapTight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03A5B92B" w:rsidR="00F0490C" w:rsidRDefault="0059127E" w:rsidP="001C1A44">
      <w:pPr>
        <w:spacing w:after="0" w:line="240" w:lineRule="auto"/>
        <w:rPr>
          <w:rFonts w:asciiTheme="minorHAnsi" w:hAnsiTheme="minorHAnsi"/>
          <w:b/>
          <w:color w:val="0C3666"/>
          <w:sz w:val="72"/>
          <w:szCs w:val="72"/>
        </w:rPr>
      </w:pPr>
      <w:r>
        <w:rPr>
          <w:rFonts w:asciiTheme="minorHAnsi" w:hAnsiTheme="minorHAnsi" w:hint="eastAsia"/>
          <w:b/>
          <w:color w:val="0C3666"/>
          <w:sz w:val="72"/>
          <w:szCs w:val="72"/>
          <w:lang w:eastAsia="zh-CN"/>
        </w:rPr>
        <w:t>HAT CHANNEL</w:t>
      </w:r>
      <w:r w:rsidR="00776DFC" w:rsidRPr="004D1C23">
        <w:rPr>
          <w:rFonts w:asciiTheme="minorHAnsi" w:hAnsiTheme="minorHAnsi"/>
          <w:b/>
          <w:color w:val="0C3666"/>
          <w:sz w:val="72"/>
          <w:szCs w:val="72"/>
        </w:rPr>
        <w:t xml:space="preserve"> </w:t>
      </w:r>
    </w:p>
    <w:p w14:paraId="1E18D5A5" w14:textId="77D2CDFC" w:rsidR="004333C1" w:rsidRPr="004333C1" w:rsidRDefault="000E45E9" w:rsidP="001C1A44">
      <w:pPr>
        <w:spacing w:after="120" w:line="240" w:lineRule="auto"/>
        <w:rPr>
          <w:rFonts w:asciiTheme="minorHAnsi" w:hAnsiTheme="minorHAnsi"/>
          <w:i/>
          <w:iCs/>
          <w:color w:val="0C3666"/>
          <w:sz w:val="44"/>
          <w:szCs w:val="44"/>
          <w:lang w:eastAsia="zh-CN"/>
        </w:rPr>
      </w:pPr>
      <w:r>
        <w:rPr>
          <w:rFonts w:asciiTheme="minorHAnsi" w:hAnsiTheme="minorHAnsi"/>
          <w:b/>
          <w:noProof/>
          <w:color w:val="0C3666"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59F6565F" wp14:editId="6FA15E5E">
            <wp:simplePos x="0" y="0"/>
            <wp:positionH relativeFrom="column">
              <wp:posOffset>-210185</wp:posOffset>
            </wp:positionH>
            <wp:positionV relativeFrom="paragraph">
              <wp:posOffset>1279753</wp:posOffset>
            </wp:positionV>
            <wp:extent cx="262255" cy="243205"/>
            <wp:effectExtent l="0" t="0" r="4445" b="4445"/>
            <wp:wrapNone/>
            <wp:docPr id="56793989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7939898" name="图片 567939898"/>
                    <pic:cNvPicPr/>
                  </pic:nvPicPr>
                  <pic:blipFill rotWithShape="1">
                    <a:blip r:embed="rId9"/>
                    <a:srcRect l="61047" t="11548" r="22205" b="665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255" cy="243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33C1" w:rsidRPr="004D1C23"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7A6F5EC3">
                <wp:simplePos x="0" y="0"/>
                <wp:positionH relativeFrom="column">
                  <wp:posOffset>4058</wp:posOffset>
                </wp:positionH>
                <wp:positionV relativeFrom="paragraph">
                  <wp:posOffset>308305</wp:posOffset>
                </wp:positionV>
                <wp:extent cx="7103110" cy="0"/>
                <wp:effectExtent l="38100" t="38100" r="59690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0311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9F996B0" id="直接连接符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24.3pt" to="559.6pt,2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="004333C1" w:rsidRPr="004333C1">
        <w:rPr>
          <w:rFonts w:asciiTheme="minorHAnsi" w:hAnsiTheme="minorHAnsi" w:hint="eastAsia"/>
          <w:i/>
          <w:iCs/>
          <w:color w:val="0C3666"/>
          <w:sz w:val="44"/>
          <w:szCs w:val="44"/>
          <w:lang w:eastAsia="zh-CN"/>
        </w:rPr>
        <w:t>CEILING CHANNEL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7D2B2A42" w14:textId="03ED75BC" w:rsidR="000E45E9" w:rsidRPr="000E45E9" w:rsidRDefault="007F3380" w:rsidP="000E45E9">
            <w:pPr>
              <w:spacing w:beforeLines="70" w:before="168" w:afterLines="50" w:after="120" w:line="240" w:lineRule="auto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3C999633" wp14:editId="2A35CDC4">
                      <wp:simplePos x="0" y="0"/>
                      <wp:positionH relativeFrom="column">
                        <wp:posOffset>2540</wp:posOffset>
                      </wp:positionH>
                      <wp:positionV relativeFrom="paragraph">
                        <wp:posOffset>-193675</wp:posOffset>
                      </wp:positionV>
                      <wp:extent cx="2962275" cy="497205"/>
                      <wp:effectExtent l="0" t="0" r="0" b="0"/>
                      <wp:wrapNone/>
                      <wp:docPr id="674391540" name="文本框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962275" cy="49720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3850C1" w14:textId="0DCF8F11" w:rsidR="000E45E9" w:rsidRDefault="000E45E9" w:rsidP="000E45E9">
                                  <w:pPr>
                                    <w:ind w:firstLineChars="150" w:firstLine="240"/>
                                  </w:pPr>
                                  <w:r w:rsidRPr="00460C68">
                                    <w:rPr>
                                      <w:rFonts w:asciiTheme="minorHAnsi" w:hAnsiTheme="minorHAnsi"/>
                                      <w:sz w:val="16"/>
                                    </w:rPr>
                                    <w:t>DXL Hat Channels are cold-formed galvanized steel furring profiles used in ceiling, wall lining and drywall framing systems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C99963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4" o:spid="_x0000_s1026" type="#_x0000_t202" style="position:absolute;margin-left:.2pt;margin-top:-15.25pt;width:233.25pt;height:39.1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" filled="f" stroked="f" strokeweight=".5pt">
                      <v:textbox>
                        <w:txbxContent>
                          <w:p w14:paraId="5E3850C1" w14:textId="0DCF8F11" w:rsidR="000E45E9" w:rsidRDefault="000E45E9" w:rsidP="000E45E9">
                            <w:pPr>
                              <w:ind w:firstLineChars="150" w:firstLine="240"/>
                            </w:pPr>
                            <w:r w:rsidRPr="00460C68">
                              <w:rPr>
                                <w:rFonts w:asciiTheme="minorHAnsi" w:hAnsiTheme="minorHAnsi"/>
                                <w:sz w:val="16"/>
                              </w:rPr>
                              <w:t>DXL Hat Channels are cold-formed galvanized steel furring profiles used in ceiling, wall lining and drywall framing systems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2337D21C" wp14:editId="04A6052F">
                      <wp:simplePos x="0" y="0"/>
                      <wp:positionH relativeFrom="column">
                        <wp:posOffset>8890</wp:posOffset>
                      </wp:positionH>
                      <wp:positionV relativeFrom="paragraph">
                        <wp:posOffset>-396875</wp:posOffset>
                      </wp:positionV>
                      <wp:extent cx="2018665" cy="248285"/>
                      <wp:effectExtent l="0" t="0" r="0" b="0"/>
                      <wp:wrapNone/>
                      <wp:docPr id="1873179584" name="文本框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018665" cy="24828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11B6A8F" w14:textId="75097E3D" w:rsidR="000E45E9" w:rsidRDefault="000E45E9"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XL- </w:t>
                                  </w:r>
                                  <w:r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HC SERIES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337D21C" id="文本框 5" o:spid="_x0000_s1027" type="#_x0000_t202" style="position:absolute;margin-left:.7pt;margin-top:-31.25pt;width:158.95pt;height:19.5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" filled="f" stroked="f" strokeweight=".5pt">
                      <v:textbox>
                        <w:txbxContent>
                          <w:p w14:paraId="511B6A8F" w14:textId="75097E3D" w:rsidR="000E45E9" w:rsidRDefault="000E45E9"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XL- </w:t>
                            </w:r>
                            <w:r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HC SERIES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773055DA" w14:textId="579C4F2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5F6E1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45A7F10" w14:textId="3B00E624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Product Name</w:t>
                  </w:r>
                </w:p>
              </w:tc>
              <w:tc>
                <w:tcPr>
                  <w:tcW w:w="3026" w:type="dxa"/>
                  <w:vAlign w:val="center"/>
                </w:tcPr>
                <w:p w14:paraId="6EC94DD2" w14:textId="472373E5" w:rsidR="00CA2534" w:rsidRPr="008E2A84" w:rsidRDefault="00130F0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CA253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Hat Channel</w:t>
                  </w:r>
                </w:p>
              </w:tc>
            </w:tr>
            <w:tr w:rsidR="00F0490C" w:rsidRPr="008E2A84" w14:paraId="37252975" w14:textId="77777777" w:rsidTr="005F6E1D">
              <w:trPr>
                <w:trHeight w:val="363"/>
              </w:trPr>
              <w:tc>
                <w:tcPr>
                  <w:tcW w:w="2280" w:type="dxa"/>
                  <w:vAlign w:val="center"/>
                </w:tcPr>
                <w:p w14:paraId="1CEA4F65" w14:textId="2C89C820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</w:p>
              </w:tc>
              <w:tc>
                <w:tcPr>
                  <w:tcW w:w="3026" w:type="dxa"/>
                  <w:vAlign w:val="center"/>
                </w:tcPr>
                <w:p w14:paraId="63F4887E" w14:textId="53982491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130F05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HC</w:t>
                  </w:r>
                  <w:r w:rsidR="001E3ADD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Series</w:t>
                  </w:r>
                </w:p>
              </w:tc>
            </w:tr>
            <w:tr w:rsidR="00F0490C" w:rsidRPr="008E2A84" w14:paraId="2561057C" w14:textId="77777777" w:rsidTr="005F6E1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27B4459F" w14:textId="3CCF2D5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</w:p>
              </w:tc>
              <w:tc>
                <w:tcPr>
                  <w:tcW w:w="3026" w:type="dxa"/>
                  <w:vAlign w:val="center"/>
                </w:tcPr>
                <w:p w14:paraId="49DFAF9D" w14:textId="0E4D0D79" w:rsidR="00F0490C" w:rsidRPr="008E2A84" w:rsidRDefault="00130F05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5F6E1D">
              <w:trPr>
                <w:trHeight w:val="348"/>
              </w:trPr>
              <w:tc>
                <w:tcPr>
                  <w:tcW w:w="2280" w:type="dxa"/>
                  <w:vAlign w:val="center"/>
                </w:tcPr>
                <w:p w14:paraId="161C2BA8" w14:textId="7392C73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Application</w:t>
                  </w:r>
                </w:p>
              </w:tc>
              <w:tc>
                <w:tcPr>
                  <w:tcW w:w="3026" w:type="dxa"/>
                  <w:vAlign w:val="center"/>
                </w:tcPr>
                <w:p w14:paraId="51C39C0E" w14:textId="7EA7966D" w:rsidR="000E45E9" w:rsidRPr="008E2A84" w:rsidRDefault="00460C6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460C68">
                    <w:rPr>
                      <w:rFonts w:asciiTheme="minorHAnsi" w:hAnsiTheme="minorHAnsi"/>
                      <w:szCs w:val="18"/>
                    </w:rPr>
                    <w:t>Ceiling and wall furring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099431B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5F6E1D">
              <w:tc>
                <w:tcPr>
                  <w:tcW w:w="2268" w:type="dxa"/>
                  <w:vAlign w:val="center"/>
                </w:tcPr>
                <w:p w14:paraId="0D8A0BB7" w14:textId="7611E9DA" w:rsidR="00F0490C" w:rsidRPr="008E2A84" w:rsidRDefault="00DD34A4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Profile Size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(A)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3F016CB" w14:textId="27E8F1CA" w:rsidR="00F0490C" w:rsidRPr="008E2A84" w:rsidRDefault="00DD34A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S</w:t>
                  </w:r>
                  <w:r>
                    <w:rPr>
                      <w:rFonts w:asciiTheme="minorHAnsi" w:hAnsiTheme="minorHAnsi"/>
                      <w:szCs w:val="18"/>
                      <w:lang w:eastAsia="zh-CN"/>
                    </w:rPr>
                    <w:t>t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andard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＆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Custom Sizes</w:t>
                  </w:r>
                </w:p>
              </w:tc>
            </w:tr>
            <w:tr w:rsidR="00F0490C" w:rsidRPr="008E2A84" w14:paraId="41BE7E2D" w14:textId="77777777" w:rsidTr="005F6E1D">
              <w:tc>
                <w:tcPr>
                  <w:tcW w:w="2268" w:type="dxa"/>
                  <w:vAlign w:val="center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  <w:vAlign w:val="center"/>
                </w:tcPr>
                <w:p w14:paraId="04BC2AB1" w14:textId="62FBC20C" w:rsidR="00F0490C" w:rsidRPr="008E2A84" w:rsidRDefault="00DD34A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0.4</w:t>
                  </w:r>
                  <w:r w:rsidR="00907ED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0 -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0.6</w:t>
                  </w:r>
                  <w:r w:rsidR="00907ED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 mm</w:t>
                  </w:r>
                </w:p>
              </w:tc>
            </w:tr>
            <w:tr w:rsidR="00F0490C" w:rsidRPr="008E2A84" w14:paraId="322824FA" w14:textId="77777777" w:rsidTr="005F6E1D">
              <w:tc>
                <w:tcPr>
                  <w:tcW w:w="2268" w:type="dxa"/>
                  <w:vAlign w:val="center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  <w:vAlign w:val="center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1544A402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5F6E1D">
              <w:tc>
                <w:tcPr>
                  <w:tcW w:w="2268" w:type="dxa"/>
                  <w:vAlign w:val="center"/>
                </w:tcPr>
                <w:p w14:paraId="2B385B45" w14:textId="1BD9FD21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</w:p>
              </w:tc>
              <w:tc>
                <w:tcPr>
                  <w:tcW w:w="2977" w:type="dxa"/>
                  <w:vAlign w:val="center"/>
                </w:tcPr>
                <w:p w14:paraId="2C123E1C" w14:textId="22CA33CC" w:rsidR="00F0490C" w:rsidRPr="008E2A84" w:rsidRDefault="00ED559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Hot-dip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Galvanized steel</w:t>
                  </w:r>
                </w:p>
              </w:tc>
            </w:tr>
            <w:tr w:rsidR="00F0490C" w:rsidRPr="008E2A84" w14:paraId="04DCA241" w14:textId="77777777" w:rsidTr="005F6E1D">
              <w:tc>
                <w:tcPr>
                  <w:tcW w:w="2268" w:type="dxa"/>
                  <w:vAlign w:val="center"/>
                </w:tcPr>
                <w:p w14:paraId="48D514A7" w14:textId="1AA8BC4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</w:p>
              </w:tc>
              <w:tc>
                <w:tcPr>
                  <w:tcW w:w="2977" w:type="dxa"/>
                  <w:vAlign w:val="center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5F6E1D">
              <w:tc>
                <w:tcPr>
                  <w:tcW w:w="2268" w:type="dxa"/>
                  <w:vAlign w:val="center"/>
                </w:tcPr>
                <w:p w14:paraId="1F493909" w14:textId="0AC9CDBC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71DC232" w14:textId="28EFADFA" w:rsidR="00F0490C" w:rsidRPr="008E2A84" w:rsidRDefault="00ED559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AF4E70">
                    <w:rPr>
                      <w:rFonts w:asciiTheme="minorHAnsi" w:hAnsiTheme="minorHAnsi"/>
                      <w:szCs w:val="18"/>
                      <w:lang w:eastAsia="zh-CN"/>
                    </w:rPr>
                    <w:t>Galvanized silver-grey finish; custom color powder coating available.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6BBE63DF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</w:t>
            </w:r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0E45E9">
              <w:trPr>
                <w:trHeight w:val="56"/>
              </w:trPr>
              <w:tc>
                <w:tcPr>
                  <w:tcW w:w="2268" w:type="dxa"/>
                </w:tcPr>
                <w:p w14:paraId="3F682845" w14:textId="4A40C35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</w:p>
              </w:tc>
              <w:tc>
                <w:tcPr>
                  <w:tcW w:w="2977" w:type="dxa"/>
                  <w:vAlign w:val="center"/>
                </w:tcPr>
                <w:p w14:paraId="19DDB04B" w14:textId="09A168BF" w:rsidR="00F0490C" w:rsidRPr="008E2A84" w:rsidRDefault="006C3CC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 w:rsidR="00B638D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A7CDCAB" w14:textId="77777777" w:rsidTr="008561F7">
              <w:tc>
                <w:tcPr>
                  <w:tcW w:w="2268" w:type="dxa"/>
                </w:tcPr>
                <w:p w14:paraId="49E4719B" w14:textId="5F8138B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5BE710D0" w14:textId="21CC6B61" w:rsidR="00F0490C" w:rsidRPr="008E2A84" w:rsidRDefault="006C3CC3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0/-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0.</w:t>
                  </w: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mm</w:t>
                  </w:r>
                </w:p>
              </w:tc>
            </w:tr>
            <w:tr w:rsidR="00F354C9" w:rsidRPr="008E2A84" w14:paraId="49254248" w14:textId="77777777" w:rsidTr="008561F7">
              <w:tc>
                <w:tcPr>
                  <w:tcW w:w="2268" w:type="dxa"/>
                </w:tcPr>
                <w:p w14:paraId="332A758C" w14:textId="31929595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</w:p>
              </w:tc>
              <w:tc>
                <w:tcPr>
                  <w:tcW w:w="2977" w:type="dxa"/>
                  <w:vAlign w:val="center"/>
                </w:tcPr>
                <w:p w14:paraId="7EEC4523" w14:textId="05EF75E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</w:t>
                  </w:r>
                  <w:r w:rsidR="006C3CC3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1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.0 mm</w:t>
                  </w:r>
                </w:p>
              </w:tc>
            </w:tr>
          </w:tbl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121B5999" w14:textId="77777777" w:rsidR="007F3380" w:rsidRDefault="000E45E9" w:rsidP="007F3380">
            <w:pPr>
              <w:spacing w:after="36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4F64AE3F">
                  <wp:simplePos x="0" y="0"/>
                  <wp:positionH relativeFrom="column">
                    <wp:posOffset>34823</wp:posOffset>
                  </wp:positionH>
                  <wp:positionV relativeFrom="paragraph">
                    <wp:posOffset>372110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4F29CFF2" w:rsidR="00F0490C" w:rsidRPr="007F3380" w:rsidRDefault="005D7839" w:rsidP="007F3380">
            <w:pPr>
              <w:spacing w:after="36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</w:t>
            </w:r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3876119D" w:rsidR="005D7839" w:rsidRDefault="0003282F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248E8077" wp14:editId="5D54AB85">
                        <wp:extent cx="2510790" cy="1673860"/>
                        <wp:effectExtent l="0" t="0" r="3810" b="2540"/>
                        <wp:docPr id="1389534741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9534741" name="图片 1389534741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0DF1DDB4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307B69BD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</w:t>
            </w:r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77AF509C" w:rsidR="000B2FA2" w:rsidRDefault="0003282F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0" w:name="_Hlk228031567"/>
                  <w:r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54C4635E" wp14:editId="7E68C54F">
                        <wp:simplePos x="0" y="0"/>
                        <wp:positionH relativeFrom="column">
                          <wp:posOffset>-83820</wp:posOffset>
                        </wp:positionH>
                        <wp:positionV relativeFrom="paragraph">
                          <wp:posOffset>50165</wp:posOffset>
                        </wp:positionV>
                        <wp:extent cx="2870835" cy="1224280"/>
                        <wp:effectExtent l="0" t="0" r="0" b="0"/>
                        <wp:wrapNone/>
                        <wp:docPr id="1924731310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4731310" name="图片 1924731310"/>
                                <pic:cNvPicPr/>
                              </pic:nvPicPr>
                              <pic:blipFill rotWithShape="1">
                                <a:blip r:embed="rId11"/>
                                <a:srcRect l="26989" t="14127" r="8345" b="12016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870835" cy="122428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margin">
                          <wp14:pctHeight>0</wp14:pctHeight>
                        </wp14:sizeRelV>
                      </wp:anchor>
                    </w:drawing>
                  </w:r>
                </w:p>
                <w:p w14:paraId="014C6FEF" w14:textId="3101794D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4E8F3B31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AD7AA44" w14:textId="14756BA5" w:rsidR="0003282F" w:rsidRDefault="0003282F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85C7B34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0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1CFFCC11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</w:t>
                                  </w:r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319CF3" id="文本框 2" o:spid="_x0000_s1028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" stroked="f">
                      <v:textbox>
                        <w:txbxContent>
                          <w:p w14:paraId="29E8DFC6" w14:textId="1CFFCC11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</w:t>
                            </w:r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0A0AA835" w14:textId="77777777" w:rsidR="00D07F3A" w:rsidRDefault="00D07F3A">
      <w:pPr>
        <w:rPr>
          <w:rFonts w:asciiTheme="minorHAnsi" w:hAnsiTheme="minorHAnsi"/>
          <w:b/>
          <w:color w:val="0C3666"/>
          <w:sz w:val="24"/>
          <w:szCs w:val="24"/>
          <w:lang w:eastAsia="zh-CN"/>
        </w:rPr>
      </w:pPr>
    </w:p>
    <w:p w14:paraId="0A11B294" w14:textId="77777777" w:rsidR="000E45E9" w:rsidRDefault="000E45E9">
      <w:pPr>
        <w:rPr>
          <w:rFonts w:asciiTheme="minorHAnsi" w:hAnsiTheme="minorHAnsi"/>
          <w:b/>
          <w:color w:val="0C3666"/>
          <w:sz w:val="24"/>
          <w:szCs w:val="24"/>
          <w:lang w:eastAsia="zh-CN"/>
        </w:rPr>
      </w:pPr>
    </w:p>
    <w:p w14:paraId="6B625097" w14:textId="77777777" w:rsidR="000E45E9" w:rsidRDefault="000E45E9">
      <w:pPr>
        <w:rPr>
          <w:rFonts w:asciiTheme="minorHAnsi" w:hAnsiTheme="minorHAnsi"/>
          <w:b/>
          <w:color w:val="0C3666"/>
          <w:sz w:val="24"/>
          <w:szCs w:val="24"/>
          <w:lang w:eastAsia="zh-CN"/>
        </w:rPr>
      </w:pPr>
    </w:p>
    <w:p w14:paraId="0018DFB3" w14:textId="1F653E10" w:rsidR="00007C22" w:rsidRPr="00D07F3A" w:rsidRDefault="00A65E09">
      <w:pPr>
        <w:rPr>
          <w:rFonts w:asciiTheme="minorHAnsi" w:hAnsiTheme="minorHAnsi"/>
          <w:b/>
          <w:color w:val="0C3666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89" w:type="dxa"/>
        <w:tblLook w:val="04A0" w:firstRow="1" w:lastRow="0" w:firstColumn="1" w:lastColumn="0" w:noHBand="0" w:noVBand="1"/>
      </w:tblPr>
      <w:tblGrid>
        <w:gridCol w:w="1472"/>
        <w:gridCol w:w="1128"/>
        <w:gridCol w:w="1215"/>
        <w:gridCol w:w="1389"/>
        <w:gridCol w:w="1041"/>
        <w:gridCol w:w="1830"/>
        <w:gridCol w:w="1471"/>
        <w:gridCol w:w="1443"/>
      </w:tblGrid>
      <w:tr w:rsidR="00105B61" w14:paraId="5A60ACED" w14:textId="11196219" w:rsidTr="00105B61">
        <w:trPr>
          <w:trHeight w:val="498"/>
        </w:trPr>
        <w:tc>
          <w:tcPr>
            <w:tcW w:w="1472" w:type="dxa"/>
            <w:vAlign w:val="center"/>
          </w:tcPr>
          <w:p w14:paraId="3AB3671D" w14:textId="337FC6B5" w:rsidR="00105B61" w:rsidRDefault="00105B61" w:rsidP="00583AF7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128" w:type="dxa"/>
            <w:vAlign w:val="center"/>
          </w:tcPr>
          <w:p w14:paraId="0F8796EF" w14:textId="3770C9BE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Overall Width</w:t>
            </w:r>
          </w:p>
        </w:tc>
        <w:tc>
          <w:tcPr>
            <w:tcW w:w="1215" w:type="dxa"/>
            <w:vAlign w:val="center"/>
          </w:tcPr>
          <w:p w14:paraId="5FB608AB" w14:textId="5523696B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Top Width</w:t>
            </w:r>
          </w:p>
        </w:tc>
        <w:tc>
          <w:tcPr>
            <w:tcW w:w="1389" w:type="dxa"/>
            <w:vAlign w:val="center"/>
          </w:tcPr>
          <w:p w14:paraId="0F61167A" w14:textId="51D08187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 Width</w:t>
            </w:r>
          </w:p>
        </w:tc>
        <w:tc>
          <w:tcPr>
            <w:tcW w:w="1041" w:type="dxa"/>
            <w:vAlign w:val="center"/>
          </w:tcPr>
          <w:p w14:paraId="7ACCBE73" w14:textId="452F91FA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Height</w:t>
            </w:r>
          </w:p>
        </w:tc>
        <w:tc>
          <w:tcPr>
            <w:tcW w:w="1830" w:type="dxa"/>
            <w:vAlign w:val="center"/>
          </w:tcPr>
          <w:p w14:paraId="65776AA6" w14:textId="24C223AE" w:rsidR="00105B61" w:rsidRDefault="00105B61" w:rsidP="00583AF7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mm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71" w:type="dxa"/>
            <w:vAlign w:val="center"/>
          </w:tcPr>
          <w:p w14:paraId="31435D0A" w14:textId="73B8B532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  <w:tc>
          <w:tcPr>
            <w:tcW w:w="1443" w:type="dxa"/>
            <w:vAlign w:val="center"/>
          </w:tcPr>
          <w:p w14:paraId="15D50345" w14:textId="4A271284" w:rsidR="00105B61" w:rsidRDefault="00105B61" w:rsidP="00583AF7">
            <w:pPr>
              <w:rPr>
                <w:lang w:eastAsia="zh-CN"/>
              </w:rPr>
            </w:pPr>
            <w:r>
              <w:rPr>
                <w:lang w:eastAsia="zh-CN"/>
              </w:rPr>
              <w:t>Packing</w:t>
            </w:r>
          </w:p>
        </w:tc>
      </w:tr>
      <w:tr w:rsidR="00105B61" w14:paraId="609D7D7B" w14:textId="27EB2BA9" w:rsidTr="00105B61">
        <w:trPr>
          <w:trHeight w:val="452"/>
        </w:trPr>
        <w:tc>
          <w:tcPr>
            <w:tcW w:w="1472" w:type="dxa"/>
            <w:vAlign w:val="center"/>
          </w:tcPr>
          <w:p w14:paraId="49D6D957" w14:textId="5951B495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DXL-HC-42</w:t>
            </w:r>
          </w:p>
        </w:tc>
        <w:tc>
          <w:tcPr>
            <w:tcW w:w="1128" w:type="dxa"/>
            <w:vAlign w:val="center"/>
          </w:tcPr>
          <w:p w14:paraId="525CAD48" w14:textId="0CF2385E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42</w:t>
            </w:r>
          </w:p>
        </w:tc>
        <w:tc>
          <w:tcPr>
            <w:tcW w:w="1215" w:type="dxa"/>
            <w:vAlign w:val="center"/>
          </w:tcPr>
          <w:p w14:paraId="4870725B" w14:textId="316A1DC0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23</w:t>
            </w:r>
          </w:p>
        </w:tc>
        <w:tc>
          <w:tcPr>
            <w:tcW w:w="1389" w:type="dxa"/>
            <w:vAlign w:val="center"/>
          </w:tcPr>
          <w:p w14:paraId="3C17F6E6" w14:textId="4F041136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1041" w:type="dxa"/>
            <w:vAlign w:val="center"/>
          </w:tcPr>
          <w:p w14:paraId="47B4C365" w14:textId="6A1522E0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830" w:type="dxa"/>
            <w:vAlign w:val="center"/>
          </w:tcPr>
          <w:p w14:paraId="1CDFE6AD" w14:textId="714EC66B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0.40 </w:t>
            </w:r>
            <w:r>
              <w:rPr>
                <w:rFonts w:ascii="微软雅黑" w:hAnsi="微软雅黑" w:hint="eastAsia"/>
                <w:lang w:eastAsia="zh-CN"/>
              </w:rPr>
              <w:t xml:space="preserve">- </w:t>
            </w:r>
            <w:r>
              <w:rPr>
                <w:rFonts w:hint="eastAsia"/>
                <w:lang w:eastAsia="zh-CN"/>
              </w:rPr>
              <w:t>0.60 mm</w:t>
            </w:r>
          </w:p>
        </w:tc>
        <w:tc>
          <w:tcPr>
            <w:tcW w:w="1471" w:type="dxa"/>
            <w:vAlign w:val="center"/>
          </w:tcPr>
          <w:p w14:paraId="54A1379D" w14:textId="565D5256" w:rsidR="00105B61" w:rsidRDefault="00105B61" w:rsidP="00583AF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3" w:type="dxa"/>
            <w:vAlign w:val="center"/>
          </w:tcPr>
          <w:p w14:paraId="03F6B1B7" w14:textId="33273E8C" w:rsidR="00105B61" w:rsidRDefault="00105B61" w:rsidP="00583AF7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05B61" w14:paraId="499B4627" w14:textId="2A0C5940" w:rsidTr="00105B61">
        <w:trPr>
          <w:trHeight w:val="498"/>
        </w:trPr>
        <w:tc>
          <w:tcPr>
            <w:tcW w:w="1472" w:type="dxa"/>
            <w:vAlign w:val="center"/>
          </w:tcPr>
          <w:p w14:paraId="14E3D45E" w14:textId="0F9DBCB6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DXL-HC-50</w:t>
            </w:r>
          </w:p>
        </w:tc>
        <w:tc>
          <w:tcPr>
            <w:tcW w:w="1128" w:type="dxa"/>
            <w:vAlign w:val="center"/>
          </w:tcPr>
          <w:p w14:paraId="0356D738" w14:textId="63FE55F9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215" w:type="dxa"/>
            <w:vAlign w:val="center"/>
          </w:tcPr>
          <w:p w14:paraId="358B343E" w14:textId="238E96CC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</w:t>
            </w:r>
          </w:p>
        </w:tc>
        <w:tc>
          <w:tcPr>
            <w:tcW w:w="1389" w:type="dxa"/>
            <w:vAlign w:val="center"/>
          </w:tcPr>
          <w:p w14:paraId="69DA91B5" w14:textId="303BD69E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041" w:type="dxa"/>
            <w:vAlign w:val="center"/>
          </w:tcPr>
          <w:p w14:paraId="5A0DB4C6" w14:textId="18EDEBE1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830" w:type="dxa"/>
            <w:vAlign w:val="center"/>
          </w:tcPr>
          <w:p w14:paraId="38601181" w14:textId="1C4CED69" w:rsidR="00105B61" w:rsidRDefault="00105B61" w:rsidP="00105B61">
            <w:pPr>
              <w:jc w:val="both"/>
              <w:rPr>
                <w:lang w:eastAsia="zh-CN"/>
              </w:rPr>
            </w:pPr>
            <w:r w:rsidRPr="00F46701">
              <w:rPr>
                <w:rFonts w:hint="eastAsia"/>
                <w:lang w:eastAsia="zh-CN"/>
              </w:rPr>
              <w:t>0.40</w:t>
            </w:r>
            <w:r>
              <w:rPr>
                <w:rFonts w:hint="eastAsia"/>
                <w:lang w:eastAsia="zh-CN"/>
              </w:rPr>
              <w:t xml:space="preserve"> </w:t>
            </w:r>
            <w:r w:rsidRPr="00F46701">
              <w:rPr>
                <w:rFonts w:ascii="微软雅黑" w:hAnsi="微软雅黑" w:hint="eastAsia"/>
                <w:lang w:eastAsia="zh-CN"/>
              </w:rPr>
              <w:t>-</w:t>
            </w:r>
            <w:r>
              <w:rPr>
                <w:rFonts w:ascii="微软雅黑" w:hAnsi="微软雅黑" w:hint="eastAsia"/>
                <w:lang w:eastAsia="zh-CN"/>
              </w:rPr>
              <w:t xml:space="preserve"> </w:t>
            </w:r>
            <w:r w:rsidRPr="00F46701">
              <w:rPr>
                <w:rFonts w:hint="eastAsia"/>
                <w:lang w:eastAsia="zh-CN"/>
              </w:rPr>
              <w:t>0.60 mm</w:t>
            </w:r>
          </w:p>
        </w:tc>
        <w:tc>
          <w:tcPr>
            <w:tcW w:w="1471" w:type="dxa"/>
            <w:vAlign w:val="center"/>
          </w:tcPr>
          <w:p w14:paraId="588C59AE" w14:textId="320A1F83" w:rsidR="00105B61" w:rsidRDefault="00105B61" w:rsidP="00F01413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3" w:type="dxa"/>
            <w:vAlign w:val="center"/>
          </w:tcPr>
          <w:p w14:paraId="36C8C6B0" w14:textId="1116D142" w:rsidR="00105B61" w:rsidRDefault="00105B61" w:rsidP="00F01413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05B61" w14:paraId="44AA4A9A" w14:textId="4F7B30FE" w:rsidTr="00105B61">
        <w:trPr>
          <w:trHeight w:val="452"/>
        </w:trPr>
        <w:tc>
          <w:tcPr>
            <w:tcW w:w="1472" w:type="dxa"/>
            <w:vAlign w:val="center"/>
          </w:tcPr>
          <w:p w14:paraId="64DF30A4" w14:textId="251DBBDC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DXL-HC-60</w:t>
            </w:r>
          </w:p>
        </w:tc>
        <w:tc>
          <w:tcPr>
            <w:tcW w:w="1128" w:type="dxa"/>
            <w:vAlign w:val="center"/>
          </w:tcPr>
          <w:p w14:paraId="6159E1B0" w14:textId="0AB601A8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60</w:t>
            </w:r>
          </w:p>
        </w:tc>
        <w:tc>
          <w:tcPr>
            <w:tcW w:w="1215" w:type="dxa"/>
            <w:vAlign w:val="center"/>
          </w:tcPr>
          <w:p w14:paraId="5033FC2C" w14:textId="036A4634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</w:t>
            </w:r>
          </w:p>
        </w:tc>
        <w:tc>
          <w:tcPr>
            <w:tcW w:w="1389" w:type="dxa"/>
            <w:vAlign w:val="center"/>
          </w:tcPr>
          <w:p w14:paraId="13A64019" w14:textId="1F13E6E6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  <w:tc>
          <w:tcPr>
            <w:tcW w:w="1041" w:type="dxa"/>
            <w:vAlign w:val="center"/>
          </w:tcPr>
          <w:p w14:paraId="6B5F5570" w14:textId="598DCD43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1830" w:type="dxa"/>
            <w:vAlign w:val="center"/>
          </w:tcPr>
          <w:p w14:paraId="755DF8A7" w14:textId="06DE6492" w:rsidR="00105B61" w:rsidRDefault="00105B61" w:rsidP="00105B61">
            <w:pPr>
              <w:jc w:val="both"/>
              <w:rPr>
                <w:lang w:eastAsia="zh-CN"/>
              </w:rPr>
            </w:pPr>
            <w:r w:rsidRPr="00F46701">
              <w:rPr>
                <w:rFonts w:hint="eastAsia"/>
                <w:lang w:eastAsia="zh-CN"/>
              </w:rPr>
              <w:t>0.40</w:t>
            </w:r>
            <w:r>
              <w:rPr>
                <w:rFonts w:hint="eastAsia"/>
                <w:lang w:eastAsia="zh-CN"/>
              </w:rPr>
              <w:t xml:space="preserve"> </w:t>
            </w:r>
            <w:r w:rsidRPr="00F46701">
              <w:rPr>
                <w:rFonts w:ascii="微软雅黑" w:hAnsi="微软雅黑" w:hint="eastAsia"/>
                <w:lang w:eastAsia="zh-CN"/>
              </w:rPr>
              <w:t>-</w:t>
            </w:r>
            <w:r>
              <w:rPr>
                <w:rFonts w:ascii="微软雅黑" w:hAnsi="微软雅黑" w:hint="eastAsia"/>
                <w:lang w:eastAsia="zh-CN"/>
              </w:rPr>
              <w:t xml:space="preserve"> </w:t>
            </w:r>
            <w:r w:rsidRPr="00F46701">
              <w:rPr>
                <w:rFonts w:hint="eastAsia"/>
                <w:lang w:eastAsia="zh-CN"/>
              </w:rPr>
              <w:t>0.60 mm</w:t>
            </w:r>
          </w:p>
        </w:tc>
        <w:tc>
          <w:tcPr>
            <w:tcW w:w="1471" w:type="dxa"/>
            <w:vAlign w:val="center"/>
          </w:tcPr>
          <w:p w14:paraId="31190240" w14:textId="4967B477" w:rsidR="00105B61" w:rsidRDefault="00105B61" w:rsidP="00E909A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  <w:tc>
          <w:tcPr>
            <w:tcW w:w="1443" w:type="dxa"/>
            <w:vAlign w:val="center"/>
          </w:tcPr>
          <w:p w14:paraId="44135F0F" w14:textId="54AF4DD1" w:rsidR="00105B61" w:rsidRDefault="00105B61" w:rsidP="00E909A9">
            <w:pPr>
              <w:rPr>
                <w:lang w:eastAsia="zh-CN"/>
              </w:rPr>
            </w:pPr>
            <w:r w:rsidRPr="00862E4B">
              <w:rPr>
                <w:sz w:val="16"/>
                <w:szCs w:val="16"/>
                <w:lang w:eastAsia="zh-CN"/>
              </w:rPr>
              <w:t>As per order confirmation</w:t>
            </w:r>
          </w:p>
        </w:tc>
      </w:tr>
      <w:tr w:rsidR="00105B61" w14:paraId="1751F208" w14:textId="363293AC" w:rsidTr="00105B61">
        <w:trPr>
          <w:trHeight w:val="452"/>
        </w:trPr>
        <w:tc>
          <w:tcPr>
            <w:tcW w:w="1472" w:type="dxa"/>
            <w:vAlign w:val="center"/>
          </w:tcPr>
          <w:p w14:paraId="30E4D4E2" w14:textId="2A10F12B" w:rsidR="00105B61" w:rsidRDefault="00105B61" w:rsidP="00E909A9">
            <w:pPr>
              <w:rPr>
                <w:rFonts w:hint="eastAsia"/>
                <w:lang w:eastAsia="zh-CN"/>
              </w:rPr>
            </w:pPr>
          </w:p>
        </w:tc>
        <w:tc>
          <w:tcPr>
            <w:tcW w:w="1128" w:type="dxa"/>
            <w:vAlign w:val="center"/>
          </w:tcPr>
          <w:p w14:paraId="55C7B4BF" w14:textId="6700CB92" w:rsidR="00105B61" w:rsidRDefault="00105B61" w:rsidP="00E909A9">
            <w:pPr>
              <w:rPr>
                <w:lang w:eastAsia="zh-CN"/>
              </w:rPr>
            </w:pPr>
          </w:p>
        </w:tc>
        <w:tc>
          <w:tcPr>
            <w:tcW w:w="1215" w:type="dxa"/>
            <w:vAlign w:val="center"/>
          </w:tcPr>
          <w:p w14:paraId="696DEAA3" w14:textId="248E8EC9" w:rsidR="00105B61" w:rsidRDefault="00105B61" w:rsidP="00E909A9">
            <w:pPr>
              <w:rPr>
                <w:lang w:eastAsia="zh-CN"/>
              </w:rPr>
            </w:pPr>
          </w:p>
        </w:tc>
        <w:tc>
          <w:tcPr>
            <w:tcW w:w="1389" w:type="dxa"/>
            <w:vAlign w:val="center"/>
          </w:tcPr>
          <w:p w14:paraId="4A7144E6" w14:textId="0C087A55" w:rsidR="00105B61" w:rsidRDefault="00105B61" w:rsidP="00E909A9">
            <w:pPr>
              <w:rPr>
                <w:lang w:eastAsia="zh-CN"/>
              </w:rPr>
            </w:pPr>
          </w:p>
        </w:tc>
        <w:tc>
          <w:tcPr>
            <w:tcW w:w="1041" w:type="dxa"/>
            <w:vAlign w:val="center"/>
          </w:tcPr>
          <w:p w14:paraId="79ECB159" w14:textId="3C49C308" w:rsidR="00105B61" w:rsidRDefault="00105B61" w:rsidP="00E909A9">
            <w:pPr>
              <w:rPr>
                <w:lang w:eastAsia="zh-CN"/>
              </w:rPr>
            </w:pPr>
          </w:p>
        </w:tc>
        <w:tc>
          <w:tcPr>
            <w:tcW w:w="1830" w:type="dxa"/>
            <w:vAlign w:val="center"/>
          </w:tcPr>
          <w:p w14:paraId="38CF5498" w14:textId="74CBCD90" w:rsidR="00105B61" w:rsidRDefault="00105B61" w:rsidP="00105B61">
            <w:pPr>
              <w:rPr>
                <w:lang w:eastAsia="zh-CN"/>
              </w:rPr>
            </w:pPr>
          </w:p>
        </w:tc>
        <w:tc>
          <w:tcPr>
            <w:tcW w:w="1471" w:type="dxa"/>
            <w:vAlign w:val="center"/>
          </w:tcPr>
          <w:p w14:paraId="04ED1BD8" w14:textId="0045F6EC" w:rsidR="00105B61" w:rsidRDefault="00105B61" w:rsidP="00E909A9">
            <w:pPr>
              <w:rPr>
                <w:lang w:eastAsia="zh-CN"/>
              </w:rPr>
            </w:pPr>
          </w:p>
        </w:tc>
        <w:tc>
          <w:tcPr>
            <w:tcW w:w="1443" w:type="dxa"/>
            <w:vAlign w:val="center"/>
          </w:tcPr>
          <w:p w14:paraId="4D58036D" w14:textId="548B54ED" w:rsidR="00105B61" w:rsidRDefault="00105B61" w:rsidP="00E909A9">
            <w:pPr>
              <w:rPr>
                <w:lang w:eastAsia="zh-CN"/>
              </w:rPr>
            </w:pPr>
          </w:p>
        </w:tc>
      </w:tr>
      <w:tr w:rsidR="00105B61" w14:paraId="4DCEA2F7" w14:textId="4488538D" w:rsidTr="00105B61">
        <w:trPr>
          <w:trHeight w:val="452"/>
        </w:trPr>
        <w:tc>
          <w:tcPr>
            <w:tcW w:w="1472" w:type="dxa"/>
            <w:vAlign w:val="center"/>
          </w:tcPr>
          <w:p w14:paraId="3DBED81A" w14:textId="5B022698" w:rsidR="00105B61" w:rsidRDefault="00105B61" w:rsidP="00223CB6">
            <w:pPr>
              <w:rPr>
                <w:rFonts w:hint="eastAsia"/>
                <w:lang w:eastAsia="zh-CN"/>
              </w:rPr>
            </w:pPr>
          </w:p>
        </w:tc>
        <w:tc>
          <w:tcPr>
            <w:tcW w:w="1128" w:type="dxa"/>
            <w:vAlign w:val="center"/>
          </w:tcPr>
          <w:p w14:paraId="5D7523F4" w14:textId="09D10FFE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215" w:type="dxa"/>
            <w:vAlign w:val="center"/>
          </w:tcPr>
          <w:p w14:paraId="71F11E8E" w14:textId="093D3933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389" w:type="dxa"/>
            <w:vAlign w:val="center"/>
          </w:tcPr>
          <w:p w14:paraId="523225CF" w14:textId="77777777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041" w:type="dxa"/>
            <w:vAlign w:val="center"/>
          </w:tcPr>
          <w:p w14:paraId="668FDE34" w14:textId="77777777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830" w:type="dxa"/>
            <w:vAlign w:val="center"/>
          </w:tcPr>
          <w:p w14:paraId="4A2E2266" w14:textId="085CAE1A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471" w:type="dxa"/>
            <w:vAlign w:val="center"/>
          </w:tcPr>
          <w:p w14:paraId="66EA83C9" w14:textId="01EF80B7" w:rsidR="00105B61" w:rsidRDefault="00105B61" w:rsidP="00223CB6">
            <w:pPr>
              <w:rPr>
                <w:lang w:eastAsia="zh-CN"/>
              </w:rPr>
            </w:pPr>
          </w:p>
        </w:tc>
        <w:tc>
          <w:tcPr>
            <w:tcW w:w="1443" w:type="dxa"/>
          </w:tcPr>
          <w:p w14:paraId="3CFA11BA" w14:textId="77777777" w:rsidR="00105B61" w:rsidRDefault="00105B61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219D4F4F" w14:textId="7E25B6FC" w:rsidR="00923606" w:rsidRDefault="00C522F0" w:rsidP="00923606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06614830" w14:textId="21132770" w:rsidR="0081468B" w:rsidRPr="0081468B" w:rsidRDefault="0081468B" w:rsidP="0081468B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bookmarkStart w:id="1" w:name="_Hlk230632415"/>
      <w:r w:rsidRPr="00CA239F">
        <w:rPr>
          <w:i/>
          <w:iCs/>
          <w:sz w:val="20"/>
          <w:szCs w:val="20"/>
          <w:lang w:eastAsia="zh-CN"/>
        </w:rPr>
        <w:t>Theoretical weight is for reference only. Actual weight shall prevail</w:t>
      </w:r>
      <w:bookmarkEnd w:id="1"/>
    </w:p>
    <w:sectPr w:rsidR="0081468B" w:rsidRPr="0081468B" w:rsidSect="00083ADF">
      <w:footerReference w:type="default" r:id="rId12"/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917C9B" w14:textId="77777777" w:rsidR="001B3CCB" w:rsidRDefault="001B3CCB">
      <w:pPr>
        <w:spacing w:after="0" w:line="240" w:lineRule="auto"/>
      </w:pPr>
      <w:r>
        <w:separator/>
      </w:r>
    </w:p>
  </w:endnote>
  <w:endnote w:type="continuationSeparator" w:id="0">
    <w:p w14:paraId="3EAD3D58" w14:textId="77777777" w:rsidR="001B3CCB" w:rsidRDefault="001B3C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6115D8" w14:textId="408F2767" w:rsidR="00923606" w:rsidRDefault="00923606">
    <w:pPr>
      <w:pStyle w:val="a7"/>
    </w:pPr>
    <w:r>
      <w:rPr>
        <w:rFonts w:asciiTheme="minorHAnsi" w:hAnsiTheme="minorHAnsi"/>
        <w:noProof/>
        <w:sz w:val="72"/>
        <w:szCs w:val="7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DB58A5F" wp14:editId="190DF6CE">
              <wp:simplePos x="0" y="0"/>
              <wp:positionH relativeFrom="column">
                <wp:posOffset>-403936</wp:posOffset>
              </wp:positionH>
              <wp:positionV relativeFrom="paragraph">
                <wp:posOffset>168554</wp:posOffset>
              </wp:positionV>
              <wp:extent cx="7903210" cy="556666"/>
              <wp:effectExtent l="57150" t="19050" r="59690" b="72390"/>
              <wp:wrapNone/>
              <wp:docPr id="1765985997" name="矩形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03210" cy="556666"/>
                      </a:xfrm>
                      <a:prstGeom prst="rect">
                        <a:avLst/>
                      </a:prstGeom>
                      <a:solidFill>
                        <a:srgbClr val="00458A"/>
                      </a:solidFill>
                      <a:ln>
                        <a:noFill/>
                      </a:ln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97AEF16" w14:textId="77777777" w:rsidR="00923606" w:rsidRPr="00582B61" w:rsidRDefault="00923606" w:rsidP="00923606">
                          <w:pPr>
                            <w:spacing w:afterLines="50" w:after="120" w:line="240" w:lineRule="auto"/>
                            <w:jc w:val="center"/>
                            <w:rPr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For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S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 xml:space="preserve">ales </w:t>
                          </w:r>
                          <w:r>
                            <w:rPr>
                              <w:rFonts w:hint="eastAsia"/>
                              <w:szCs w:val="18"/>
                              <w:lang w:eastAsia="zh-CN"/>
                            </w:rPr>
                            <w:t>I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nquiries, please contact our global support team via W</w:t>
                          </w:r>
                          <w:r w:rsidRPr="00582B61">
                            <w:rPr>
                              <w:szCs w:val="18"/>
                              <w:lang w:eastAsia="zh-CN"/>
                            </w:rPr>
                            <w:t>hatsApp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: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＋</w:t>
                          </w:r>
                          <w:r w:rsidRPr="00582B61">
                            <w:rPr>
                              <w:rFonts w:hint="eastAsia"/>
                              <w:szCs w:val="18"/>
                              <w:lang w:eastAsia="zh-CN"/>
                            </w:rPr>
                            <w:t>78764422 or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 xml:space="preserve"> </w:t>
                          </w:r>
                          <w:proofErr w:type="spellStart"/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dxl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metal</w:t>
                          </w:r>
                          <w:r w:rsidRPr="00582B61"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@gmail.co</w:t>
                          </w:r>
                          <w:r>
                            <w:rPr>
                              <w:rFonts w:hint="eastAsia"/>
                              <w:color w:val="FFFFFF" w:themeColor="background1"/>
                              <w:szCs w:val="18"/>
                              <w:lang w:eastAsia="zh-CN"/>
                            </w:rPr>
                            <w:t>m</w:t>
                          </w:r>
                          <w:proofErr w:type="spellEnd"/>
                        </w:p>
                        <w:p w14:paraId="7C3304F7" w14:textId="77777777" w:rsidR="00923606" w:rsidRPr="00582B61" w:rsidRDefault="00923606" w:rsidP="00923606">
                          <w:pPr>
                            <w:spacing w:line="240" w:lineRule="auto"/>
                            <w:jc w:val="center"/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</w:pP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DXL</w:t>
                          </w:r>
                          <w:r w:rsidRPr="00582B61">
                            <w:rPr>
                              <w:i/>
                              <w:iCs/>
                              <w:szCs w:val="18"/>
                              <w:lang w:eastAsia="zh-CN"/>
                            </w:rPr>
                            <w:t>—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Reliable Quality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，</w:t>
                          </w:r>
                          <w:r w:rsidRPr="00582B61">
                            <w:rPr>
                              <w:rFonts w:hint="eastAsia"/>
                              <w:i/>
                              <w:iCs/>
                              <w:szCs w:val="18"/>
                              <w:lang w:eastAsia="zh-CN"/>
                            </w:rPr>
                            <w:t>Global Trust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DB58A5F" id="矩形 5" o:spid="_x0000_s1029" style="position:absolute;margin-left:-31.8pt;margin-top:13.25pt;width:622.3pt;height:43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" fillcolor="#00458a" stroked="f">
              <v:shadow on="t" color="black" opacity="22937f" origin=",.5" offset="0,.63889mm"/>
              <v:textbox>
                <w:txbxContent>
                  <w:p w14:paraId="797AEF16" w14:textId="77777777" w:rsidR="00923606" w:rsidRPr="00582B61" w:rsidRDefault="00923606" w:rsidP="00923606">
                    <w:pPr>
                      <w:spacing w:afterLines="50" w:after="120" w:line="240" w:lineRule="auto"/>
                      <w:jc w:val="center"/>
                      <w:rPr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For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S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 xml:space="preserve">ales </w:t>
                    </w:r>
                    <w:r>
                      <w:rPr>
                        <w:rFonts w:hint="eastAsia"/>
                        <w:szCs w:val="18"/>
                        <w:lang w:eastAsia="zh-CN"/>
                      </w:rPr>
                      <w:t>I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nquiries, please contact our global support team via W</w:t>
                    </w:r>
                    <w:r w:rsidRPr="00582B61">
                      <w:rPr>
                        <w:szCs w:val="18"/>
                        <w:lang w:eastAsia="zh-CN"/>
                      </w:rPr>
                      <w:t>hatsApp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: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＋</w:t>
                    </w:r>
                    <w:r w:rsidRPr="00582B61">
                      <w:rPr>
                        <w:rFonts w:hint="eastAsia"/>
                        <w:szCs w:val="18"/>
                        <w:lang w:eastAsia="zh-CN"/>
                      </w:rPr>
                      <w:t>78764422 or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 xml:space="preserve"> </w:t>
                    </w:r>
                    <w:proofErr w:type="spellStart"/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dxl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metal</w:t>
                    </w:r>
                    <w:r w:rsidRPr="00582B61"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@gmail.co</w:t>
                    </w:r>
                    <w:r>
                      <w:rPr>
                        <w:rFonts w:hint="eastAsia"/>
                        <w:color w:val="FFFFFF" w:themeColor="background1"/>
                        <w:szCs w:val="18"/>
                        <w:lang w:eastAsia="zh-CN"/>
                      </w:rPr>
                      <w:t>m</w:t>
                    </w:r>
                    <w:proofErr w:type="spellEnd"/>
                  </w:p>
                  <w:p w14:paraId="7C3304F7" w14:textId="77777777" w:rsidR="00923606" w:rsidRPr="00582B61" w:rsidRDefault="00923606" w:rsidP="00923606">
                    <w:pPr>
                      <w:spacing w:line="240" w:lineRule="auto"/>
                      <w:jc w:val="center"/>
                      <w:rPr>
                        <w:i/>
                        <w:iCs/>
                        <w:szCs w:val="18"/>
                        <w:lang w:eastAsia="zh-CN"/>
                      </w:rPr>
                    </w:pP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DXL</w:t>
                    </w:r>
                    <w:r w:rsidRPr="00582B61">
                      <w:rPr>
                        <w:i/>
                        <w:iCs/>
                        <w:szCs w:val="18"/>
                        <w:lang w:eastAsia="zh-CN"/>
                      </w:rPr>
                      <w:t>—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Reliable Quality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，</w:t>
                    </w:r>
                    <w:r w:rsidRPr="00582B61">
                      <w:rPr>
                        <w:rFonts w:hint="eastAsia"/>
                        <w:i/>
                        <w:iCs/>
                        <w:szCs w:val="18"/>
                        <w:lang w:eastAsia="zh-CN"/>
                      </w:rPr>
                      <w:t>Global Trust</w:t>
                    </w:r>
                  </w:p>
                </w:txbxContent>
              </v:textbox>
            </v:rect>
          </w:pict>
        </mc:Fallback>
      </mc:AlternateContent>
    </w:r>
  </w:p>
  <w:p w14:paraId="036F1DBB" w14:textId="51EE5DBE" w:rsidR="00923606" w:rsidRDefault="0092360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0FD51A" w14:textId="77777777" w:rsidR="001B3CCB" w:rsidRDefault="001B3CCB">
      <w:pPr>
        <w:spacing w:after="0" w:line="240" w:lineRule="auto"/>
      </w:pPr>
      <w:r>
        <w:separator/>
      </w:r>
    </w:p>
  </w:footnote>
  <w:footnote w:type="continuationSeparator" w:id="0">
    <w:p w14:paraId="7E146645" w14:textId="77777777" w:rsidR="001B3CCB" w:rsidRDefault="001B3C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2B60"/>
    <w:rsid w:val="00007C22"/>
    <w:rsid w:val="000215F2"/>
    <w:rsid w:val="00031E1F"/>
    <w:rsid w:val="0003282F"/>
    <w:rsid w:val="00034616"/>
    <w:rsid w:val="0006063C"/>
    <w:rsid w:val="00071919"/>
    <w:rsid w:val="000829D2"/>
    <w:rsid w:val="00083ADF"/>
    <w:rsid w:val="000B1106"/>
    <w:rsid w:val="000B262B"/>
    <w:rsid w:val="000B2FA2"/>
    <w:rsid w:val="000E45E9"/>
    <w:rsid w:val="00105B61"/>
    <w:rsid w:val="0011662C"/>
    <w:rsid w:val="001224E5"/>
    <w:rsid w:val="00130F05"/>
    <w:rsid w:val="00141136"/>
    <w:rsid w:val="0015074B"/>
    <w:rsid w:val="001679CF"/>
    <w:rsid w:val="00183B5F"/>
    <w:rsid w:val="001B3CCB"/>
    <w:rsid w:val="001B4860"/>
    <w:rsid w:val="001C09CC"/>
    <w:rsid w:val="001C1A44"/>
    <w:rsid w:val="001E3ADD"/>
    <w:rsid w:val="001F16ED"/>
    <w:rsid w:val="001F4358"/>
    <w:rsid w:val="00211066"/>
    <w:rsid w:val="00223CB6"/>
    <w:rsid w:val="0022501A"/>
    <w:rsid w:val="00234D5E"/>
    <w:rsid w:val="00236D8E"/>
    <w:rsid w:val="00241ADC"/>
    <w:rsid w:val="00254D29"/>
    <w:rsid w:val="00270E57"/>
    <w:rsid w:val="00281D1D"/>
    <w:rsid w:val="0029639D"/>
    <w:rsid w:val="002A3BAB"/>
    <w:rsid w:val="002B230D"/>
    <w:rsid w:val="002C4EB7"/>
    <w:rsid w:val="002D4093"/>
    <w:rsid w:val="00326F90"/>
    <w:rsid w:val="00363B02"/>
    <w:rsid w:val="00377148"/>
    <w:rsid w:val="003A25D7"/>
    <w:rsid w:val="003D2476"/>
    <w:rsid w:val="003D6B73"/>
    <w:rsid w:val="00423CB6"/>
    <w:rsid w:val="004333C1"/>
    <w:rsid w:val="00460C68"/>
    <w:rsid w:val="00472908"/>
    <w:rsid w:val="00487D8E"/>
    <w:rsid w:val="004A24CE"/>
    <w:rsid w:val="004B6852"/>
    <w:rsid w:val="004D1C23"/>
    <w:rsid w:val="004E1656"/>
    <w:rsid w:val="004F6543"/>
    <w:rsid w:val="00516DF0"/>
    <w:rsid w:val="00553276"/>
    <w:rsid w:val="00570FDC"/>
    <w:rsid w:val="00582B61"/>
    <w:rsid w:val="00583AF7"/>
    <w:rsid w:val="0059127E"/>
    <w:rsid w:val="005A0531"/>
    <w:rsid w:val="005A214E"/>
    <w:rsid w:val="005A2989"/>
    <w:rsid w:val="005B38EC"/>
    <w:rsid w:val="005D7839"/>
    <w:rsid w:val="005F6E1D"/>
    <w:rsid w:val="00615493"/>
    <w:rsid w:val="0065294C"/>
    <w:rsid w:val="006864AC"/>
    <w:rsid w:val="00690968"/>
    <w:rsid w:val="006C3CC3"/>
    <w:rsid w:val="006D6DA4"/>
    <w:rsid w:val="006F4391"/>
    <w:rsid w:val="00705A76"/>
    <w:rsid w:val="00706F32"/>
    <w:rsid w:val="00745F59"/>
    <w:rsid w:val="00761727"/>
    <w:rsid w:val="00776DFC"/>
    <w:rsid w:val="007A6891"/>
    <w:rsid w:val="007F3380"/>
    <w:rsid w:val="008112FF"/>
    <w:rsid w:val="0081468B"/>
    <w:rsid w:val="008371AD"/>
    <w:rsid w:val="008561F7"/>
    <w:rsid w:val="008649FC"/>
    <w:rsid w:val="00866B1E"/>
    <w:rsid w:val="008A455D"/>
    <w:rsid w:val="008C0491"/>
    <w:rsid w:val="008E2A84"/>
    <w:rsid w:val="00907ED3"/>
    <w:rsid w:val="00916D09"/>
    <w:rsid w:val="00917064"/>
    <w:rsid w:val="00923606"/>
    <w:rsid w:val="0096428B"/>
    <w:rsid w:val="00984677"/>
    <w:rsid w:val="00993BFF"/>
    <w:rsid w:val="009A5DCA"/>
    <w:rsid w:val="009B4CBF"/>
    <w:rsid w:val="009E5EEB"/>
    <w:rsid w:val="009E675F"/>
    <w:rsid w:val="009F07E2"/>
    <w:rsid w:val="009F1539"/>
    <w:rsid w:val="009F5B32"/>
    <w:rsid w:val="00A0784F"/>
    <w:rsid w:val="00A15215"/>
    <w:rsid w:val="00A23C60"/>
    <w:rsid w:val="00A65E09"/>
    <w:rsid w:val="00A670F0"/>
    <w:rsid w:val="00A77E25"/>
    <w:rsid w:val="00A859A9"/>
    <w:rsid w:val="00A87442"/>
    <w:rsid w:val="00AA1D8D"/>
    <w:rsid w:val="00AA6F62"/>
    <w:rsid w:val="00AD45A0"/>
    <w:rsid w:val="00AF52A3"/>
    <w:rsid w:val="00B1224E"/>
    <w:rsid w:val="00B172B3"/>
    <w:rsid w:val="00B47730"/>
    <w:rsid w:val="00B638D3"/>
    <w:rsid w:val="00B801FB"/>
    <w:rsid w:val="00B83DC9"/>
    <w:rsid w:val="00B90F74"/>
    <w:rsid w:val="00BA75C0"/>
    <w:rsid w:val="00C01C32"/>
    <w:rsid w:val="00C121B0"/>
    <w:rsid w:val="00C369BA"/>
    <w:rsid w:val="00C522F0"/>
    <w:rsid w:val="00C52897"/>
    <w:rsid w:val="00C8373A"/>
    <w:rsid w:val="00CA2534"/>
    <w:rsid w:val="00CB0664"/>
    <w:rsid w:val="00CB3FD8"/>
    <w:rsid w:val="00CC6BA2"/>
    <w:rsid w:val="00CF3F56"/>
    <w:rsid w:val="00CF7F74"/>
    <w:rsid w:val="00D07F3A"/>
    <w:rsid w:val="00D318DF"/>
    <w:rsid w:val="00D47BFA"/>
    <w:rsid w:val="00D540EF"/>
    <w:rsid w:val="00D951F9"/>
    <w:rsid w:val="00D96E04"/>
    <w:rsid w:val="00DD34A4"/>
    <w:rsid w:val="00DF5A9A"/>
    <w:rsid w:val="00E21DEA"/>
    <w:rsid w:val="00E3655F"/>
    <w:rsid w:val="00E66A93"/>
    <w:rsid w:val="00E826F8"/>
    <w:rsid w:val="00E909A9"/>
    <w:rsid w:val="00EB17B7"/>
    <w:rsid w:val="00EB1854"/>
    <w:rsid w:val="00EC1C6D"/>
    <w:rsid w:val="00ED5590"/>
    <w:rsid w:val="00EE4A03"/>
    <w:rsid w:val="00F01413"/>
    <w:rsid w:val="00F0490C"/>
    <w:rsid w:val="00F10275"/>
    <w:rsid w:val="00F342C1"/>
    <w:rsid w:val="00F354C9"/>
    <w:rsid w:val="00F429C0"/>
    <w:rsid w:val="00F47450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1283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2</cp:revision>
  <cp:lastPrinted>2026-04-25T13:16:00Z</cp:lastPrinted>
  <dcterms:created xsi:type="dcterms:W3CDTF">2026-06-08T07:08:00Z</dcterms:created>
  <dcterms:modified xsi:type="dcterms:W3CDTF">2026-06-08T07:08:00Z</dcterms:modified>
  <cp:category/>
</cp:coreProperties>
</file>