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03A5B92B" w:rsidR="00F0490C" w:rsidRDefault="0059127E" w:rsidP="001C1A44">
      <w:pPr>
        <w:spacing w:after="0" w:line="240" w:lineRule="auto"/>
        <w:rPr>
          <w:rFonts w:asciiTheme="minorHAnsi" w:hAnsiTheme="minorHAnsi"/>
          <w:b/>
          <w:color w:val="0C3666"/>
          <w:sz w:val="72"/>
          <w:szCs w:val="72"/>
        </w:rPr>
      </w:pPr>
      <w:r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HAT CHANNEL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 </w:t>
      </w:r>
    </w:p>
    <w:p w14:paraId="1E18D5A5" w14:textId="1664DD2A" w:rsidR="004333C1" w:rsidRPr="004333C1" w:rsidRDefault="004333C1" w:rsidP="001C1A44">
      <w:pPr>
        <w:spacing w:after="120" w:line="240" w:lineRule="auto"/>
        <w:rPr>
          <w:rFonts w:asciiTheme="minorHAnsi" w:hAnsiTheme="minorHAnsi"/>
          <w:i/>
          <w:iCs/>
          <w:color w:val="0C3666"/>
          <w:sz w:val="44"/>
          <w:szCs w:val="44"/>
          <w:lang w:eastAsia="zh-CN"/>
        </w:rPr>
      </w:pPr>
      <w:r w:rsidRPr="004D1C23"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7A6F5EC3">
                <wp:simplePos x="0" y="0"/>
                <wp:positionH relativeFrom="column">
                  <wp:posOffset>4058</wp:posOffset>
                </wp:positionH>
                <wp:positionV relativeFrom="paragraph">
                  <wp:posOffset>308305</wp:posOffset>
                </wp:positionV>
                <wp:extent cx="7103110" cy="0"/>
                <wp:effectExtent l="38100" t="38100" r="59690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0311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F996B0" id="直接连接符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3pt,24.3pt" to="559.6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Pr="004333C1">
        <w:rPr>
          <w:rFonts w:asciiTheme="minorHAnsi" w:hAnsiTheme="minorHAnsi" w:hint="eastAsia"/>
          <w:i/>
          <w:iCs/>
          <w:color w:val="0C3666"/>
          <w:sz w:val="44"/>
          <w:szCs w:val="44"/>
          <w:lang w:eastAsia="zh-CN"/>
        </w:rPr>
        <w:t>CEILING CHANNEL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1ED21F8E" w14:textId="054BB0E0" w:rsidR="00F0490C" w:rsidRPr="001224E5" w:rsidRDefault="00000000" w:rsidP="001C1A44">
            <w:pPr>
              <w:spacing w:beforeLines="70" w:before="168" w:afterLines="50" w:after="120" w:line="240" w:lineRule="auto"/>
              <w:ind w:firstLineChars="100" w:firstLine="240"/>
              <w:rPr>
                <w:rFonts w:asciiTheme="minorHAnsi" w:hAnsiTheme="minorHAnsi"/>
                <w:sz w:val="24"/>
                <w:szCs w:val="24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DXL- </w:t>
            </w:r>
            <w:r w:rsidR="00460C68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 xml:space="preserve">HC </w:t>
            </w:r>
            <w:r w:rsidR="00690968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SERIES</w:t>
            </w:r>
          </w:p>
          <w:p w14:paraId="7E11427B" w14:textId="3618C206" w:rsidR="00F0490C" w:rsidRPr="008E2A84" w:rsidRDefault="001F16ED" w:rsidP="00C8373A">
            <w:pPr>
              <w:tabs>
                <w:tab w:val="left" w:pos="3006"/>
              </w:tabs>
              <w:ind w:leftChars="100" w:left="180" w:firstLineChars="100" w:firstLine="240"/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8720" behindDoc="0" locked="0" layoutInCell="1" allowOverlap="1" wp14:anchorId="59F6565F" wp14:editId="1031E855">
                  <wp:simplePos x="0" y="0"/>
                  <wp:positionH relativeFrom="column">
                    <wp:posOffset>-188595</wp:posOffset>
                  </wp:positionH>
                  <wp:positionV relativeFrom="paragraph">
                    <wp:posOffset>742315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60C68" w:rsidRPr="00460C68">
              <w:rPr>
                <w:rFonts w:asciiTheme="minorHAnsi" w:hAnsiTheme="minorHAnsi"/>
                <w:sz w:val="16"/>
              </w:rPr>
              <w:t>DXL Hat Channels are cold-formed galvanized steel furring profiles used in ceiling, wall lining and drywall framing systems.</w:t>
            </w:r>
            <w:r w:rsidR="00460C68" w:rsidRPr="008E2A84">
              <w:rPr>
                <w:rFonts w:asciiTheme="minorHAnsi" w:hAnsiTheme="minorHAnsi"/>
                <w:sz w:val="16"/>
              </w:rPr>
              <w:t xml:space="preserve"> </w:t>
            </w:r>
            <w:r w:rsidRPr="008E2A84">
              <w:rPr>
                <w:rFonts w:asciiTheme="minorHAnsi" w:hAnsiTheme="minorHAnsi"/>
                <w:sz w:val="16"/>
              </w:rPr>
              <w:br/>
            </w:r>
            <w:r w:rsidR="00460C68" w:rsidRPr="00460C68">
              <w:rPr>
                <w:rFonts w:asciiTheme="minorHAnsi" w:hAnsiTheme="minorHAnsi" w:hint="eastAsia"/>
                <w:sz w:val="16"/>
                <w:lang w:eastAsia="zh-CN"/>
              </w:rPr>
              <w:t xml:space="preserve">DXL </w:t>
            </w:r>
            <w:r w:rsidR="00460C68" w:rsidRPr="00460C68">
              <w:rPr>
                <w:rFonts w:asciiTheme="minorHAnsi" w:hAnsiTheme="minorHAnsi" w:hint="eastAsia"/>
                <w:sz w:val="16"/>
                <w:lang w:eastAsia="zh-CN"/>
              </w:rPr>
              <w:t>帽型龙骨采用优质冷轧镀锌钢板成型，适用于吊顶、墙面找平及石膏板基层系统。</w:t>
            </w:r>
          </w:p>
          <w:p w14:paraId="773055DA" w14:textId="38A29AFC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产品信息</w:t>
            </w:r>
            <w:proofErr w:type="spellEnd"/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45A7F1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产品名称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EC94DD2" w14:textId="6EA88BAA" w:rsidR="00CA2534" w:rsidRPr="008E2A84" w:rsidRDefault="00130F05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</w:t>
                  </w:r>
                  <w:r w:rsidR="00CA2534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Hat Channel</w:t>
                  </w:r>
                </w:p>
              </w:tc>
            </w:tr>
            <w:tr w:rsidR="00F0490C" w:rsidRPr="008E2A84" w14:paraId="37252975" w14:textId="77777777" w:rsidTr="00E66A93">
              <w:trPr>
                <w:trHeight w:val="363"/>
              </w:trPr>
              <w:tc>
                <w:tcPr>
                  <w:tcW w:w="2280" w:type="dxa"/>
                </w:tcPr>
                <w:p w14:paraId="1CEA4F65" w14:textId="1CB543A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型号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3F4887E" w14:textId="53982491" w:rsidR="00A859A9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</w:t>
                  </w:r>
                  <w:r w:rsidR="00130F05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HC</w:t>
                  </w:r>
                  <w:r w:rsidR="001E3ADD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Series</w:t>
                  </w:r>
                </w:p>
              </w:tc>
            </w:tr>
            <w:tr w:rsidR="00F0490C" w:rsidRPr="008E2A84" w14:paraId="2561057C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27B4459F" w14:textId="2EF61F1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类别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49DFAF9D" w14:textId="0E4D0D79" w:rsidR="00F0490C" w:rsidRPr="008E2A84" w:rsidRDefault="00130F05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</w:t>
                  </w:r>
                  <w:r w:rsidR="001E3ADD" w:rsidRPr="008E2A84">
                    <w:rPr>
                      <w:rFonts w:asciiTheme="minorHAnsi" w:hAnsiTheme="minorHAnsi"/>
                      <w:szCs w:val="18"/>
                    </w:rPr>
                    <w:t xml:space="preserve"> Framing System</w:t>
                  </w:r>
                </w:p>
              </w:tc>
            </w:tr>
            <w:tr w:rsidR="00F0490C" w:rsidRPr="008E2A84" w14:paraId="58469EA0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61C2BA8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应用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51C39C0E" w14:textId="6639867F" w:rsidR="00F0490C" w:rsidRPr="008E2A84" w:rsidRDefault="00460C68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460C68">
                    <w:rPr>
                      <w:rFonts w:asciiTheme="minorHAnsi" w:hAnsiTheme="minorHAnsi"/>
                      <w:szCs w:val="18"/>
                    </w:rPr>
                    <w:t>Ceiling and wall furring systems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365799D1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  <w:bookmarkStart w:id="0" w:name="_Hlk227920392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尺寸参数</w:t>
            </w:r>
            <w:bookmarkEnd w:id="0"/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E66A93">
              <w:tc>
                <w:tcPr>
                  <w:tcW w:w="2268" w:type="dxa"/>
                </w:tcPr>
                <w:p w14:paraId="0D8A0BB7" w14:textId="7611E9DA" w:rsidR="00F0490C" w:rsidRPr="008E2A84" w:rsidRDefault="00DD34A4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Profile Size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(A)</w:t>
                  </w:r>
                </w:p>
              </w:tc>
              <w:tc>
                <w:tcPr>
                  <w:tcW w:w="2977" w:type="dxa"/>
                </w:tcPr>
                <w:p w14:paraId="03F016CB" w14:textId="27E8F1CA" w:rsidR="00F0490C" w:rsidRPr="008E2A84" w:rsidRDefault="00DD34A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S</w:t>
                  </w:r>
                  <w:r>
                    <w:rPr>
                      <w:rFonts w:asciiTheme="minorHAnsi" w:hAnsiTheme="minorHAnsi"/>
                      <w:szCs w:val="18"/>
                      <w:lang w:eastAsia="zh-CN"/>
                    </w:rPr>
                    <w:t>t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andard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＆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Custom Sizes</w:t>
                  </w:r>
                </w:p>
              </w:tc>
            </w:tr>
            <w:tr w:rsidR="00F0490C" w:rsidRPr="008E2A84" w14:paraId="41BE7E2D" w14:textId="77777777" w:rsidTr="00E66A93">
              <w:tc>
                <w:tcPr>
                  <w:tcW w:w="2268" w:type="dxa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</w:tcPr>
                <w:p w14:paraId="04BC2AB1" w14:textId="13BA0E41" w:rsidR="00F0490C" w:rsidRPr="008E2A84" w:rsidRDefault="00DD34A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0.4 0.5 0.6</w:t>
                  </w:r>
                </w:p>
              </w:tc>
            </w:tr>
            <w:tr w:rsidR="00F0490C" w:rsidRPr="008E2A84" w14:paraId="322824FA" w14:textId="77777777" w:rsidTr="00E66A93">
              <w:tc>
                <w:tcPr>
                  <w:tcW w:w="2268" w:type="dxa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</w:tcPr>
                <w:p w14:paraId="1B0BE3A0" w14:textId="315E4A02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7042B84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材料与表面处理</w:t>
            </w:r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E66A93">
              <w:tc>
                <w:tcPr>
                  <w:tcW w:w="2268" w:type="dxa"/>
                </w:tcPr>
                <w:p w14:paraId="2B385B45" w14:textId="6A300722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材质</w:t>
                  </w:r>
                </w:p>
              </w:tc>
              <w:tc>
                <w:tcPr>
                  <w:tcW w:w="2977" w:type="dxa"/>
                </w:tcPr>
                <w:p w14:paraId="2C123E1C" w14:textId="234283A7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alvanized steel</w:t>
                  </w:r>
                </w:p>
              </w:tc>
            </w:tr>
            <w:tr w:rsidR="00F0490C" w:rsidRPr="008E2A84" w14:paraId="04DCA241" w14:textId="77777777" w:rsidTr="00E66A93">
              <w:tc>
                <w:tcPr>
                  <w:tcW w:w="2268" w:type="dxa"/>
                </w:tcPr>
                <w:p w14:paraId="48D514A7" w14:textId="55ACEB8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镀锌层</w:t>
                  </w:r>
                </w:p>
              </w:tc>
              <w:tc>
                <w:tcPr>
                  <w:tcW w:w="2977" w:type="dxa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E66A93">
              <w:tc>
                <w:tcPr>
                  <w:tcW w:w="2268" w:type="dxa"/>
                </w:tcPr>
                <w:p w14:paraId="1F493909" w14:textId="4DB8BDC2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  <w:r w:rsidR="00B801FB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表面处理</w:t>
                  </w:r>
                </w:p>
              </w:tc>
              <w:tc>
                <w:tcPr>
                  <w:tcW w:w="2977" w:type="dxa"/>
                </w:tcPr>
                <w:p w14:paraId="571DC232" w14:textId="07A9796C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Hot-dip Galvanized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02B9E9A8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公差标准</w:t>
            </w:r>
            <w:proofErr w:type="spellEnd"/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E66A93">
              <w:tc>
                <w:tcPr>
                  <w:tcW w:w="2268" w:type="dxa"/>
                </w:tcPr>
                <w:p w14:paraId="3F682845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厚度公差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19DDB04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±0.03 mm</w:t>
                  </w:r>
                </w:p>
              </w:tc>
            </w:tr>
            <w:tr w:rsidR="00F354C9" w:rsidRPr="008E2A84" w14:paraId="4A7CDCAB" w14:textId="77777777" w:rsidTr="00E66A93">
              <w:tc>
                <w:tcPr>
                  <w:tcW w:w="2268" w:type="dxa"/>
                </w:tcPr>
                <w:p w14:paraId="49E4719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宽度公差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5BE710D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±0.50 mm</w:t>
                  </w:r>
                </w:p>
              </w:tc>
            </w:tr>
            <w:tr w:rsidR="00F354C9" w:rsidRPr="008E2A84" w14:paraId="49254248" w14:textId="77777777" w:rsidTr="00E66A93">
              <w:tc>
                <w:tcPr>
                  <w:tcW w:w="2268" w:type="dxa"/>
                </w:tcPr>
                <w:p w14:paraId="332A758C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长度公差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7EEC4523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±5.0 mm</w:t>
                  </w:r>
                </w:p>
              </w:tc>
            </w:tr>
          </w:tbl>
          <w:p w14:paraId="356C93A8" w14:textId="487F9CB2" w:rsidR="00F0490C" w:rsidRPr="008E2A84" w:rsidRDefault="00F0490C">
            <w:pPr>
              <w:rPr>
                <w:rFonts w:asciiTheme="minorHAnsi" w:hAnsiTheme="minorHAnsi"/>
              </w:rPr>
            </w:pPr>
          </w:p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18CDD737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/ </w:t>
            </w:r>
            <w:proofErr w:type="spellStart"/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产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品实物</w:t>
            </w:r>
            <w:proofErr w:type="spellEnd"/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3876119D" w:rsidR="005D7839" w:rsidRDefault="0003282F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48E8077" wp14:editId="5D54AB85">
                        <wp:extent cx="2510790" cy="1673860"/>
                        <wp:effectExtent l="0" t="0" r="3810" b="2540"/>
                        <wp:docPr id="1389534741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89534741" name="图片 1389534741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10790" cy="1673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171BC493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/ </w:t>
            </w:r>
            <w:proofErr w:type="spellStart"/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截面图</w:t>
            </w:r>
            <w:proofErr w:type="spellEnd"/>
          </w:p>
          <w:p w14:paraId="5E832767" w14:textId="0B56A9DB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3C7E8F6C" w14:textId="77AF509C" w:rsidR="000B2FA2" w:rsidRDefault="0003282F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  <w:bookmarkStart w:id="1" w:name="_Hlk228031567"/>
                  <w:r>
                    <w:rPr>
                      <w:noProof/>
                      <w:lang w:eastAsia="zh-CN"/>
                    </w:rPr>
                    <w:drawing>
                      <wp:anchor distT="0" distB="0" distL="114300" distR="114300" simplePos="0" relativeHeight="251686912" behindDoc="0" locked="0" layoutInCell="1" allowOverlap="1" wp14:anchorId="54C4635E" wp14:editId="7E68C54F">
                        <wp:simplePos x="0" y="0"/>
                        <wp:positionH relativeFrom="column">
                          <wp:posOffset>-83820</wp:posOffset>
                        </wp:positionH>
                        <wp:positionV relativeFrom="paragraph">
                          <wp:posOffset>50165</wp:posOffset>
                        </wp:positionV>
                        <wp:extent cx="2870835" cy="1224280"/>
                        <wp:effectExtent l="0" t="0" r="0" b="0"/>
                        <wp:wrapNone/>
                        <wp:docPr id="1924731310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24731310" name="图片 1924731310"/>
                                <pic:cNvPicPr/>
                              </pic:nvPicPr>
                              <pic:blipFill rotWithShape="1">
                                <a:blip r:embed="rId11"/>
                                <a:srcRect l="26989" t="14127" r="8345" b="1201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70835" cy="12242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014C6FEF" w14:textId="3101794D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4D62DAA8" w14:textId="4E8F3B31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4AD7AA44" w14:textId="14756BA5" w:rsidR="0003282F" w:rsidRDefault="0003282F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C901EEC" w14:textId="785C7B34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1815C4A8" w14:textId="6CFD8D76" w:rsidR="00CF3F56" w:rsidRDefault="00CF3F56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1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77777777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/ </w:t>
                                  </w:r>
                                  <w:proofErr w:type="spellStart"/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包装示意</w:t>
                                  </w:r>
                                  <w:proofErr w:type="spellEnd"/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319C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" stroked="f">
                      <v:textbox>
                        <w:txbxContent>
                          <w:p w14:paraId="29E8DFC6" w14:textId="77777777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/ </w:t>
                            </w:r>
                            <w:proofErr w:type="spellStart"/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包装示意</w:t>
                            </w:r>
                            <w:proofErr w:type="spellEnd"/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2C35CD5" w14:textId="6865354E" w:rsidR="00984677" w:rsidRDefault="00B172B3">
      <w:pPr>
        <w:rPr>
          <w:lang w:eastAsia="zh-CN"/>
        </w:rPr>
      </w:pPr>
      <w:r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99BDB" wp14:editId="0E165E95">
                <wp:simplePos x="0" y="0"/>
                <wp:positionH relativeFrom="column">
                  <wp:posOffset>-444500</wp:posOffset>
                </wp:positionH>
                <wp:positionV relativeFrom="paragraph">
                  <wp:posOffset>173178</wp:posOffset>
                </wp:positionV>
                <wp:extent cx="7846355" cy="669290"/>
                <wp:effectExtent l="57150" t="19050" r="59690" b="73660"/>
                <wp:wrapNone/>
                <wp:docPr id="1765985997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6355" cy="669290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25DAB7" w14:textId="662B9A9D" w:rsidR="00E21DEA" w:rsidRPr="00582B61" w:rsidRDefault="00E21DEA" w:rsidP="00EE4A03">
                            <w:pPr>
                              <w:spacing w:afterLines="50" w:after="12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please contact our global support team 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via W</w:t>
                            </w:r>
                            <w:r w:rsidR="00582B61"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121D410C" w14:textId="22E815D8" w:rsidR="00582B61" w:rsidRPr="00582B61" w:rsidRDefault="00582B61" w:rsidP="00582B61">
                            <w:pPr>
                              <w:spacing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99BDB" id="矩形 5" o:spid="_x0000_s1027" style="position:absolute;margin-left:-35pt;margin-top:13.65pt;width:617.8pt;height:52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" fillcolor="#00458a" stroked="f">
                <v:shadow on="t" color="black" opacity="22937f" origin=",.5" offset="0,.63889mm"/>
                <v:textbox>
                  <w:txbxContent>
                    <w:p w14:paraId="1625DAB7" w14:textId="662B9A9D" w:rsidR="00E21DEA" w:rsidRPr="00582B61" w:rsidRDefault="00E21DEA" w:rsidP="00EE4A03">
                      <w:pPr>
                        <w:spacing w:afterLines="50" w:after="12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 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please contact our global support team 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via W</w:t>
                      </w:r>
                      <w:r w:rsidR="00582B61"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121D410C" w14:textId="22E815D8" w:rsidR="00582B61" w:rsidRPr="00582B61" w:rsidRDefault="00582B61" w:rsidP="00582B61">
                      <w:pPr>
                        <w:spacing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</w:txbxContent>
                </v:textbox>
              </v:rect>
            </w:pict>
          </mc:Fallback>
        </mc:AlternateContent>
      </w:r>
    </w:p>
    <w:p w14:paraId="711F52FA" w14:textId="0EFCDFE4" w:rsidR="00A65E09" w:rsidRDefault="00A65E09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lastRenderedPageBreak/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1096" w:type="dxa"/>
        <w:tblLook w:val="04A0" w:firstRow="1" w:lastRow="0" w:firstColumn="1" w:lastColumn="0" w:noHBand="0" w:noVBand="1"/>
      </w:tblPr>
      <w:tblGrid>
        <w:gridCol w:w="1602"/>
        <w:gridCol w:w="1351"/>
        <w:gridCol w:w="1388"/>
        <w:gridCol w:w="1484"/>
        <w:gridCol w:w="1400"/>
        <w:gridCol w:w="1772"/>
        <w:gridCol w:w="2099"/>
      </w:tblGrid>
      <w:tr w:rsidR="00570FDC" w14:paraId="5A60ACED" w14:textId="77777777" w:rsidTr="00F47450">
        <w:trPr>
          <w:trHeight w:val="498"/>
        </w:trPr>
        <w:tc>
          <w:tcPr>
            <w:tcW w:w="1602" w:type="dxa"/>
            <w:vAlign w:val="center"/>
          </w:tcPr>
          <w:p w14:paraId="3AB3671D" w14:textId="337FC6B5" w:rsidR="00570FDC" w:rsidRDefault="00570FDC" w:rsidP="00A65E09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351" w:type="dxa"/>
            <w:vAlign w:val="center"/>
          </w:tcPr>
          <w:p w14:paraId="0F8796EF" w14:textId="3770C9BE" w:rsidR="00570FDC" w:rsidRDefault="00570FD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Overall Width</w:t>
            </w:r>
          </w:p>
        </w:tc>
        <w:tc>
          <w:tcPr>
            <w:tcW w:w="1388" w:type="dxa"/>
            <w:vAlign w:val="center"/>
          </w:tcPr>
          <w:p w14:paraId="5FB608AB" w14:textId="5523696B" w:rsidR="00570FDC" w:rsidRDefault="00570FD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Top Width</w:t>
            </w:r>
          </w:p>
        </w:tc>
        <w:tc>
          <w:tcPr>
            <w:tcW w:w="1484" w:type="dxa"/>
            <w:vAlign w:val="center"/>
          </w:tcPr>
          <w:p w14:paraId="0F61167A" w14:textId="51D08187" w:rsidR="00570FDC" w:rsidRDefault="00570FD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 Width</w:t>
            </w:r>
          </w:p>
        </w:tc>
        <w:tc>
          <w:tcPr>
            <w:tcW w:w="1400" w:type="dxa"/>
            <w:vAlign w:val="center"/>
          </w:tcPr>
          <w:p w14:paraId="7ACCBE73" w14:textId="452F91FA" w:rsidR="00570FDC" w:rsidRDefault="00570FD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Height</w:t>
            </w:r>
          </w:p>
        </w:tc>
        <w:tc>
          <w:tcPr>
            <w:tcW w:w="1772" w:type="dxa"/>
            <w:vAlign w:val="center"/>
          </w:tcPr>
          <w:p w14:paraId="65776AA6" w14:textId="24C223AE" w:rsidR="00570FDC" w:rsidRDefault="00570FDC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 w:rsidR="00F47450"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mm</w:t>
            </w:r>
            <w:r w:rsidR="00F47450">
              <w:rPr>
                <w:rFonts w:hint="eastAsia"/>
                <w:lang w:eastAsia="zh-CN"/>
              </w:rPr>
              <w:t>）</w:t>
            </w:r>
          </w:p>
        </w:tc>
        <w:tc>
          <w:tcPr>
            <w:tcW w:w="2099" w:type="dxa"/>
            <w:vAlign w:val="center"/>
          </w:tcPr>
          <w:p w14:paraId="31435D0A" w14:textId="73B8B532" w:rsidR="00570FDC" w:rsidRDefault="00570FD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</w:tr>
      <w:tr w:rsidR="00570FDC" w14:paraId="609D7D7B" w14:textId="77777777" w:rsidTr="00F47450">
        <w:trPr>
          <w:trHeight w:val="452"/>
        </w:trPr>
        <w:tc>
          <w:tcPr>
            <w:tcW w:w="1602" w:type="dxa"/>
            <w:vAlign w:val="center"/>
          </w:tcPr>
          <w:p w14:paraId="49D6D957" w14:textId="5951B495" w:rsidR="00570FDC" w:rsidRDefault="00570FD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9B4CBF">
              <w:rPr>
                <w:rFonts w:hint="eastAsia"/>
                <w:lang w:eastAsia="zh-CN"/>
              </w:rPr>
              <w:t>HC-42</w:t>
            </w:r>
          </w:p>
        </w:tc>
        <w:tc>
          <w:tcPr>
            <w:tcW w:w="1351" w:type="dxa"/>
            <w:vAlign w:val="center"/>
          </w:tcPr>
          <w:p w14:paraId="525CAD48" w14:textId="0CF2385E" w:rsidR="00570FDC" w:rsidRDefault="00A1521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42</w:t>
            </w:r>
          </w:p>
        </w:tc>
        <w:tc>
          <w:tcPr>
            <w:tcW w:w="1388" w:type="dxa"/>
            <w:vAlign w:val="center"/>
          </w:tcPr>
          <w:p w14:paraId="4870725B" w14:textId="316A1DC0" w:rsidR="00570FDC" w:rsidRDefault="00A1521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23</w:t>
            </w:r>
          </w:p>
        </w:tc>
        <w:tc>
          <w:tcPr>
            <w:tcW w:w="1484" w:type="dxa"/>
            <w:vAlign w:val="center"/>
          </w:tcPr>
          <w:p w14:paraId="3C17F6E6" w14:textId="4F041136" w:rsidR="00570FDC" w:rsidRDefault="00A1521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</w:p>
        </w:tc>
        <w:tc>
          <w:tcPr>
            <w:tcW w:w="1400" w:type="dxa"/>
            <w:vAlign w:val="center"/>
          </w:tcPr>
          <w:p w14:paraId="47B4C365" w14:textId="6A1522E0" w:rsidR="00570FDC" w:rsidRDefault="00A1521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</w:p>
        </w:tc>
        <w:tc>
          <w:tcPr>
            <w:tcW w:w="1772" w:type="dxa"/>
            <w:vAlign w:val="center"/>
          </w:tcPr>
          <w:p w14:paraId="1CDFE6AD" w14:textId="1BB346ED" w:rsidR="00570FDC" w:rsidRDefault="00570FD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099" w:type="dxa"/>
            <w:vAlign w:val="center"/>
          </w:tcPr>
          <w:p w14:paraId="54A1379D" w14:textId="565D5256" w:rsidR="00570FDC" w:rsidRDefault="00570FD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570FDC" w14:paraId="499B4627" w14:textId="77777777" w:rsidTr="00F47450">
        <w:trPr>
          <w:trHeight w:val="498"/>
        </w:trPr>
        <w:tc>
          <w:tcPr>
            <w:tcW w:w="1602" w:type="dxa"/>
            <w:vAlign w:val="center"/>
          </w:tcPr>
          <w:p w14:paraId="14E3D45E" w14:textId="32BBD0CE" w:rsidR="00570FDC" w:rsidRDefault="00570FDC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9B4CBF">
              <w:rPr>
                <w:rFonts w:hint="eastAsia"/>
                <w:lang w:eastAsia="zh-CN"/>
              </w:rPr>
              <w:t>HC-60</w:t>
            </w:r>
          </w:p>
        </w:tc>
        <w:tc>
          <w:tcPr>
            <w:tcW w:w="1351" w:type="dxa"/>
            <w:vAlign w:val="center"/>
          </w:tcPr>
          <w:p w14:paraId="0356D738" w14:textId="692C1EF3" w:rsidR="00570FDC" w:rsidRDefault="00472908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60</w:t>
            </w:r>
          </w:p>
        </w:tc>
        <w:tc>
          <w:tcPr>
            <w:tcW w:w="1388" w:type="dxa"/>
            <w:vAlign w:val="center"/>
          </w:tcPr>
          <w:p w14:paraId="358B343E" w14:textId="2C873E6D" w:rsidR="00570FDC" w:rsidRDefault="00472908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</w:t>
            </w:r>
          </w:p>
        </w:tc>
        <w:tc>
          <w:tcPr>
            <w:tcW w:w="1484" w:type="dxa"/>
            <w:vAlign w:val="center"/>
          </w:tcPr>
          <w:p w14:paraId="69DA91B5" w14:textId="59D864AB" w:rsidR="00570FDC" w:rsidRDefault="00472908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10</w:t>
            </w:r>
          </w:p>
        </w:tc>
        <w:tc>
          <w:tcPr>
            <w:tcW w:w="1400" w:type="dxa"/>
            <w:vAlign w:val="center"/>
          </w:tcPr>
          <w:p w14:paraId="5A0DB4C6" w14:textId="56371748" w:rsidR="00570FDC" w:rsidRDefault="00472908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12</w:t>
            </w:r>
          </w:p>
        </w:tc>
        <w:tc>
          <w:tcPr>
            <w:tcW w:w="1772" w:type="dxa"/>
            <w:vAlign w:val="center"/>
          </w:tcPr>
          <w:p w14:paraId="38601181" w14:textId="7CB8D699" w:rsidR="00570FDC" w:rsidRDefault="00570FDC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099" w:type="dxa"/>
            <w:vAlign w:val="center"/>
          </w:tcPr>
          <w:p w14:paraId="588C59AE" w14:textId="320A1F83" w:rsidR="00570FDC" w:rsidRDefault="00570FDC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570FDC" w14:paraId="44AA4A9A" w14:textId="77777777" w:rsidTr="00F47450">
        <w:trPr>
          <w:trHeight w:val="452"/>
        </w:trPr>
        <w:tc>
          <w:tcPr>
            <w:tcW w:w="1602" w:type="dxa"/>
            <w:vAlign w:val="center"/>
          </w:tcPr>
          <w:p w14:paraId="64DF30A4" w14:textId="5414DDB8" w:rsidR="00570FDC" w:rsidRDefault="00570FDC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9B4CBF">
              <w:rPr>
                <w:rFonts w:hint="eastAsia"/>
                <w:lang w:eastAsia="zh-CN"/>
              </w:rPr>
              <w:t>HC-70</w:t>
            </w:r>
          </w:p>
        </w:tc>
        <w:tc>
          <w:tcPr>
            <w:tcW w:w="1351" w:type="dxa"/>
            <w:vAlign w:val="center"/>
          </w:tcPr>
          <w:p w14:paraId="6159E1B0" w14:textId="374795CD" w:rsidR="00570FDC" w:rsidRDefault="00472908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70</w:t>
            </w:r>
          </w:p>
        </w:tc>
        <w:tc>
          <w:tcPr>
            <w:tcW w:w="1388" w:type="dxa"/>
            <w:vAlign w:val="center"/>
          </w:tcPr>
          <w:p w14:paraId="5033FC2C" w14:textId="02590842" w:rsidR="00570FDC" w:rsidRDefault="00472908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34</w:t>
            </w:r>
          </w:p>
        </w:tc>
        <w:tc>
          <w:tcPr>
            <w:tcW w:w="1484" w:type="dxa"/>
            <w:vAlign w:val="center"/>
          </w:tcPr>
          <w:p w14:paraId="13A64019" w14:textId="584FCE05" w:rsidR="00570FDC" w:rsidRDefault="00472908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10</w:t>
            </w:r>
          </w:p>
        </w:tc>
        <w:tc>
          <w:tcPr>
            <w:tcW w:w="1400" w:type="dxa"/>
            <w:vAlign w:val="center"/>
          </w:tcPr>
          <w:p w14:paraId="6B5F5570" w14:textId="59EDF6D7" w:rsidR="00570FDC" w:rsidRDefault="00472908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772" w:type="dxa"/>
            <w:vAlign w:val="center"/>
          </w:tcPr>
          <w:p w14:paraId="755DF8A7" w14:textId="5ADD003F" w:rsidR="00570FDC" w:rsidRDefault="00570FDC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099" w:type="dxa"/>
            <w:vAlign w:val="center"/>
          </w:tcPr>
          <w:p w14:paraId="31190240" w14:textId="4967B477" w:rsidR="00570FDC" w:rsidRDefault="00570FDC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570FDC" w14:paraId="1751F208" w14:textId="77777777" w:rsidTr="00F47450">
        <w:trPr>
          <w:trHeight w:val="452"/>
        </w:trPr>
        <w:tc>
          <w:tcPr>
            <w:tcW w:w="1602" w:type="dxa"/>
            <w:vAlign w:val="center"/>
          </w:tcPr>
          <w:p w14:paraId="30E4D4E2" w14:textId="60BDD63B" w:rsidR="00570FDC" w:rsidRDefault="00570FDC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9B4CBF">
              <w:rPr>
                <w:rFonts w:hint="eastAsia"/>
                <w:lang w:eastAsia="zh-CN"/>
              </w:rPr>
              <w:t>HC-54</w:t>
            </w:r>
          </w:p>
        </w:tc>
        <w:tc>
          <w:tcPr>
            <w:tcW w:w="1351" w:type="dxa"/>
            <w:vAlign w:val="center"/>
          </w:tcPr>
          <w:p w14:paraId="55C7B4BF" w14:textId="3EC8994D" w:rsidR="00570FDC" w:rsidRDefault="005A2989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54</w:t>
            </w:r>
          </w:p>
        </w:tc>
        <w:tc>
          <w:tcPr>
            <w:tcW w:w="1388" w:type="dxa"/>
            <w:vAlign w:val="center"/>
          </w:tcPr>
          <w:p w14:paraId="696DEAA3" w14:textId="1ECFE27C" w:rsidR="00570FDC" w:rsidRDefault="005A2989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38</w:t>
            </w:r>
          </w:p>
        </w:tc>
        <w:tc>
          <w:tcPr>
            <w:tcW w:w="1484" w:type="dxa"/>
            <w:vAlign w:val="center"/>
          </w:tcPr>
          <w:p w14:paraId="4A7144E6" w14:textId="659F0510" w:rsidR="00570FDC" w:rsidRDefault="005A2989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10</w:t>
            </w:r>
          </w:p>
        </w:tc>
        <w:tc>
          <w:tcPr>
            <w:tcW w:w="1400" w:type="dxa"/>
            <w:vAlign w:val="center"/>
          </w:tcPr>
          <w:p w14:paraId="79ECB159" w14:textId="206FF301" w:rsidR="00570FDC" w:rsidRDefault="005A2989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16</w:t>
            </w:r>
          </w:p>
        </w:tc>
        <w:tc>
          <w:tcPr>
            <w:tcW w:w="1772" w:type="dxa"/>
            <w:vAlign w:val="center"/>
          </w:tcPr>
          <w:p w14:paraId="38CF5498" w14:textId="435DA0C0" w:rsidR="00570FDC" w:rsidRDefault="00570FDC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099" w:type="dxa"/>
            <w:vAlign w:val="center"/>
          </w:tcPr>
          <w:p w14:paraId="04ED1BD8" w14:textId="2A8304D6" w:rsidR="00570FDC" w:rsidRDefault="00570FDC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570FDC" w14:paraId="4DCEA2F7" w14:textId="77777777" w:rsidTr="00F47450">
        <w:trPr>
          <w:trHeight w:val="452"/>
        </w:trPr>
        <w:tc>
          <w:tcPr>
            <w:tcW w:w="1602" w:type="dxa"/>
            <w:vAlign w:val="center"/>
          </w:tcPr>
          <w:p w14:paraId="3DBED81A" w14:textId="63F87DC1" w:rsidR="00570FDC" w:rsidRDefault="00570FDC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351" w:type="dxa"/>
            <w:vAlign w:val="center"/>
          </w:tcPr>
          <w:p w14:paraId="5D7523F4" w14:textId="09D10FFE" w:rsidR="00570FDC" w:rsidRDefault="00570FDC" w:rsidP="00223CB6">
            <w:pPr>
              <w:rPr>
                <w:lang w:eastAsia="zh-CN"/>
              </w:rPr>
            </w:pPr>
          </w:p>
        </w:tc>
        <w:tc>
          <w:tcPr>
            <w:tcW w:w="1388" w:type="dxa"/>
            <w:vAlign w:val="center"/>
          </w:tcPr>
          <w:p w14:paraId="71F11E8E" w14:textId="093D3933" w:rsidR="00570FDC" w:rsidRDefault="00570FDC" w:rsidP="00223CB6">
            <w:pPr>
              <w:rPr>
                <w:lang w:eastAsia="zh-CN"/>
              </w:rPr>
            </w:pPr>
          </w:p>
        </w:tc>
        <w:tc>
          <w:tcPr>
            <w:tcW w:w="1484" w:type="dxa"/>
            <w:vAlign w:val="center"/>
          </w:tcPr>
          <w:p w14:paraId="523225CF" w14:textId="77777777" w:rsidR="00570FDC" w:rsidRDefault="00570FDC" w:rsidP="00223CB6">
            <w:pPr>
              <w:rPr>
                <w:lang w:eastAsia="zh-CN"/>
              </w:rPr>
            </w:pPr>
          </w:p>
        </w:tc>
        <w:tc>
          <w:tcPr>
            <w:tcW w:w="1400" w:type="dxa"/>
            <w:vAlign w:val="center"/>
          </w:tcPr>
          <w:p w14:paraId="668FDE34" w14:textId="77777777" w:rsidR="00570FDC" w:rsidRDefault="00570FDC" w:rsidP="00223CB6">
            <w:pPr>
              <w:rPr>
                <w:lang w:eastAsia="zh-CN"/>
              </w:rPr>
            </w:pPr>
          </w:p>
        </w:tc>
        <w:tc>
          <w:tcPr>
            <w:tcW w:w="1772" w:type="dxa"/>
            <w:vAlign w:val="center"/>
          </w:tcPr>
          <w:p w14:paraId="4A2E2266" w14:textId="085CAE1A" w:rsidR="00570FDC" w:rsidRDefault="00570FDC" w:rsidP="00223CB6">
            <w:pPr>
              <w:rPr>
                <w:lang w:eastAsia="zh-CN"/>
              </w:rPr>
            </w:pPr>
          </w:p>
        </w:tc>
        <w:tc>
          <w:tcPr>
            <w:tcW w:w="2099" w:type="dxa"/>
            <w:vAlign w:val="center"/>
          </w:tcPr>
          <w:p w14:paraId="66EA83C9" w14:textId="01EF80B7" w:rsidR="00570FDC" w:rsidRDefault="00570FDC" w:rsidP="00223CB6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21891B6B" w:rsidR="005D7839" w:rsidRPr="004D1C23" w:rsidRDefault="00745F59" w:rsidP="005D7839">
      <w:pPr>
        <w:pStyle w:val="ae"/>
        <w:ind w:left="480"/>
        <w:rPr>
          <w:i/>
          <w:iCs/>
          <w:sz w:val="20"/>
          <w:szCs w:val="20"/>
          <w:lang w:eastAsia="zh-CN"/>
        </w:rPr>
      </w:pPr>
      <w:r>
        <w:rPr>
          <w:i/>
          <w:iCs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ED9025" wp14:editId="7100DBB6">
                <wp:simplePos x="0" y="0"/>
                <wp:positionH relativeFrom="column">
                  <wp:posOffset>-412077</wp:posOffset>
                </wp:positionH>
                <wp:positionV relativeFrom="paragraph">
                  <wp:posOffset>5465995</wp:posOffset>
                </wp:positionV>
                <wp:extent cx="7824943" cy="938435"/>
                <wp:effectExtent l="57150" t="19050" r="81280" b="90805"/>
                <wp:wrapNone/>
                <wp:docPr id="196438868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4943" cy="938435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98C519" w14:textId="77777777" w:rsidR="00745F59" w:rsidRPr="00582B61" w:rsidRDefault="00745F59" w:rsidP="00745F59">
                            <w:pPr>
                              <w:spacing w:beforeLines="25" w:before="60"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 please contact our global support team via W</w:t>
                            </w:r>
                            <w:r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74CE4EA2" w14:textId="77777777" w:rsidR="00745F59" w:rsidRPr="00582B61" w:rsidRDefault="00745F59" w:rsidP="00745F59">
                            <w:pPr>
                              <w:spacing w:beforeLines="25" w:before="60"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  <w:p w14:paraId="433089D7" w14:textId="77777777" w:rsidR="00745F59" w:rsidRDefault="00745F59" w:rsidP="00745F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ED9025" id="矩形 4" o:spid="_x0000_s1028" style="position:absolute;left:0;text-align:left;margin-left:-32.45pt;margin-top:430.4pt;width:616.15pt;height:73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" fillcolor="#00458a" strokecolor="#4579b8 [3044]">
                <v:shadow on="t" color="black" opacity="22937f" origin=",.5" offset="0,.63889mm"/>
                <v:textbox>
                  <w:txbxContent>
                    <w:p w14:paraId="7998C519" w14:textId="77777777" w:rsidR="00745F59" w:rsidRPr="00582B61" w:rsidRDefault="00745F59" w:rsidP="00745F59">
                      <w:pPr>
                        <w:spacing w:beforeLines="25" w:before="60"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 please contact our global support team via W</w:t>
                      </w:r>
                      <w:r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74CE4EA2" w14:textId="77777777" w:rsidR="00745F59" w:rsidRPr="00582B61" w:rsidRDefault="00745F59" w:rsidP="00745F59">
                      <w:pPr>
                        <w:spacing w:beforeLines="25" w:before="60"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  <w:p w14:paraId="433089D7" w14:textId="77777777" w:rsidR="00745F59" w:rsidRDefault="00745F59" w:rsidP="00745F5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5D7839" w:rsidRPr="004D1C23" w:rsidSect="00083ADF"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6E764" w14:textId="77777777" w:rsidR="009F1539" w:rsidRDefault="009F1539">
      <w:pPr>
        <w:spacing w:after="0" w:line="240" w:lineRule="auto"/>
      </w:pPr>
      <w:r>
        <w:separator/>
      </w:r>
    </w:p>
  </w:endnote>
  <w:endnote w:type="continuationSeparator" w:id="0">
    <w:p w14:paraId="07D7401C" w14:textId="77777777" w:rsidR="009F1539" w:rsidRDefault="009F15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2355B4" w14:textId="77777777" w:rsidR="009F1539" w:rsidRDefault="009F1539">
      <w:pPr>
        <w:spacing w:after="0" w:line="240" w:lineRule="auto"/>
      </w:pPr>
      <w:r>
        <w:separator/>
      </w:r>
    </w:p>
  </w:footnote>
  <w:footnote w:type="continuationSeparator" w:id="0">
    <w:p w14:paraId="3DF32F5C" w14:textId="77777777" w:rsidR="009F1539" w:rsidRDefault="009F15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282F"/>
    <w:rsid w:val="00034616"/>
    <w:rsid w:val="0006063C"/>
    <w:rsid w:val="00071919"/>
    <w:rsid w:val="00083ADF"/>
    <w:rsid w:val="000B1106"/>
    <w:rsid w:val="000B2FA2"/>
    <w:rsid w:val="001224E5"/>
    <w:rsid w:val="00130F05"/>
    <w:rsid w:val="00141136"/>
    <w:rsid w:val="0015074B"/>
    <w:rsid w:val="001679CF"/>
    <w:rsid w:val="00183B5F"/>
    <w:rsid w:val="001C1A44"/>
    <w:rsid w:val="001E3ADD"/>
    <w:rsid w:val="001F16ED"/>
    <w:rsid w:val="001F4358"/>
    <w:rsid w:val="00211066"/>
    <w:rsid w:val="00223CB6"/>
    <w:rsid w:val="0022501A"/>
    <w:rsid w:val="00234D5E"/>
    <w:rsid w:val="00236D8E"/>
    <w:rsid w:val="00241ADC"/>
    <w:rsid w:val="00270E57"/>
    <w:rsid w:val="00281D1D"/>
    <w:rsid w:val="0029639D"/>
    <w:rsid w:val="002A3BAB"/>
    <w:rsid w:val="002C4EB7"/>
    <w:rsid w:val="002D4093"/>
    <w:rsid w:val="00326F90"/>
    <w:rsid w:val="00363B02"/>
    <w:rsid w:val="00377148"/>
    <w:rsid w:val="003A25D7"/>
    <w:rsid w:val="003D2476"/>
    <w:rsid w:val="00423CB6"/>
    <w:rsid w:val="004333C1"/>
    <w:rsid w:val="00460C68"/>
    <w:rsid w:val="00472908"/>
    <w:rsid w:val="004A24CE"/>
    <w:rsid w:val="004B6852"/>
    <w:rsid w:val="004D1C23"/>
    <w:rsid w:val="004E1656"/>
    <w:rsid w:val="004F6543"/>
    <w:rsid w:val="00516DF0"/>
    <w:rsid w:val="00553276"/>
    <w:rsid w:val="00570FDC"/>
    <w:rsid w:val="00582B61"/>
    <w:rsid w:val="0059127E"/>
    <w:rsid w:val="005A214E"/>
    <w:rsid w:val="005A2989"/>
    <w:rsid w:val="005B38EC"/>
    <w:rsid w:val="005D7839"/>
    <w:rsid w:val="00615493"/>
    <w:rsid w:val="0065294C"/>
    <w:rsid w:val="006864AC"/>
    <w:rsid w:val="00690968"/>
    <w:rsid w:val="006F4391"/>
    <w:rsid w:val="00705A76"/>
    <w:rsid w:val="00706F32"/>
    <w:rsid w:val="00745F59"/>
    <w:rsid w:val="00776DFC"/>
    <w:rsid w:val="007A6891"/>
    <w:rsid w:val="008112FF"/>
    <w:rsid w:val="008371AD"/>
    <w:rsid w:val="00866B1E"/>
    <w:rsid w:val="008A455D"/>
    <w:rsid w:val="008E2A84"/>
    <w:rsid w:val="00916D09"/>
    <w:rsid w:val="00917064"/>
    <w:rsid w:val="00984677"/>
    <w:rsid w:val="00993BFF"/>
    <w:rsid w:val="009A5DCA"/>
    <w:rsid w:val="009B4CBF"/>
    <w:rsid w:val="009E675F"/>
    <w:rsid w:val="009F07E2"/>
    <w:rsid w:val="009F1539"/>
    <w:rsid w:val="00A0784F"/>
    <w:rsid w:val="00A15215"/>
    <w:rsid w:val="00A23C60"/>
    <w:rsid w:val="00A65E09"/>
    <w:rsid w:val="00A670F0"/>
    <w:rsid w:val="00A77E25"/>
    <w:rsid w:val="00A859A9"/>
    <w:rsid w:val="00A87442"/>
    <w:rsid w:val="00AA1D8D"/>
    <w:rsid w:val="00AD45A0"/>
    <w:rsid w:val="00B172B3"/>
    <w:rsid w:val="00B47730"/>
    <w:rsid w:val="00B801FB"/>
    <w:rsid w:val="00B90F74"/>
    <w:rsid w:val="00C01C32"/>
    <w:rsid w:val="00C121B0"/>
    <w:rsid w:val="00C369BA"/>
    <w:rsid w:val="00C522F0"/>
    <w:rsid w:val="00C52897"/>
    <w:rsid w:val="00C8373A"/>
    <w:rsid w:val="00CA2534"/>
    <w:rsid w:val="00CB0664"/>
    <w:rsid w:val="00CB3FD8"/>
    <w:rsid w:val="00CF3F56"/>
    <w:rsid w:val="00D318DF"/>
    <w:rsid w:val="00D47BFA"/>
    <w:rsid w:val="00D540EF"/>
    <w:rsid w:val="00D951F9"/>
    <w:rsid w:val="00D96E04"/>
    <w:rsid w:val="00DD34A4"/>
    <w:rsid w:val="00DF5A9A"/>
    <w:rsid w:val="00E21DEA"/>
    <w:rsid w:val="00E3655F"/>
    <w:rsid w:val="00E66A93"/>
    <w:rsid w:val="00E826F8"/>
    <w:rsid w:val="00EC1C6D"/>
    <w:rsid w:val="00EE4A03"/>
    <w:rsid w:val="00F0490C"/>
    <w:rsid w:val="00F10275"/>
    <w:rsid w:val="00F354C9"/>
    <w:rsid w:val="00F47450"/>
    <w:rsid w:val="00FB6801"/>
    <w:rsid w:val="00FC693F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2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42</cp:revision>
  <cp:lastPrinted>2026-04-25T13:16:00Z</cp:lastPrinted>
  <dcterms:created xsi:type="dcterms:W3CDTF">2026-04-23T14:12:00Z</dcterms:created>
  <dcterms:modified xsi:type="dcterms:W3CDTF">2026-04-27T09:36:00Z</dcterms:modified>
  <cp:category/>
</cp:coreProperties>
</file>