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475B2C" w14:textId="06753E1C" w:rsidR="00141136" w:rsidRDefault="00141136">
      <w:r>
        <w:rPr>
          <w:rFonts w:asciiTheme="minorHAnsi" w:hAnsiTheme="minorHAnsi"/>
          <w:noProof/>
          <w:sz w:val="40"/>
          <w:szCs w:val="40"/>
        </w:rPr>
        <w:drawing>
          <wp:anchor distT="0" distB="0" distL="114300" distR="114300" simplePos="0" relativeHeight="251660288" behindDoc="1" locked="0" layoutInCell="1" allowOverlap="1" wp14:anchorId="6FB5B09F" wp14:editId="348E72EB">
            <wp:simplePos x="0" y="0"/>
            <wp:positionH relativeFrom="column">
              <wp:posOffset>5138779</wp:posOffset>
            </wp:positionH>
            <wp:positionV relativeFrom="page">
              <wp:posOffset>263465</wp:posOffset>
            </wp:positionV>
            <wp:extent cx="1690370" cy="1235075"/>
            <wp:effectExtent l="0" t="0" r="5080" b="3175"/>
            <wp:wrapTight wrapText="bothSides">
              <wp:wrapPolygon edited="0">
                <wp:start x="974" y="0"/>
                <wp:lineTo x="0" y="666"/>
                <wp:lineTo x="0" y="20989"/>
                <wp:lineTo x="974" y="21322"/>
                <wp:lineTo x="20448" y="21322"/>
                <wp:lineTo x="21421" y="20989"/>
                <wp:lineTo x="21421" y="666"/>
                <wp:lineTo x="20448" y="0"/>
                <wp:lineTo x="974" y="0"/>
              </wp:wrapPolygon>
            </wp:wrapTight>
            <wp:docPr id="213554121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5541210" name="图片 2135541210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90370" cy="12350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hAnsiTheme="minorHAnsi"/>
          <w:sz w:val="20"/>
          <w:szCs w:val="20"/>
          <w:lang w:eastAsia="zh-CN"/>
        </w:rPr>
        <w:t>Publication</w:t>
      </w:r>
      <w:r>
        <w:rPr>
          <w:rFonts w:asciiTheme="minorHAnsi" w:hAnsiTheme="minorHAnsi" w:hint="eastAsia"/>
          <w:sz w:val="20"/>
          <w:szCs w:val="20"/>
          <w:lang w:eastAsia="zh-CN"/>
        </w:rPr>
        <w:t xml:space="preserve"> </w:t>
      </w:r>
      <w:r w:rsidRPr="009F07E2">
        <w:rPr>
          <w:rFonts w:asciiTheme="minorHAnsi" w:hAnsiTheme="minorHAnsi"/>
          <w:sz w:val="20"/>
          <w:szCs w:val="20"/>
        </w:rPr>
        <w:t>Date 202</w:t>
      </w:r>
      <w:r w:rsidRPr="009F07E2">
        <w:rPr>
          <w:rFonts w:asciiTheme="minorHAnsi" w:hAnsiTheme="minorHAnsi" w:hint="eastAsia"/>
          <w:sz w:val="20"/>
          <w:szCs w:val="20"/>
          <w:lang w:eastAsia="zh-CN"/>
        </w:rPr>
        <w:t>5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678"/>
        <w:gridCol w:w="259"/>
      </w:tblGrid>
      <w:tr w:rsidR="00F0490C" w:rsidRPr="008E2A84" w14:paraId="20055008" w14:textId="77777777" w:rsidTr="00141136">
        <w:tc>
          <w:tcPr>
            <w:tcW w:w="4678" w:type="dxa"/>
          </w:tcPr>
          <w:p w14:paraId="444C3FAC" w14:textId="3BB3495D" w:rsidR="00776DFC" w:rsidRPr="00141136" w:rsidRDefault="00000000" w:rsidP="00141136">
            <w:pPr>
              <w:rPr>
                <w:rFonts w:asciiTheme="minorHAnsi" w:hAnsiTheme="minorHAnsi"/>
                <w:sz w:val="22"/>
                <w:lang w:eastAsia="zh-CN"/>
              </w:rPr>
            </w:pPr>
            <w:r w:rsidRPr="008E2A84">
              <w:rPr>
                <w:rFonts w:asciiTheme="minorHAnsi" w:hAnsiTheme="minorHAnsi"/>
                <w:b/>
                <w:color w:val="0C3666"/>
                <w:sz w:val="28"/>
              </w:rPr>
              <w:t>DXL STEEL FRAMING SYSTEMS</w:t>
            </w:r>
            <w:r w:rsidRPr="008E2A84">
              <w:rPr>
                <w:rFonts w:asciiTheme="minorHAnsi" w:hAnsiTheme="minorHAnsi"/>
                <w:b/>
                <w:color w:val="0C3666"/>
                <w:sz w:val="28"/>
              </w:rPr>
              <w:br/>
            </w:r>
            <w:r w:rsidRPr="008E2A84">
              <w:rPr>
                <w:rFonts w:asciiTheme="minorHAnsi" w:hAnsiTheme="minorHAnsi"/>
                <w:sz w:val="22"/>
              </w:rPr>
              <w:t xml:space="preserve">PRODUCT DATA SHEET </w:t>
            </w:r>
          </w:p>
        </w:tc>
        <w:tc>
          <w:tcPr>
            <w:tcW w:w="259" w:type="dxa"/>
          </w:tcPr>
          <w:p w14:paraId="3C33886B" w14:textId="4D8BC79A" w:rsidR="00F0490C" w:rsidRPr="009F07E2" w:rsidRDefault="00000000" w:rsidP="009F07E2">
            <w:pPr>
              <w:wordWrap w:val="0"/>
              <w:jc w:val="right"/>
              <w:rPr>
                <w:rFonts w:asciiTheme="minorHAnsi" w:hAnsiTheme="minorHAnsi"/>
                <w:sz w:val="20"/>
                <w:szCs w:val="20"/>
                <w:lang w:eastAsia="zh-CN"/>
              </w:rPr>
            </w:pPr>
            <w:r w:rsidRPr="009F07E2">
              <w:rPr>
                <w:rFonts w:asciiTheme="minorHAnsi" w:hAnsiTheme="minorHAnsi"/>
                <w:sz w:val="20"/>
                <w:szCs w:val="20"/>
              </w:rPr>
              <w:br/>
            </w:r>
          </w:p>
        </w:tc>
      </w:tr>
    </w:tbl>
    <w:p w14:paraId="06DC109C" w14:textId="375DD080" w:rsidR="00F0490C" w:rsidRPr="004D1C23" w:rsidRDefault="007951BB" w:rsidP="00A06B82">
      <w:pPr>
        <w:spacing w:after="120"/>
        <w:rPr>
          <w:rFonts w:asciiTheme="minorHAnsi" w:hAnsiTheme="minorHAnsi"/>
          <w:sz w:val="72"/>
          <w:szCs w:val="72"/>
          <w:lang w:eastAsia="zh-CN"/>
        </w:rPr>
      </w:pPr>
      <w:r>
        <w:rPr>
          <w:rFonts w:asciiTheme="minorHAnsi" w:hAnsiTheme="minorHAnsi"/>
          <w:b/>
          <w:noProof/>
          <w:color w:val="0C3666"/>
          <w:sz w:val="24"/>
          <w:szCs w:val="24"/>
        </w:rPr>
        <w:drawing>
          <wp:anchor distT="0" distB="0" distL="114300" distR="114300" simplePos="0" relativeHeight="251678720" behindDoc="0" locked="0" layoutInCell="1" allowOverlap="1" wp14:anchorId="59F6565F" wp14:editId="70B4E9D1">
            <wp:simplePos x="0" y="0"/>
            <wp:positionH relativeFrom="column">
              <wp:posOffset>-218440</wp:posOffset>
            </wp:positionH>
            <wp:positionV relativeFrom="paragraph">
              <wp:posOffset>1541678</wp:posOffset>
            </wp:positionV>
            <wp:extent cx="262255" cy="243205"/>
            <wp:effectExtent l="0" t="0" r="4445" b="4445"/>
            <wp:wrapNone/>
            <wp:docPr id="56793989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7939898" name="图片 567939898"/>
                    <pic:cNvPicPr/>
                  </pic:nvPicPr>
                  <pic:blipFill rotWithShape="1">
                    <a:blip r:embed="rId9"/>
                    <a:srcRect l="61047" t="11548" r="22205" b="665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255" cy="2432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D1C23" w:rsidRPr="004D1C23">
        <w:rPr>
          <w:rFonts w:asciiTheme="minorHAnsi" w:hAnsiTheme="minorHAnsi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7989F6" wp14:editId="41C99916">
                <wp:simplePos x="0" y="0"/>
                <wp:positionH relativeFrom="column">
                  <wp:posOffset>9034</wp:posOffset>
                </wp:positionH>
                <wp:positionV relativeFrom="paragraph">
                  <wp:posOffset>547351</wp:posOffset>
                </wp:positionV>
                <wp:extent cx="7144385" cy="0"/>
                <wp:effectExtent l="38100" t="38100" r="75565" b="95250"/>
                <wp:wrapNone/>
                <wp:docPr id="1864000506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144385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BDFFD5D" id="直接连接符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7pt,43.1pt" to="563.25pt,4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" strokecolor="#4f81bd [3204]" strokeweight="2pt">
                <v:shadow on="t" color="black" opacity="24903f" origin=",.5" offset="0,.55556mm"/>
              </v:line>
            </w:pict>
          </mc:Fallback>
        </mc:AlternateContent>
      </w:r>
      <w:r w:rsidR="00776DFC" w:rsidRPr="004D1C23">
        <w:rPr>
          <w:rFonts w:asciiTheme="minorHAnsi" w:hAnsiTheme="minorHAnsi"/>
          <w:b/>
          <w:color w:val="0C3666"/>
          <w:sz w:val="72"/>
          <w:szCs w:val="72"/>
          <w:lang w:eastAsia="zh-CN"/>
        </w:rPr>
        <w:t>DRY</w:t>
      </w:r>
      <w:r w:rsidR="00776DFC" w:rsidRPr="004D1C23">
        <w:rPr>
          <w:rFonts w:asciiTheme="minorHAnsi" w:hAnsiTheme="minorHAnsi"/>
          <w:b/>
          <w:color w:val="0C3666"/>
          <w:sz w:val="72"/>
          <w:szCs w:val="72"/>
        </w:rPr>
        <w:t xml:space="preserve">WALL </w:t>
      </w:r>
      <w:r w:rsidR="00596926">
        <w:rPr>
          <w:rFonts w:asciiTheme="minorHAnsi" w:hAnsiTheme="minorHAnsi" w:hint="eastAsia"/>
          <w:b/>
          <w:color w:val="0C3666"/>
          <w:sz w:val="72"/>
          <w:szCs w:val="72"/>
          <w:lang w:eastAsia="zh-CN"/>
        </w:rPr>
        <w:t>J-BEAD</w:t>
      </w:r>
    </w:p>
    <w:tbl>
      <w:tblPr>
        <w:tblW w:w="11649" w:type="dxa"/>
        <w:tblInd w:w="-142" w:type="dxa"/>
        <w:tblLook w:val="04A0" w:firstRow="1" w:lastRow="0" w:firstColumn="1" w:lastColumn="0" w:noHBand="0" w:noVBand="1"/>
      </w:tblPr>
      <w:tblGrid>
        <w:gridCol w:w="5864"/>
        <w:gridCol w:w="5785"/>
      </w:tblGrid>
      <w:tr w:rsidR="006864AC" w:rsidRPr="006864AC" w14:paraId="7FF846DC" w14:textId="77777777" w:rsidTr="00281D1D">
        <w:tc>
          <w:tcPr>
            <w:tcW w:w="5864" w:type="dxa"/>
            <w:vAlign w:val="center"/>
          </w:tcPr>
          <w:p w14:paraId="1ED21F8E" w14:textId="38EE3BD3" w:rsidR="00F0490C" w:rsidRPr="001224E5" w:rsidRDefault="00DB051E" w:rsidP="00A06B82">
            <w:pPr>
              <w:spacing w:after="120" w:line="240" w:lineRule="auto"/>
              <w:ind w:firstLineChars="100" w:firstLine="240"/>
              <w:rPr>
                <w:rFonts w:asciiTheme="minorHAnsi" w:hAnsiTheme="minorHAnsi"/>
                <w:sz w:val="24"/>
                <w:szCs w:val="24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24210E05" wp14:editId="5C7872AA">
                      <wp:simplePos x="0" y="0"/>
                      <wp:positionH relativeFrom="column">
                        <wp:posOffset>15240</wp:posOffset>
                      </wp:positionH>
                      <wp:positionV relativeFrom="paragraph">
                        <wp:posOffset>-308610</wp:posOffset>
                      </wp:positionV>
                      <wp:extent cx="1543050" cy="319405"/>
                      <wp:effectExtent l="0" t="0" r="0" b="4445"/>
                      <wp:wrapNone/>
                      <wp:docPr id="25693109" name="文本框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543050" cy="31940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B2B47F6" w14:textId="135098CC" w:rsidR="009B2141" w:rsidRDefault="009B2141">
                                  <w:r w:rsidRPr="001224E5">
                                    <w:rPr>
                                      <w:rFonts w:asciiTheme="minorHAnsi" w:hAnsiTheme="minorHAnsi"/>
                                      <w:b/>
                                      <w:color w:val="0C3666"/>
                                      <w:sz w:val="24"/>
                                      <w:szCs w:val="24"/>
                                    </w:rPr>
                                    <w:t xml:space="preserve">XL- </w:t>
                                  </w:r>
                                  <w:r>
                                    <w:rPr>
                                      <w:rFonts w:asciiTheme="minorHAnsi" w:hAnsiTheme="minorHAnsi" w:hint="eastAsia"/>
                                      <w:b/>
                                      <w:color w:val="0C3666"/>
                                      <w:sz w:val="24"/>
                                      <w:szCs w:val="24"/>
                                      <w:lang w:eastAsia="zh-CN"/>
                                    </w:rPr>
                                    <w:t>JB SERIES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4210E05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5" o:spid="_x0000_s1026" type="#_x0000_t202" style="position:absolute;left:0;text-align:left;margin-left:1.2pt;margin-top:-24.3pt;width:121.5pt;height:25.1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" filled="f" stroked="f" strokeweight=".5pt">
                      <v:textbox>
                        <w:txbxContent>
                          <w:p w14:paraId="5B2B47F6" w14:textId="135098CC" w:rsidR="009B2141" w:rsidRDefault="009B2141">
                            <w:r w:rsidRPr="001224E5">
                              <w:rPr>
                                <w:rFonts w:asciiTheme="minorHAnsi" w:hAnsiTheme="minorHAnsi"/>
                                <w:b/>
                                <w:color w:val="0C3666"/>
                                <w:sz w:val="24"/>
                                <w:szCs w:val="24"/>
                              </w:rPr>
                              <w:t xml:space="preserve">XL- </w:t>
                            </w:r>
                            <w:r>
                              <w:rPr>
                                <w:rFonts w:asciiTheme="minorHAnsi" w:hAnsiTheme="minorHAnsi" w:hint="eastAsia"/>
                                <w:b/>
                                <w:color w:val="0C3666"/>
                                <w:sz w:val="24"/>
                                <w:szCs w:val="24"/>
                                <w:lang w:eastAsia="zh-CN"/>
                              </w:rPr>
                              <w:t>JB SERIES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676FD6AD" wp14:editId="56C12F59">
                      <wp:simplePos x="0" y="0"/>
                      <wp:positionH relativeFrom="column">
                        <wp:posOffset>-74930</wp:posOffset>
                      </wp:positionH>
                      <wp:positionV relativeFrom="paragraph">
                        <wp:posOffset>-95250</wp:posOffset>
                      </wp:positionV>
                      <wp:extent cx="3364865" cy="509905"/>
                      <wp:effectExtent l="0" t="0" r="0" b="4445"/>
                      <wp:wrapNone/>
                      <wp:docPr id="3378037" name="文本框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364865" cy="50990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98ABC7D" w14:textId="77777777" w:rsidR="009B2141" w:rsidRPr="007951BB" w:rsidRDefault="009B2141" w:rsidP="009B2141">
                                  <w:pPr>
                                    <w:tabs>
                                      <w:tab w:val="left" w:pos="3006"/>
                                    </w:tabs>
                                    <w:spacing w:after="0"/>
                                    <w:ind w:leftChars="100" w:left="180" w:firstLineChars="100" w:firstLine="160"/>
                                    <w:rPr>
                                      <w:rFonts w:asciiTheme="minorHAnsi" w:hAnsiTheme="minorHAnsi"/>
                                      <w:sz w:val="16"/>
                                    </w:rPr>
                                  </w:pPr>
                                  <w:r w:rsidRPr="007951BB">
                                    <w:rPr>
                                      <w:rFonts w:asciiTheme="minorHAnsi" w:hAnsiTheme="minorHAnsi"/>
                                      <w:sz w:val="16"/>
                                    </w:rPr>
                                    <w:t>DXL J-Beads are galvanized steel edge trim profiles used to finish and protect exposed drywall board edges.</w:t>
                                  </w:r>
                                </w:p>
                                <w:p w14:paraId="7810A652" w14:textId="77777777" w:rsidR="009B2141" w:rsidRDefault="009B2141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76FD6AD" id="文本框 4" o:spid="_x0000_s1027" type="#_x0000_t202" style="position:absolute;left:0;text-align:left;margin-left:-5.9pt;margin-top:-7.5pt;width:264.95pt;height:40.1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" filled="f" stroked="f" strokeweight=".5pt">
                      <v:textbox>
                        <w:txbxContent>
                          <w:p w14:paraId="198ABC7D" w14:textId="77777777" w:rsidR="009B2141" w:rsidRPr="007951BB" w:rsidRDefault="009B2141" w:rsidP="009B2141">
                            <w:pPr>
                              <w:tabs>
                                <w:tab w:val="left" w:pos="3006"/>
                              </w:tabs>
                              <w:spacing w:after="0"/>
                              <w:ind w:leftChars="100" w:left="180" w:firstLineChars="100" w:firstLine="160"/>
                              <w:rPr>
                                <w:rFonts w:asciiTheme="minorHAnsi" w:hAnsiTheme="minorHAnsi"/>
                                <w:sz w:val="16"/>
                              </w:rPr>
                            </w:pPr>
                            <w:r w:rsidRPr="007951BB">
                              <w:rPr>
                                <w:rFonts w:asciiTheme="minorHAnsi" w:hAnsiTheme="minorHAnsi"/>
                                <w:sz w:val="16"/>
                              </w:rPr>
                              <w:t>DXL J-Beads are galvanized steel edge trim profiles used to finish and protect exposed drywall board edges.</w:t>
                            </w:r>
                          </w:p>
                          <w:p w14:paraId="7810A652" w14:textId="77777777" w:rsidR="009B2141" w:rsidRDefault="009B2141"/>
                        </w:txbxContent>
                      </v:textbox>
                    </v:shape>
                  </w:pict>
                </mc:Fallback>
              </mc:AlternateContent>
            </w:r>
          </w:p>
          <w:p w14:paraId="7E11427B" w14:textId="16CF48B3" w:rsidR="00F0490C" w:rsidRPr="008E2A84" w:rsidRDefault="00F0490C" w:rsidP="007951BB">
            <w:pPr>
              <w:tabs>
                <w:tab w:val="left" w:pos="3006"/>
              </w:tabs>
              <w:spacing w:after="0"/>
              <w:ind w:leftChars="100" w:left="180" w:firstLineChars="100" w:firstLine="180"/>
              <w:rPr>
                <w:rFonts w:asciiTheme="minorHAnsi" w:hAnsiTheme="minorHAnsi"/>
                <w:lang w:eastAsia="zh-CN"/>
              </w:rPr>
            </w:pPr>
          </w:p>
          <w:p w14:paraId="773055DA" w14:textId="2924BD44" w:rsidR="00F0490C" w:rsidRPr="008E2A84" w:rsidRDefault="00000000" w:rsidP="00E66A93">
            <w:pPr>
              <w:ind w:firstLineChars="100" w:firstLine="240"/>
              <w:rPr>
                <w:rFonts w:asciiTheme="minorHAnsi" w:hAnsiTheme="minorHAnsi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>1. PRODUCT INFORMATION</w:t>
            </w:r>
          </w:p>
          <w:tbl>
            <w:tblPr>
              <w:tblStyle w:val="aff1"/>
              <w:tblW w:w="5306" w:type="dxa"/>
              <w:tblInd w:w="167" w:type="dxa"/>
              <w:tblLook w:val="04A0" w:firstRow="1" w:lastRow="0" w:firstColumn="1" w:lastColumn="0" w:noHBand="0" w:noVBand="1"/>
            </w:tblPr>
            <w:tblGrid>
              <w:gridCol w:w="2280"/>
              <w:gridCol w:w="3026"/>
            </w:tblGrid>
            <w:tr w:rsidR="00F0490C" w:rsidRPr="008E2A84" w14:paraId="3BBB564B" w14:textId="77777777" w:rsidTr="004047D6">
              <w:trPr>
                <w:trHeight w:val="348"/>
              </w:trPr>
              <w:tc>
                <w:tcPr>
                  <w:tcW w:w="2280" w:type="dxa"/>
                  <w:vAlign w:val="center"/>
                </w:tcPr>
                <w:p w14:paraId="145A7F10" w14:textId="017DA310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Product Name </w:t>
                  </w:r>
                </w:p>
              </w:tc>
              <w:tc>
                <w:tcPr>
                  <w:tcW w:w="3026" w:type="dxa"/>
                  <w:vAlign w:val="center"/>
                </w:tcPr>
                <w:p w14:paraId="6EC94DD2" w14:textId="39503EE7" w:rsidR="00F0490C" w:rsidRPr="008E2A84" w:rsidRDefault="00596926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Drywall F-Bead</w:t>
                  </w:r>
                </w:p>
              </w:tc>
            </w:tr>
            <w:tr w:rsidR="00F0490C" w:rsidRPr="008E2A84" w14:paraId="37252975" w14:textId="77777777" w:rsidTr="004047D6">
              <w:trPr>
                <w:trHeight w:val="363"/>
              </w:trPr>
              <w:tc>
                <w:tcPr>
                  <w:tcW w:w="2280" w:type="dxa"/>
                  <w:vAlign w:val="center"/>
                </w:tcPr>
                <w:p w14:paraId="1CEA4F65" w14:textId="4BE5499F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Model No. </w:t>
                  </w:r>
                </w:p>
              </w:tc>
              <w:tc>
                <w:tcPr>
                  <w:tcW w:w="3026" w:type="dxa"/>
                  <w:vAlign w:val="center"/>
                </w:tcPr>
                <w:p w14:paraId="63F4887E" w14:textId="564687E7" w:rsidR="00A859A9" w:rsidRPr="008E2A84" w:rsidRDefault="00596926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DXL-JB Series</w:t>
                  </w:r>
                </w:p>
              </w:tc>
            </w:tr>
            <w:tr w:rsidR="00F0490C" w:rsidRPr="008E2A84" w14:paraId="2561057C" w14:textId="77777777" w:rsidTr="004047D6">
              <w:trPr>
                <w:trHeight w:val="348"/>
              </w:trPr>
              <w:tc>
                <w:tcPr>
                  <w:tcW w:w="2280" w:type="dxa"/>
                  <w:vAlign w:val="center"/>
                </w:tcPr>
                <w:p w14:paraId="27B4459F" w14:textId="36462411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Category </w:t>
                  </w:r>
                </w:p>
              </w:tc>
              <w:tc>
                <w:tcPr>
                  <w:tcW w:w="3026" w:type="dxa"/>
                  <w:vAlign w:val="center"/>
                </w:tcPr>
                <w:p w14:paraId="49DFAF9D" w14:textId="4B8DAF40" w:rsidR="00F0490C" w:rsidRPr="008E2A84" w:rsidRDefault="00596926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Dryw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>all Framing System</w:t>
                  </w:r>
                </w:p>
              </w:tc>
            </w:tr>
            <w:tr w:rsidR="00F0490C" w:rsidRPr="008E2A84" w14:paraId="58469EA0" w14:textId="77777777" w:rsidTr="004047D6">
              <w:trPr>
                <w:trHeight w:val="348"/>
              </w:trPr>
              <w:tc>
                <w:tcPr>
                  <w:tcW w:w="2280" w:type="dxa"/>
                  <w:vAlign w:val="center"/>
                </w:tcPr>
                <w:p w14:paraId="161C2BA8" w14:textId="798F8736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Application </w:t>
                  </w:r>
                </w:p>
              </w:tc>
              <w:tc>
                <w:tcPr>
                  <w:tcW w:w="3026" w:type="dxa"/>
                  <w:vAlign w:val="center"/>
                </w:tcPr>
                <w:p w14:paraId="51C39C0E" w14:textId="618D78B8" w:rsidR="00F0490C" w:rsidRPr="008E2A84" w:rsidRDefault="007951BB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7951BB">
                    <w:rPr>
                      <w:rFonts w:asciiTheme="minorHAnsi" w:hAnsiTheme="minorHAnsi"/>
                      <w:szCs w:val="18"/>
                    </w:rPr>
                    <w:t>Drywall edge finishing and termination</w:t>
                  </w:r>
                </w:p>
              </w:tc>
            </w:tr>
          </w:tbl>
          <w:p w14:paraId="4355A665" w14:textId="468631DC" w:rsidR="00F0490C" w:rsidRPr="008E2A84" w:rsidRDefault="00C8373A">
            <w:pPr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79744" behindDoc="0" locked="0" layoutInCell="1" allowOverlap="1" wp14:anchorId="51FD460F" wp14:editId="4AC594D6">
                  <wp:simplePos x="0" y="0"/>
                  <wp:positionH relativeFrom="column">
                    <wp:posOffset>-187960</wp:posOffset>
                  </wp:positionH>
                  <wp:positionV relativeFrom="paragraph">
                    <wp:posOffset>238760</wp:posOffset>
                  </wp:positionV>
                  <wp:extent cx="258445" cy="234950"/>
                  <wp:effectExtent l="0" t="0" r="8255" b="0"/>
                  <wp:wrapNone/>
                  <wp:docPr id="1838013173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42078" t="11376" r="41896" b="6678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8445" cy="2349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7DD3D6B" w14:textId="1F21F6CB" w:rsidR="00F0490C" w:rsidRPr="008E2A84" w:rsidRDefault="00000000" w:rsidP="00E66A93">
            <w:pPr>
              <w:ind w:firstLineChars="100" w:firstLine="240"/>
              <w:rPr>
                <w:rFonts w:asciiTheme="minorHAnsi" w:hAnsiTheme="minorHAnsi"/>
                <w:lang w:eastAsia="zh-CN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 xml:space="preserve">2. DIMENSIONS </w:t>
            </w:r>
          </w:p>
          <w:tbl>
            <w:tblPr>
              <w:tblStyle w:val="aff1"/>
              <w:tblW w:w="5245" w:type="dxa"/>
              <w:tblInd w:w="167" w:type="dxa"/>
              <w:tblLook w:val="04A0" w:firstRow="1" w:lastRow="0" w:firstColumn="1" w:lastColumn="0" w:noHBand="0" w:noVBand="1"/>
            </w:tblPr>
            <w:tblGrid>
              <w:gridCol w:w="2268"/>
              <w:gridCol w:w="2977"/>
            </w:tblGrid>
            <w:tr w:rsidR="00F0490C" w:rsidRPr="008E2A84" w14:paraId="2CA71CC6" w14:textId="77777777" w:rsidTr="004047D6">
              <w:tc>
                <w:tcPr>
                  <w:tcW w:w="2268" w:type="dxa"/>
                  <w:vAlign w:val="center"/>
                </w:tcPr>
                <w:p w14:paraId="0D8A0BB7" w14:textId="6E6E7C52" w:rsidR="00F0490C" w:rsidRPr="008E2A84" w:rsidRDefault="00667AA1" w:rsidP="00A859A9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Profile Size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 (A)</w:t>
                  </w:r>
                </w:p>
              </w:tc>
              <w:tc>
                <w:tcPr>
                  <w:tcW w:w="2977" w:type="dxa"/>
                  <w:vAlign w:val="center"/>
                </w:tcPr>
                <w:p w14:paraId="03F016CB" w14:textId="2F5BFE71" w:rsidR="00F0490C" w:rsidRPr="008E2A84" w:rsidRDefault="00667AA1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S</w:t>
                  </w:r>
                  <w:r>
                    <w:rPr>
                      <w:rFonts w:asciiTheme="minorHAnsi" w:hAnsiTheme="minorHAnsi"/>
                      <w:szCs w:val="18"/>
                      <w:lang w:eastAsia="zh-CN"/>
                    </w:rPr>
                    <w:t>t</w:t>
                  </w: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andard</w:t>
                  </w: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＆</w:t>
                  </w: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Custom Sizes</w:t>
                  </w:r>
                </w:p>
              </w:tc>
            </w:tr>
            <w:tr w:rsidR="00F0490C" w:rsidRPr="008E2A84" w14:paraId="41BE7E2D" w14:textId="77777777" w:rsidTr="004047D6">
              <w:tc>
                <w:tcPr>
                  <w:tcW w:w="2268" w:type="dxa"/>
                  <w:vAlign w:val="center"/>
                </w:tcPr>
                <w:p w14:paraId="7F12866E" w14:textId="77777777" w:rsidR="00F0490C" w:rsidRPr="008E2A84" w:rsidRDefault="00000000" w:rsidP="00A859A9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Thickness (T)</w:t>
                  </w:r>
                </w:p>
              </w:tc>
              <w:tc>
                <w:tcPr>
                  <w:tcW w:w="2977" w:type="dxa"/>
                  <w:vAlign w:val="center"/>
                </w:tcPr>
                <w:p w14:paraId="04BC2AB1" w14:textId="48C3B635" w:rsidR="00F0490C" w:rsidRPr="008E2A84" w:rsidRDefault="00383E3F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0.35 - 0.50 mm</w:t>
                  </w:r>
                </w:p>
              </w:tc>
            </w:tr>
            <w:tr w:rsidR="00F0490C" w:rsidRPr="008E2A84" w14:paraId="322824FA" w14:textId="77777777" w:rsidTr="004047D6">
              <w:tc>
                <w:tcPr>
                  <w:tcW w:w="2268" w:type="dxa"/>
                  <w:vAlign w:val="center"/>
                </w:tcPr>
                <w:p w14:paraId="43FB4ED4" w14:textId="63578E7B" w:rsidR="00F0490C" w:rsidRPr="008E2A84" w:rsidRDefault="00A859A9" w:rsidP="00A859A9">
                  <w:pPr>
                    <w:spacing w:line="276" w:lineRule="auto"/>
                    <w:rPr>
                      <w:rFonts w:asciiTheme="minorHAnsi" w:eastAsia="黑体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eastAsia="黑体" w:hAnsiTheme="minorHAnsi"/>
                      <w:szCs w:val="18"/>
                      <w:lang w:eastAsia="zh-CN"/>
                    </w:rPr>
                    <w:t>Length</w:t>
                  </w:r>
                </w:p>
              </w:tc>
              <w:tc>
                <w:tcPr>
                  <w:tcW w:w="2977" w:type="dxa"/>
                  <w:vAlign w:val="center"/>
                </w:tcPr>
                <w:p w14:paraId="1B0BE3A0" w14:textId="7F8CE4CF" w:rsidR="00F0490C" w:rsidRPr="008E2A84" w:rsidRDefault="00596926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2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8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>00 / 3000 / Custom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（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≥2000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）</w:t>
                  </w:r>
                </w:p>
              </w:tc>
            </w:tr>
          </w:tbl>
          <w:p w14:paraId="52A50D3E" w14:textId="59B4CA5B" w:rsidR="00F0490C" w:rsidRPr="008E2A84" w:rsidRDefault="001F16ED">
            <w:pPr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0768" behindDoc="0" locked="0" layoutInCell="1" allowOverlap="1" wp14:anchorId="3E3C4827" wp14:editId="34168769">
                  <wp:simplePos x="0" y="0"/>
                  <wp:positionH relativeFrom="column">
                    <wp:posOffset>-164465</wp:posOffset>
                  </wp:positionH>
                  <wp:positionV relativeFrom="paragraph">
                    <wp:posOffset>251460</wp:posOffset>
                  </wp:positionV>
                  <wp:extent cx="231775" cy="220980"/>
                  <wp:effectExtent l="0" t="0" r="0" b="7620"/>
                  <wp:wrapNone/>
                  <wp:docPr id="1033022693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62016" t="40182" r="23303" b="3889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1775" cy="2209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0F9D3A0" w14:textId="117A2730" w:rsidR="00F0490C" w:rsidRPr="008E2A84" w:rsidRDefault="00000000" w:rsidP="00E66A93">
            <w:pPr>
              <w:ind w:firstLineChars="100" w:firstLine="240"/>
              <w:rPr>
                <w:rFonts w:asciiTheme="minorHAnsi" w:hAnsiTheme="minorHAnsi"/>
                <w:lang w:eastAsia="zh-CN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>3. MATERIAL</w:t>
            </w:r>
          </w:p>
          <w:tbl>
            <w:tblPr>
              <w:tblStyle w:val="aff1"/>
              <w:tblW w:w="5245" w:type="dxa"/>
              <w:tblInd w:w="167" w:type="dxa"/>
              <w:tblLook w:val="04A0" w:firstRow="1" w:lastRow="0" w:firstColumn="1" w:lastColumn="0" w:noHBand="0" w:noVBand="1"/>
            </w:tblPr>
            <w:tblGrid>
              <w:gridCol w:w="2268"/>
              <w:gridCol w:w="2977"/>
            </w:tblGrid>
            <w:tr w:rsidR="00F0490C" w:rsidRPr="008E2A84" w14:paraId="52E57C0E" w14:textId="77777777" w:rsidTr="004047D6">
              <w:tc>
                <w:tcPr>
                  <w:tcW w:w="2268" w:type="dxa"/>
                  <w:vAlign w:val="center"/>
                </w:tcPr>
                <w:p w14:paraId="2B385B45" w14:textId="71E91F9D" w:rsidR="00F0490C" w:rsidRPr="008E2A84" w:rsidRDefault="00D318DF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Material</w:t>
                  </w:r>
                </w:p>
              </w:tc>
              <w:tc>
                <w:tcPr>
                  <w:tcW w:w="2977" w:type="dxa"/>
                  <w:vAlign w:val="center"/>
                </w:tcPr>
                <w:p w14:paraId="2C123E1C" w14:textId="6B0295FE" w:rsidR="00F0490C" w:rsidRPr="008E2A84" w:rsidRDefault="00C25427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 xml:space="preserve">Hot-dip 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Galvanized steel</w:t>
                  </w:r>
                </w:p>
              </w:tc>
            </w:tr>
            <w:tr w:rsidR="00F0490C" w:rsidRPr="008E2A84" w14:paraId="04DCA241" w14:textId="77777777" w:rsidTr="004047D6">
              <w:tc>
                <w:tcPr>
                  <w:tcW w:w="2268" w:type="dxa"/>
                  <w:vAlign w:val="center"/>
                </w:tcPr>
                <w:p w14:paraId="48D514A7" w14:textId="66D6D4A1" w:rsidR="00F0490C" w:rsidRPr="008E2A84" w:rsidRDefault="00B801FB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Zinc Coating </w:t>
                  </w:r>
                </w:p>
              </w:tc>
              <w:tc>
                <w:tcPr>
                  <w:tcW w:w="2977" w:type="dxa"/>
                  <w:vAlign w:val="center"/>
                </w:tcPr>
                <w:p w14:paraId="31863644" w14:textId="1E245432" w:rsidR="00F0490C" w:rsidRPr="008E2A84" w:rsidRDefault="00B801FB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Z100 - Z275 g/m²</w:t>
                  </w:r>
                </w:p>
              </w:tc>
            </w:tr>
            <w:tr w:rsidR="00C25427" w:rsidRPr="008E2A84" w14:paraId="2BAFCD49" w14:textId="77777777" w:rsidTr="004047D6">
              <w:tc>
                <w:tcPr>
                  <w:tcW w:w="2268" w:type="dxa"/>
                  <w:vAlign w:val="center"/>
                </w:tcPr>
                <w:p w14:paraId="1F493909" w14:textId="207D7D88" w:rsidR="00C25427" w:rsidRPr="008E2A84" w:rsidRDefault="00C25427" w:rsidP="00C25427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Surface finish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 </w:t>
                  </w:r>
                </w:p>
              </w:tc>
              <w:tc>
                <w:tcPr>
                  <w:tcW w:w="2977" w:type="dxa"/>
                  <w:vAlign w:val="center"/>
                </w:tcPr>
                <w:p w14:paraId="571DC232" w14:textId="2A3323EC" w:rsidR="00C25427" w:rsidRPr="008E2A84" w:rsidRDefault="00C25427" w:rsidP="00C25427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AF4E70">
                    <w:rPr>
                      <w:rFonts w:asciiTheme="minorHAnsi" w:hAnsiTheme="minorHAnsi"/>
                      <w:szCs w:val="18"/>
                      <w:lang w:eastAsia="zh-CN"/>
                    </w:rPr>
                    <w:t>Galvanized silver-grey finish; custom color powder coating available.</w:t>
                  </w:r>
                </w:p>
              </w:tc>
            </w:tr>
          </w:tbl>
          <w:p w14:paraId="13D8CDDD" w14:textId="46E9EDC6" w:rsidR="004D1C23" w:rsidRPr="008E2A84" w:rsidRDefault="001F16ED">
            <w:pPr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1792" behindDoc="0" locked="0" layoutInCell="1" allowOverlap="1" wp14:anchorId="0000621F" wp14:editId="00856DD4">
                  <wp:simplePos x="0" y="0"/>
                  <wp:positionH relativeFrom="column">
                    <wp:posOffset>-193040</wp:posOffset>
                  </wp:positionH>
                  <wp:positionV relativeFrom="paragraph">
                    <wp:posOffset>233680</wp:posOffset>
                  </wp:positionV>
                  <wp:extent cx="262255" cy="246380"/>
                  <wp:effectExtent l="0" t="0" r="4445" b="1270"/>
                  <wp:wrapNone/>
                  <wp:docPr id="1144924499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4524" t="39803" r="80248" b="387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255" cy="246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FB860D8" w14:textId="284EA4CD" w:rsidR="00F0490C" w:rsidRPr="008E2A84" w:rsidRDefault="00000000" w:rsidP="00E66A93">
            <w:pPr>
              <w:ind w:firstLineChars="100" w:firstLine="240"/>
              <w:rPr>
                <w:rFonts w:asciiTheme="minorHAnsi" w:hAnsiTheme="minorHAnsi"/>
                <w:lang w:eastAsia="zh-CN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>4. TOLERANCE</w:t>
            </w:r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 xml:space="preserve"> </w:t>
            </w:r>
          </w:p>
          <w:tbl>
            <w:tblPr>
              <w:tblStyle w:val="aff1"/>
              <w:tblW w:w="0" w:type="auto"/>
              <w:tblInd w:w="167" w:type="dxa"/>
              <w:tblLook w:val="04A0" w:firstRow="1" w:lastRow="0" w:firstColumn="1" w:lastColumn="0" w:noHBand="0" w:noVBand="1"/>
            </w:tblPr>
            <w:tblGrid>
              <w:gridCol w:w="2268"/>
              <w:gridCol w:w="2977"/>
            </w:tblGrid>
            <w:tr w:rsidR="00F354C9" w:rsidRPr="008E2A84" w14:paraId="68C0DCD3" w14:textId="77777777" w:rsidTr="00986FFD">
              <w:tc>
                <w:tcPr>
                  <w:tcW w:w="2268" w:type="dxa"/>
                </w:tcPr>
                <w:p w14:paraId="3F682845" w14:textId="6C150A36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Thickness </w:t>
                  </w:r>
                </w:p>
              </w:tc>
              <w:tc>
                <w:tcPr>
                  <w:tcW w:w="2977" w:type="dxa"/>
                  <w:vAlign w:val="center"/>
                </w:tcPr>
                <w:p w14:paraId="19DDB04B" w14:textId="1B888196" w:rsidR="00F0490C" w:rsidRPr="008E2A84" w:rsidRDefault="00D62C1F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0/-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>0.</w:t>
                  </w:r>
                  <w:r w:rsidR="00660A48"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0</w:t>
                  </w: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2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 mm</w:t>
                  </w:r>
                </w:p>
              </w:tc>
            </w:tr>
            <w:tr w:rsidR="00F354C9" w:rsidRPr="008E2A84" w14:paraId="4A7CDCAB" w14:textId="77777777" w:rsidTr="00986FFD">
              <w:tc>
                <w:tcPr>
                  <w:tcW w:w="2268" w:type="dxa"/>
                </w:tcPr>
                <w:p w14:paraId="49E4719B" w14:textId="77AEDF11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Width </w:t>
                  </w:r>
                </w:p>
              </w:tc>
              <w:tc>
                <w:tcPr>
                  <w:tcW w:w="2977" w:type="dxa"/>
                  <w:vAlign w:val="center"/>
                </w:tcPr>
                <w:p w14:paraId="5BE710D0" w14:textId="190FBF67" w:rsidR="00F0490C" w:rsidRPr="008E2A84" w:rsidRDefault="00D62C1F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0/-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>0.</w:t>
                  </w: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5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 mm</w:t>
                  </w:r>
                </w:p>
              </w:tc>
            </w:tr>
            <w:tr w:rsidR="00F354C9" w:rsidRPr="008E2A84" w14:paraId="49254248" w14:textId="77777777" w:rsidTr="00986FFD">
              <w:tc>
                <w:tcPr>
                  <w:tcW w:w="2268" w:type="dxa"/>
                </w:tcPr>
                <w:p w14:paraId="332A758C" w14:textId="3D65BD78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Length </w:t>
                  </w:r>
                </w:p>
              </w:tc>
              <w:tc>
                <w:tcPr>
                  <w:tcW w:w="2977" w:type="dxa"/>
                  <w:vAlign w:val="center"/>
                </w:tcPr>
                <w:p w14:paraId="7EEC4523" w14:textId="3A29654B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±</w:t>
                  </w:r>
                  <w:r w:rsidR="00D62C1F"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1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>.0 mm</w:t>
                  </w:r>
                </w:p>
              </w:tc>
            </w:tr>
          </w:tbl>
          <w:p w14:paraId="21696328" w14:textId="061CB8A7" w:rsidR="008E2A84" w:rsidRPr="008E2A84" w:rsidRDefault="008E2A84" w:rsidP="00A0784F">
            <w:pPr>
              <w:ind w:rightChars="132" w:right="238"/>
              <w:rPr>
                <w:rFonts w:asciiTheme="minorHAnsi" w:hAnsiTheme="minorHAnsi"/>
                <w:lang w:eastAsia="zh-CN"/>
              </w:rPr>
            </w:pPr>
          </w:p>
        </w:tc>
        <w:tc>
          <w:tcPr>
            <w:tcW w:w="5785" w:type="dxa"/>
          </w:tcPr>
          <w:p w14:paraId="43CE2B4C" w14:textId="2BC615F9" w:rsidR="001F16ED" w:rsidRDefault="001F16ED" w:rsidP="001224E5">
            <w:pPr>
              <w:ind w:firstLineChars="300" w:firstLine="720"/>
              <w:rPr>
                <w:rFonts w:asciiTheme="minorHAnsi" w:hAnsiTheme="minorHAnsi"/>
                <w:b/>
                <w:color w:val="0C3666"/>
                <w:sz w:val="24"/>
                <w:szCs w:val="24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2816" behindDoc="0" locked="0" layoutInCell="1" allowOverlap="1" wp14:anchorId="45657921" wp14:editId="13325E06">
                  <wp:simplePos x="0" y="0"/>
                  <wp:positionH relativeFrom="column">
                    <wp:posOffset>51435</wp:posOffset>
                  </wp:positionH>
                  <wp:positionV relativeFrom="paragraph">
                    <wp:posOffset>284480</wp:posOffset>
                  </wp:positionV>
                  <wp:extent cx="307975" cy="276225"/>
                  <wp:effectExtent l="0" t="0" r="0" b="9525"/>
                  <wp:wrapNone/>
                  <wp:docPr id="424207452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3949" t="11318" r="79788" b="6679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975" cy="2762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30DC82D" w14:textId="12430A8C" w:rsidR="00F0490C" w:rsidRPr="008E2A84" w:rsidRDefault="005D7839" w:rsidP="001224E5">
            <w:pPr>
              <w:ind w:firstLineChars="300" w:firstLine="720"/>
              <w:rPr>
                <w:rFonts w:asciiTheme="minorHAnsi" w:hAnsiTheme="minorHAnsi"/>
                <w:lang w:eastAsia="zh-CN"/>
              </w:rPr>
            </w:pPr>
            <w:r w:rsidRPr="001224E5">
              <w:rPr>
                <w:rFonts w:asciiTheme="minorHAnsi" w:hAnsiTheme="minorHAnsi" w:hint="eastAsia"/>
                <w:b/>
                <w:color w:val="0C3666"/>
                <w:sz w:val="24"/>
                <w:szCs w:val="24"/>
                <w:lang w:eastAsia="zh-CN"/>
              </w:rPr>
              <w:t>6.</w:t>
            </w: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 xml:space="preserve">Product Photo </w:t>
            </w:r>
          </w:p>
          <w:tbl>
            <w:tblPr>
              <w:tblpPr w:leftFromText="180" w:rightFromText="180" w:vertAnchor="text" w:horzAnchor="margin" w:tblpXSpec="center" w:tblpY="-33"/>
              <w:tblOverlap w:val="never"/>
              <w:tblW w:w="0" w:type="auto"/>
              <w:tblBorders>
                <w:top w:val="single" w:sz="6" w:space="0" w:color="9E9E9E"/>
                <w:left w:val="single" w:sz="6" w:space="0" w:color="9E9E9E"/>
                <w:bottom w:val="single" w:sz="6" w:space="0" w:color="9E9E9E"/>
                <w:right w:val="single" w:sz="6" w:space="0" w:color="9E9E9E"/>
                <w:insideH w:val="single" w:sz="4" w:space="0" w:color="D9D9D9"/>
                <w:insideV w:val="single" w:sz="4" w:space="0" w:color="D9D9D9"/>
              </w:tblBorders>
              <w:tblLayout w:type="fixed"/>
              <w:tblCellMar>
                <w:left w:w="85" w:type="dxa"/>
                <w:right w:w="85" w:type="dxa"/>
              </w:tblCellMar>
              <w:tblLook w:val="04A0" w:firstRow="1" w:lastRow="0" w:firstColumn="1" w:lastColumn="0" w:noHBand="0" w:noVBand="1"/>
            </w:tblPr>
            <w:tblGrid>
              <w:gridCol w:w="4367"/>
            </w:tblGrid>
            <w:tr w:rsidR="005D7839" w14:paraId="121767A0" w14:textId="77777777" w:rsidTr="00C01C32">
              <w:trPr>
                <w:trHeight w:hRule="exact" w:val="2636"/>
              </w:trPr>
              <w:tc>
                <w:tcPr>
                  <w:tcW w:w="4367" w:type="dxa"/>
                  <w:shd w:val="clear" w:color="auto" w:fill="FFFFFF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vAlign w:val="center"/>
                </w:tcPr>
                <w:p w14:paraId="6D4884B1" w14:textId="72C57AFA" w:rsidR="005D7839" w:rsidRDefault="007D0CDD" w:rsidP="005D7839">
                  <w:pPr>
                    <w:spacing w:after="0" w:line="240" w:lineRule="auto"/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 wp14:anchorId="1D0BBD09" wp14:editId="275A8BC3">
                        <wp:extent cx="2293620" cy="1673860"/>
                        <wp:effectExtent l="0" t="0" r="0" b="2540"/>
                        <wp:docPr id="1629974724" name="图片 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629974724" name="图片 1629974724"/>
                                <pic:cNvPicPr/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3620" cy="167386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5D7839" w14:paraId="3DA69C95" w14:textId="77777777" w:rsidTr="00C01C32">
              <w:trPr>
                <w:trHeight w:hRule="exact" w:val="311"/>
              </w:trPr>
              <w:tc>
                <w:tcPr>
                  <w:tcW w:w="4367" w:type="dxa"/>
                  <w:shd w:val="clear" w:color="auto" w:fill="2F3E4E"/>
                  <w:tcMar>
                    <w:top w:w="40" w:type="dxa"/>
                    <w:left w:w="140" w:type="dxa"/>
                    <w:bottom w:w="40" w:type="dxa"/>
                    <w:right w:w="90" w:type="dxa"/>
                  </w:tcMar>
                </w:tcPr>
                <w:p w14:paraId="26EF1934" w14:textId="6F35E673" w:rsidR="005D7839" w:rsidRDefault="005D7839" w:rsidP="00AD45A0">
                  <w:pPr>
                    <w:tabs>
                      <w:tab w:val="right" w:pos="4137"/>
                    </w:tabs>
                    <w:spacing w:after="0"/>
                  </w:pPr>
                  <w:r>
                    <w:rPr>
                      <w:b/>
                      <w:color w:val="FFFFFF"/>
                    </w:rPr>
                    <w:t>DXL-WS SERIES</w:t>
                  </w:r>
                  <w:r w:rsidR="00AD45A0">
                    <w:rPr>
                      <w:b/>
                      <w:color w:val="FFFFFF"/>
                    </w:rPr>
                    <w:tab/>
                  </w:r>
                </w:p>
              </w:tc>
            </w:tr>
          </w:tbl>
          <w:p w14:paraId="351C6A6E" w14:textId="6B6E8278" w:rsidR="00D951F9" w:rsidRDefault="00D951F9" w:rsidP="005D7839">
            <w:pPr>
              <w:rPr>
                <w:rFonts w:asciiTheme="minorHAnsi" w:hAnsiTheme="minorHAnsi"/>
                <w:lang w:eastAsia="zh-CN"/>
              </w:rPr>
            </w:pPr>
          </w:p>
          <w:p w14:paraId="5FDBDE4C" w14:textId="4583441C" w:rsidR="00CF3F56" w:rsidRDefault="00CF3F56" w:rsidP="005D7839">
            <w:pPr>
              <w:rPr>
                <w:rFonts w:asciiTheme="minorHAnsi" w:hAnsiTheme="minorHAnsi"/>
                <w:noProof/>
                <w:lang w:eastAsia="zh-CN"/>
              </w:rPr>
            </w:pPr>
          </w:p>
          <w:p w14:paraId="6DA13FCC" w14:textId="30F84DF0" w:rsidR="00CF3F56" w:rsidRPr="001224E5" w:rsidRDefault="001F16ED" w:rsidP="001224E5">
            <w:pPr>
              <w:spacing w:before="600"/>
              <w:ind w:firstLineChars="300" w:firstLine="720"/>
              <w:rPr>
                <w:rFonts w:asciiTheme="minorHAnsi" w:hAnsiTheme="minorHAnsi"/>
                <w:b/>
                <w:color w:val="0C3666"/>
                <w:sz w:val="24"/>
                <w:szCs w:val="24"/>
                <w:lang w:eastAsia="zh-CN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3840" behindDoc="0" locked="0" layoutInCell="1" allowOverlap="1" wp14:anchorId="62F63732" wp14:editId="7A1901EE">
                  <wp:simplePos x="0" y="0"/>
                  <wp:positionH relativeFrom="column">
                    <wp:posOffset>66675</wp:posOffset>
                  </wp:positionH>
                  <wp:positionV relativeFrom="paragraph">
                    <wp:posOffset>1585595</wp:posOffset>
                  </wp:positionV>
                  <wp:extent cx="286021" cy="269522"/>
                  <wp:effectExtent l="0" t="0" r="0" b="0"/>
                  <wp:wrapNone/>
                  <wp:docPr id="1289522096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23369" t="11308" r="60949" b="6652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6021" cy="2695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F3F56" w:rsidRPr="001224E5">
              <w:rPr>
                <w:rFonts w:asciiTheme="minorHAnsi" w:hAnsiTheme="minorHAnsi" w:hint="eastAsia"/>
                <w:b/>
                <w:color w:val="0C3666"/>
                <w:sz w:val="24"/>
                <w:szCs w:val="24"/>
                <w:lang w:eastAsia="zh-CN"/>
              </w:rPr>
              <w:t>7.</w:t>
            </w:r>
            <w:r w:rsidR="00CF3F56" w:rsidRPr="001224E5">
              <w:rPr>
                <w:rFonts w:asciiTheme="minorHAnsi" w:hAnsiTheme="minorHAnsi"/>
                <w:b/>
                <w:color w:val="0C3666"/>
                <w:sz w:val="24"/>
                <w:szCs w:val="24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SECTIONVIEW </w:t>
            </w:r>
          </w:p>
          <w:p w14:paraId="5E832767" w14:textId="00C84AFA" w:rsidR="00A670F0" w:rsidRDefault="00A670F0" w:rsidP="00A670F0">
            <w:pPr>
              <w:spacing w:after="0" w:line="240" w:lineRule="auto"/>
              <w:ind w:firstLineChars="200" w:firstLine="360"/>
              <w:rPr>
                <w:rFonts w:asciiTheme="minorHAnsi" w:hAnsiTheme="minorHAnsi"/>
                <w:lang w:eastAsia="zh-CN"/>
              </w:rPr>
            </w:pPr>
          </w:p>
          <w:tbl>
            <w:tblPr>
              <w:tblpPr w:leftFromText="180" w:rightFromText="180" w:vertAnchor="text" w:horzAnchor="margin" w:tblpXSpec="center" w:tblpY="-333"/>
              <w:tblOverlap w:val="never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382"/>
            </w:tblGrid>
            <w:tr w:rsidR="00CF3F56" w14:paraId="16261F00" w14:textId="77777777" w:rsidTr="00CF3F56">
              <w:trPr>
                <w:trHeight w:hRule="exact" w:val="2636"/>
              </w:trPr>
              <w:tc>
                <w:tcPr>
                  <w:tcW w:w="4382" w:type="dxa"/>
                  <w:tcBorders>
                    <w:top w:val="single" w:sz="6" w:space="0" w:color="9E9E9E"/>
                    <w:left w:val="single" w:sz="6" w:space="0" w:color="9E9E9E"/>
                    <w:bottom w:val="single" w:sz="3" w:space="0" w:color="D9D9D9"/>
                    <w:right w:val="single" w:sz="6" w:space="0" w:color="9E9E9E"/>
                  </w:tcBorders>
                  <w:shd w:val="clear" w:color="auto" w:fill="FFFFFF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vAlign w:val="center"/>
                </w:tcPr>
                <w:p w14:paraId="1815C4A8" w14:textId="16C9D4DD" w:rsidR="00CF3F56" w:rsidRDefault="007D0CDD" w:rsidP="007D0CDD">
                  <w:pPr>
                    <w:spacing w:after="0" w:line="240" w:lineRule="auto"/>
                    <w:rPr>
                      <w:lang w:eastAsia="zh-CN"/>
                    </w:rPr>
                  </w:pPr>
                  <w:bookmarkStart w:id="0" w:name="_Hlk228031567"/>
                  <w:r>
                    <w:rPr>
                      <w:noProof/>
                    </w:rPr>
                    <w:drawing>
                      <wp:anchor distT="0" distB="0" distL="114300" distR="114300" simplePos="0" relativeHeight="251686912" behindDoc="0" locked="0" layoutInCell="1" allowOverlap="1" wp14:anchorId="0D4B0919" wp14:editId="62CA1DFD">
                        <wp:simplePos x="0" y="0"/>
                        <wp:positionH relativeFrom="column">
                          <wp:posOffset>294005</wp:posOffset>
                        </wp:positionH>
                        <wp:positionV relativeFrom="paragraph">
                          <wp:posOffset>-144145</wp:posOffset>
                        </wp:positionV>
                        <wp:extent cx="2157730" cy="1845310"/>
                        <wp:effectExtent l="0" t="0" r="0" b="0"/>
                        <wp:wrapNone/>
                        <wp:docPr id="1037561105" name="图片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37561105" name="图片 1037561105"/>
                                <pic:cNvPicPr/>
                              </pic:nvPicPr>
                              <pic:blipFill rotWithShape="1">
                                <a:blip r:embed="rId11"/>
                                <a:srcRect l="37654" t="15340" r="33966" b="19639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157730" cy="184531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</w:tc>
            </w:tr>
            <w:tr w:rsidR="00CF3F56" w14:paraId="7C5E89A2" w14:textId="77777777" w:rsidTr="00AD45A0">
              <w:trPr>
                <w:trHeight w:hRule="exact" w:val="311"/>
              </w:trPr>
              <w:tc>
                <w:tcPr>
                  <w:tcW w:w="4382" w:type="dxa"/>
                  <w:tcBorders>
                    <w:top w:val="nil"/>
                    <w:left w:val="single" w:sz="6" w:space="0" w:color="9E9E9E"/>
                    <w:bottom w:val="single" w:sz="6" w:space="0" w:color="9E9E9E"/>
                    <w:right w:val="single" w:sz="6" w:space="0" w:color="9E9E9E"/>
                  </w:tcBorders>
                  <w:shd w:val="clear" w:color="auto" w:fill="2F3E4E"/>
                  <w:tcMar>
                    <w:top w:w="40" w:type="dxa"/>
                    <w:left w:w="140" w:type="dxa"/>
                    <w:bottom w:w="40" w:type="dxa"/>
                    <w:right w:w="90" w:type="dxa"/>
                  </w:tcMar>
                </w:tcPr>
                <w:p w14:paraId="4F7FFECB" w14:textId="1E621847" w:rsidR="00CF3F56" w:rsidRDefault="00CF3F56" w:rsidP="00CF3F56">
                  <w:pPr>
                    <w:spacing w:after="0"/>
                    <w:rPr>
                      <w:lang w:eastAsia="zh-CN"/>
                    </w:rPr>
                  </w:pPr>
                  <w:r>
                    <w:rPr>
                      <w:b/>
                      <w:color w:val="FFFFFF"/>
                    </w:rPr>
                    <w:t xml:space="preserve">DXL-WS </w:t>
                  </w:r>
                  <w:r w:rsidR="000B1106">
                    <w:rPr>
                      <w:rFonts w:hint="eastAsia"/>
                      <w:b/>
                      <w:color w:val="FFFFFF"/>
                      <w:lang w:eastAsia="zh-CN"/>
                    </w:rPr>
                    <w:t>PROFILE</w:t>
                  </w:r>
                </w:p>
              </w:tc>
            </w:tr>
          </w:tbl>
          <w:bookmarkEnd w:id="0"/>
          <w:p w14:paraId="073E66BE" w14:textId="0A3CB241" w:rsidR="00F0490C" w:rsidRPr="008E2A84" w:rsidRDefault="001F16ED">
            <w:pPr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4864" behindDoc="0" locked="0" layoutInCell="1" allowOverlap="1" wp14:anchorId="01D5ACA2" wp14:editId="6DF253E4">
                  <wp:simplePos x="0" y="0"/>
                  <wp:positionH relativeFrom="column">
                    <wp:posOffset>66307</wp:posOffset>
                  </wp:positionH>
                  <wp:positionV relativeFrom="paragraph">
                    <wp:posOffset>2028190</wp:posOffset>
                  </wp:positionV>
                  <wp:extent cx="285115" cy="259958"/>
                  <wp:effectExtent l="0" t="0" r="635" b="6985"/>
                  <wp:wrapNone/>
                  <wp:docPr id="1592005752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42215" t="40255" r="42405" b="387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115" cy="25995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F3F56" w:rsidRPr="00CF3F56">
              <w:rPr>
                <w:rFonts w:asciiTheme="minorHAnsi" w:hAnsiTheme="minorHAnsi"/>
                <w:b/>
                <w:noProof/>
                <w:color w:val="0C3666"/>
                <w:sz w:val="20"/>
                <w:lang w:eastAsia="zh-CN"/>
              </w:rPr>
              <mc:AlternateContent>
                <mc:Choice Requires="wps">
                  <w:drawing>
                    <wp:anchor distT="45720" distB="45720" distL="114300" distR="114300" simplePos="0" relativeHeight="251677696" behindDoc="0" locked="0" layoutInCell="1" allowOverlap="1" wp14:anchorId="59319CF3" wp14:editId="10020E3A">
                      <wp:simplePos x="0" y="0"/>
                      <wp:positionH relativeFrom="margin">
                        <wp:posOffset>395605</wp:posOffset>
                      </wp:positionH>
                      <wp:positionV relativeFrom="margin">
                        <wp:posOffset>4862830</wp:posOffset>
                      </wp:positionV>
                      <wp:extent cx="2742565" cy="1261110"/>
                      <wp:effectExtent l="0" t="0" r="635" b="0"/>
                      <wp:wrapSquare wrapText="bothSides"/>
                      <wp:docPr id="217" name="文本框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42565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9E8DFC6" w14:textId="0322882D" w:rsidR="00CF3F56" w:rsidRPr="001224E5" w:rsidRDefault="00CF3F56" w:rsidP="001224E5">
                                  <w:pPr>
                                    <w:spacing w:before="360" w:after="100" w:line="240" w:lineRule="auto"/>
                                    <w:rPr>
                                      <w:rFonts w:asciiTheme="minorHAnsi" w:hAnsiTheme="minorHAnsi"/>
                                      <w:sz w:val="24"/>
                                      <w:szCs w:val="24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 w:hint="eastAsia"/>
                                      <w:b/>
                                      <w:color w:val="0C3666"/>
                                      <w:sz w:val="24"/>
                                      <w:szCs w:val="24"/>
                                      <w:lang w:eastAsia="zh-CN"/>
                                    </w:rPr>
                                    <w:t>8</w:t>
                                  </w:r>
                                  <w:r w:rsidRPr="001224E5">
                                    <w:rPr>
                                      <w:rFonts w:asciiTheme="minorHAnsi" w:hAnsiTheme="minorHAnsi"/>
                                      <w:b/>
                                      <w:color w:val="0C3666"/>
                                      <w:sz w:val="24"/>
                                      <w:szCs w:val="24"/>
                                    </w:rPr>
                                    <w:t>. PACK</w:t>
                                  </w:r>
                                  <w:r w:rsidRPr="001224E5">
                                    <w:rPr>
                                      <w:rFonts w:asciiTheme="minorHAnsi" w:hAnsiTheme="minorHAnsi" w:hint="eastAsia"/>
                                      <w:b/>
                                      <w:color w:val="0C3666"/>
                                      <w:sz w:val="24"/>
                                      <w:szCs w:val="24"/>
                                      <w:lang w:eastAsia="zh-CN"/>
                                    </w:rPr>
                                    <w:t>AG</w:t>
                                  </w:r>
                                  <w:r w:rsidRPr="001224E5">
                                    <w:rPr>
                                      <w:rFonts w:asciiTheme="minorHAnsi" w:hAnsiTheme="minorHAnsi"/>
                                      <w:b/>
                                      <w:color w:val="0C3666"/>
                                      <w:sz w:val="24"/>
                                      <w:szCs w:val="24"/>
                                    </w:rPr>
                                    <w:t xml:space="preserve">ING </w:t>
                                  </w:r>
                                </w:p>
                                <w:p w14:paraId="65DD7463" w14:textId="77777777" w:rsidR="00CF3F56" w:rsidRPr="001224E5" w:rsidRDefault="00CF3F56" w:rsidP="001224E5">
                                  <w:pPr>
                                    <w:spacing w:after="0" w:line="240" w:lineRule="auto"/>
                                    <w:rPr>
                                      <w:rFonts w:asciiTheme="minorHAnsi" w:hAnsiTheme="minorHAnsi"/>
                                      <w:sz w:val="22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 w:hint="eastAsia"/>
                                      <w:sz w:val="22"/>
                                      <w:lang w:eastAsia="zh-CN"/>
                                    </w:rPr>
                                    <w:t xml:space="preserve">Standard bundle packing </w:t>
                                  </w:r>
                                </w:p>
                                <w:p w14:paraId="7BC6E269" w14:textId="77777777" w:rsidR="00CF3F56" w:rsidRPr="001224E5" w:rsidRDefault="00CF3F56" w:rsidP="001224E5">
                                  <w:pPr>
                                    <w:spacing w:after="0" w:line="240" w:lineRule="auto"/>
                                    <w:rPr>
                                      <w:rFonts w:asciiTheme="minorHAnsi" w:hAnsiTheme="minorHAnsi"/>
                                      <w:sz w:val="22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 w:hint="eastAsia"/>
                                      <w:sz w:val="22"/>
                                      <w:lang w:eastAsia="zh-CN"/>
                                    </w:rPr>
                                    <w:t>category-name printed bag.</w:t>
                                  </w:r>
                                </w:p>
                                <w:p w14:paraId="17E8DE4B" w14:textId="77777777" w:rsidR="00CF3F56" w:rsidRPr="001224E5" w:rsidRDefault="00CF3F56" w:rsidP="001224E5">
                                  <w:pPr>
                                    <w:spacing w:after="0" w:line="240" w:lineRule="auto"/>
                                    <w:rPr>
                                      <w:rFonts w:asciiTheme="minorHAnsi" w:hAnsiTheme="minorHAnsi"/>
                                      <w:sz w:val="22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 w:hint="eastAsia"/>
                                      <w:sz w:val="22"/>
                                      <w:lang w:eastAsia="zh-CN"/>
                                    </w:rPr>
                                    <w:t>Easy for storage and identification</w:t>
                                  </w:r>
                                </w:p>
                                <w:p w14:paraId="38E5DCB2" w14:textId="32C3A77D" w:rsidR="00CF3F56" w:rsidRPr="001224E5" w:rsidRDefault="00CF3F56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9319CF3" id="文本框 2" o:spid="_x0000_s1028" type="#_x0000_t202" style="position:absolute;margin-left:31.15pt;margin-top:382.9pt;width:215.95pt;height:99.3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" stroked="f">
                      <v:textbox>
                        <w:txbxContent>
                          <w:p w14:paraId="29E8DFC6" w14:textId="0322882D" w:rsidR="00CF3F56" w:rsidRPr="001224E5" w:rsidRDefault="00CF3F56" w:rsidP="001224E5">
                            <w:pPr>
                              <w:spacing w:before="360" w:after="100" w:line="240" w:lineRule="auto"/>
                              <w:rPr>
                                <w:rFonts w:asciiTheme="minorHAnsi" w:hAnsiTheme="minorHAnsi"/>
                                <w:sz w:val="24"/>
                                <w:szCs w:val="24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 w:hint="eastAsia"/>
                                <w:b/>
                                <w:color w:val="0C3666"/>
                                <w:sz w:val="24"/>
                                <w:szCs w:val="24"/>
                                <w:lang w:eastAsia="zh-CN"/>
                              </w:rPr>
                              <w:t>8</w:t>
                            </w:r>
                            <w:r w:rsidRPr="001224E5">
                              <w:rPr>
                                <w:rFonts w:asciiTheme="minorHAnsi" w:hAnsiTheme="minorHAnsi"/>
                                <w:b/>
                                <w:color w:val="0C3666"/>
                                <w:sz w:val="24"/>
                                <w:szCs w:val="24"/>
                              </w:rPr>
                              <w:t>. PACK</w:t>
                            </w:r>
                            <w:r w:rsidRPr="001224E5">
                              <w:rPr>
                                <w:rFonts w:asciiTheme="minorHAnsi" w:hAnsiTheme="minorHAnsi" w:hint="eastAsia"/>
                                <w:b/>
                                <w:color w:val="0C3666"/>
                                <w:sz w:val="24"/>
                                <w:szCs w:val="24"/>
                                <w:lang w:eastAsia="zh-CN"/>
                              </w:rPr>
                              <w:t>AG</w:t>
                            </w:r>
                            <w:r w:rsidRPr="001224E5">
                              <w:rPr>
                                <w:rFonts w:asciiTheme="minorHAnsi" w:hAnsiTheme="minorHAnsi"/>
                                <w:b/>
                                <w:color w:val="0C3666"/>
                                <w:sz w:val="24"/>
                                <w:szCs w:val="24"/>
                              </w:rPr>
                              <w:t xml:space="preserve">ING </w:t>
                            </w:r>
                          </w:p>
                          <w:p w14:paraId="65DD7463" w14:textId="77777777" w:rsidR="00CF3F56" w:rsidRPr="001224E5" w:rsidRDefault="00CF3F56" w:rsidP="001224E5">
                            <w:pPr>
                              <w:spacing w:after="0" w:line="240" w:lineRule="auto"/>
                              <w:rPr>
                                <w:rFonts w:asciiTheme="minorHAnsi" w:hAnsiTheme="minorHAnsi"/>
                                <w:sz w:val="22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 w:hint="eastAsia"/>
                                <w:sz w:val="22"/>
                                <w:lang w:eastAsia="zh-CN"/>
                              </w:rPr>
                              <w:t xml:space="preserve">Standard bundle packing </w:t>
                            </w:r>
                          </w:p>
                          <w:p w14:paraId="7BC6E269" w14:textId="77777777" w:rsidR="00CF3F56" w:rsidRPr="001224E5" w:rsidRDefault="00CF3F56" w:rsidP="001224E5">
                            <w:pPr>
                              <w:spacing w:after="0" w:line="240" w:lineRule="auto"/>
                              <w:rPr>
                                <w:rFonts w:asciiTheme="minorHAnsi" w:hAnsiTheme="minorHAnsi"/>
                                <w:sz w:val="22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 w:hint="eastAsia"/>
                                <w:sz w:val="22"/>
                                <w:lang w:eastAsia="zh-CN"/>
                              </w:rPr>
                              <w:t>category-name printed bag.</w:t>
                            </w:r>
                          </w:p>
                          <w:p w14:paraId="17E8DE4B" w14:textId="77777777" w:rsidR="00CF3F56" w:rsidRPr="001224E5" w:rsidRDefault="00CF3F56" w:rsidP="001224E5">
                            <w:pPr>
                              <w:spacing w:after="0" w:line="240" w:lineRule="auto"/>
                              <w:rPr>
                                <w:rFonts w:asciiTheme="minorHAnsi" w:hAnsiTheme="minorHAnsi"/>
                                <w:sz w:val="22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 w:hint="eastAsia"/>
                                <w:sz w:val="22"/>
                                <w:lang w:eastAsia="zh-CN"/>
                              </w:rPr>
                              <w:t>Easy for storage and identification</w:t>
                            </w:r>
                          </w:p>
                          <w:p w14:paraId="38E5DCB2" w14:textId="32C3A77D" w:rsidR="00CF3F56" w:rsidRPr="001224E5" w:rsidRDefault="00CF3F56"/>
                        </w:txbxContent>
                      </v:textbox>
                      <w10:wrap type="square" anchorx="margin" anchory="margin"/>
                    </v:shape>
                  </w:pict>
                </mc:Fallback>
              </mc:AlternateContent>
            </w:r>
          </w:p>
        </w:tc>
      </w:tr>
    </w:tbl>
    <w:p w14:paraId="5F8C186A" w14:textId="77777777" w:rsidR="00CF19A2" w:rsidRDefault="00CF19A2">
      <w:pPr>
        <w:rPr>
          <w:lang w:eastAsia="zh-CN"/>
        </w:rPr>
      </w:pPr>
    </w:p>
    <w:p w14:paraId="72C35CD5" w14:textId="65EA0EFF" w:rsidR="00984677" w:rsidRDefault="00984677">
      <w:pPr>
        <w:rPr>
          <w:lang w:eastAsia="zh-CN"/>
        </w:rPr>
      </w:pPr>
    </w:p>
    <w:p w14:paraId="42D48AD1" w14:textId="77777777" w:rsidR="009B2141" w:rsidRDefault="009B2141">
      <w:pPr>
        <w:rPr>
          <w:lang w:eastAsia="zh-CN"/>
        </w:rPr>
      </w:pPr>
    </w:p>
    <w:p w14:paraId="5EDC0695" w14:textId="77777777" w:rsidR="009B2141" w:rsidRDefault="009B2141">
      <w:pPr>
        <w:rPr>
          <w:lang w:eastAsia="zh-CN"/>
        </w:rPr>
      </w:pPr>
    </w:p>
    <w:p w14:paraId="711F52FA" w14:textId="0EFCDFE4" w:rsidR="00A65E09" w:rsidRDefault="00A65E09">
      <w:pPr>
        <w:rPr>
          <w:lang w:eastAsia="zh-CN"/>
        </w:rPr>
      </w:pPr>
    </w:p>
    <w:p w14:paraId="2500EAF2" w14:textId="7DE44861" w:rsidR="00A65E09" w:rsidRPr="00A65E09" w:rsidRDefault="00A65E09">
      <w:pPr>
        <w:rPr>
          <w:rFonts w:asciiTheme="minorHAnsi" w:hAnsiTheme="minorHAnsi"/>
          <w:sz w:val="24"/>
          <w:szCs w:val="24"/>
          <w:lang w:eastAsia="zh-CN"/>
        </w:rPr>
      </w:pPr>
      <w:r w:rsidRPr="00A65E09">
        <w:rPr>
          <w:rFonts w:asciiTheme="minorHAnsi" w:hAnsiTheme="minorHAnsi" w:hint="eastAsia"/>
          <w:b/>
          <w:color w:val="0C3666"/>
          <w:sz w:val="24"/>
          <w:szCs w:val="24"/>
          <w:lang w:eastAsia="zh-CN"/>
        </w:rPr>
        <w:t>Specifi</w:t>
      </w:r>
      <w:r>
        <w:rPr>
          <w:rFonts w:asciiTheme="minorHAnsi" w:hAnsiTheme="minorHAnsi" w:hint="eastAsia"/>
          <w:b/>
          <w:color w:val="0C3666"/>
          <w:sz w:val="24"/>
          <w:szCs w:val="24"/>
          <w:lang w:eastAsia="zh-CN"/>
        </w:rPr>
        <w:t>c</w:t>
      </w:r>
      <w:r w:rsidRPr="00A65E09">
        <w:rPr>
          <w:rFonts w:asciiTheme="minorHAnsi" w:hAnsiTheme="minorHAnsi" w:hint="eastAsia"/>
          <w:b/>
          <w:color w:val="0C3666"/>
          <w:sz w:val="24"/>
          <w:szCs w:val="24"/>
          <w:lang w:eastAsia="zh-CN"/>
        </w:rPr>
        <w:t>ation Table</w:t>
      </w:r>
    </w:p>
    <w:tbl>
      <w:tblPr>
        <w:tblStyle w:val="aff1"/>
        <w:tblW w:w="10917" w:type="dxa"/>
        <w:tblLook w:val="04A0" w:firstRow="1" w:lastRow="0" w:firstColumn="1" w:lastColumn="0" w:noHBand="0" w:noVBand="1"/>
      </w:tblPr>
      <w:tblGrid>
        <w:gridCol w:w="1374"/>
        <w:gridCol w:w="1553"/>
        <w:gridCol w:w="1726"/>
        <w:gridCol w:w="1549"/>
        <w:gridCol w:w="1796"/>
        <w:gridCol w:w="1485"/>
        <w:gridCol w:w="1434"/>
      </w:tblGrid>
      <w:tr w:rsidR="007A1A6A" w14:paraId="5A60ACED" w14:textId="334374DF" w:rsidTr="007A1A6A">
        <w:trPr>
          <w:trHeight w:val="499"/>
        </w:trPr>
        <w:tc>
          <w:tcPr>
            <w:tcW w:w="1374" w:type="dxa"/>
            <w:vAlign w:val="center"/>
          </w:tcPr>
          <w:p w14:paraId="3AB3671D" w14:textId="337FC6B5" w:rsidR="007A1A6A" w:rsidRDefault="007A1A6A" w:rsidP="00C25427">
            <w:pPr>
              <w:spacing w:line="276" w:lineRule="auto"/>
              <w:rPr>
                <w:lang w:eastAsia="zh-CN"/>
              </w:rPr>
            </w:pPr>
            <w:r>
              <w:rPr>
                <w:lang w:eastAsia="zh-CN"/>
              </w:rPr>
              <w:t>M</w:t>
            </w:r>
            <w:r>
              <w:rPr>
                <w:rFonts w:hint="eastAsia"/>
                <w:lang w:eastAsia="zh-CN"/>
              </w:rPr>
              <w:t>odel</w:t>
            </w:r>
          </w:p>
        </w:tc>
        <w:tc>
          <w:tcPr>
            <w:tcW w:w="1553" w:type="dxa"/>
            <w:vAlign w:val="center"/>
          </w:tcPr>
          <w:p w14:paraId="0F8796EF" w14:textId="241ECE1A" w:rsidR="007A1A6A" w:rsidRDefault="007A1A6A" w:rsidP="00C25427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Vertical Leg</w:t>
            </w:r>
          </w:p>
        </w:tc>
        <w:tc>
          <w:tcPr>
            <w:tcW w:w="1726" w:type="dxa"/>
            <w:vAlign w:val="center"/>
          </w:tcPr>
          <w:p w14:paraId="5FB608AB" w14:textId="67C0BF72" w:rsidR="007A1A6A" w:rsidRDefault="007A1A6A" w:rsidP="00C25427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Horizontal Leg</w:t>
            </w:r>
          </w:p>
        </w:tc>
        <w:tc>
          <w:tcPr>
            <w:tcW w:w="1549" w:type="dxa"/>
            <w:vAlign w:val="center"/>
          </w:tcPr>
          <w:p w14:paraId="7F51D0F0" w14:textId="7426F201" w:rsidR="007A1A6A" w:rsidRDefault="007A1A6A" w:rsidP="00C25427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Return Edge</w:t>
            </w:r>
          </w:p>
        </w:tc>
        <w:tc>
          <w:tcPr>
            <w:tcW w:w="1796" w:type="dxa"/>
            <w:vAlign w:val="center"/>
          </w:tcPr>
          <w:p w14:paraId="65776AA6" w14:textId="2D3FB00E" w:rsidR="007A1A6A" w:rsidRDefault="007A1A6A" w:rsidP="00C25427">
            <w:pPr>
              <w:rPr>
                <w:lang w:eastAsia="zh-CN"/>
              </w:rPr>
            </w:pPr>
            <w:r>
              <w:rPr>
                <w:lang w:eastAsia="zh-CN"/>
              </w:rPr>
              <w:t>T</w:t>
            </w:r>
            <w:r>
              <w:rPr>
                <w:rFonts w:hint="eastAsia"/>
                <w:lang w:eastAsia="zh-CN"/>
              </w:rPr>
              <w:t>hickness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eastAsia="zh-CN"/>
              </w:rPr>
              <w:t>T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  <w:lang w:eastAsia="zh-CN"/>
              </w:rPr>
              <w:t>mm</w:t>
            </w:r>
          </w:p>
        </w:tc>
        <w:tc>
          <w:tcPr>
            <w:tcW w:w="1485" w:type="dxa"/>
            <w:vAlign w:val="center"/>
          </w:tcPr>
          <w:p w14:paraId="31435D0A" w14:textId="73B8B532" w:rsidR="007A1A6A" w:rsidRDefault="007A1A6A" w:rsidP="00C25427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Length (T) mm</w:t>
            </w:r>
          </w:p>
        </w:tc>
        <w:tc>
          <w:tcPr>
            <w:tcW w:w="1434" w:type="dxa"/>
            <w:vAlign w:val="center"/>
          </w:tcPr>
          <w:p w14:paraId="3DE74DF4" w14:textId="604CF7F1" w:rsidR="007A1A6A" w:rsidRDefault="007A1A6A" w:rsidP="00C25427">
            <w:pPr>
              <w:rPr>
                <w:lang w:eastAsia="zh-CN"/>
              </w:rPr>
            </w:pPr>
            <w:r>
              <w:rPr>
                <w:lang w:eastAsia="zh-CN"/>
              </w:rPr>
              <w:t>Packing</w:t>
            </w:r>
          </w:p>
        </w:tc>
      </w:tr>
      <w:tr w:rsidR="007A1A6A" w14:paraId="609D7D7B" w14:textId="6DA6534B" w:rsidTr="007A1A6A">
        <w:trPr>
          <w:trHeight w:val="453"/>
        </w:trPr>
        <w:tc>
          <w:tcPr>
            <w:tcW w:w="1374" w:type="dxa"/>
            <w:vAlign w:val="center"/>
          </w:tcPr>
          <w:p w14:paraId="49D6D957" w14:textId="61F73425" w:rsidR="007A1A6A" w:rsidRDefault="007A1A6A" w:rsidP="00383E3F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DXL-JB-27-20-20</w:t>
            </w:r>
          </w:p>
        </w:tc>
        <w:tc>
          <w:tcPr>
            <w:tcW w:w="1553" w:type="dxa"/>
            <w:vAlign w:val="center"/>
          </w:tcPr>
          <w:p w14:paraId="525CAD48" w14:textId="7E14C18D" w:rsidR="007A1A6A" w:rsidRDefault="007A1A6A" w:rsidP="00383E3F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27</w:t>
            </w:r>
          </w:p>
        </w:tc>
        <w:tc>
          <w:tcPr>
            <w:tcW w:w="1726" w:type="dxa"/>
            <w:vAlign w:val="center"/>
          </w:tcPr>
          <w:p w14:paraId="4870725B" w14:textId="54DBC83E" w:rsidR="007A1A6A" w:rsidRDefault="007A1A6A" w:rsidP="00383E3F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20</w:t>
            </w:r>
          </w:p>
        </w:tc>
        <w:tc>
          <w:tcPr>
            <w:tcW w:w="1549" w:type="dxa"/>
            <w:vAlign w:val="center"/>
          </w:tcPr>
          <w:p w14:paraId="4F786C59" w14:textId="75317266" w:rsidR="007A1A6A" w:rsidRDefault="007A1A6A" w:rsidP="00383E3F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20</w:t>
            </w:r>
          </w:p>
        </w:tc>
        <w:tc>
          <w:tcPr>
            <w:tcW w:w="1796" w:type="dxa"/>
            <w:vAlign w:val="center"/>
          </w:tcPr>
          <w:p w14:paraId="1CDFE6AD" w14:textId="78038A48" w:rsidR="007A1A6A" w:rsidRDefault="007A1A6A" w:rsidP="00383E3F">
            <w:pPr>
              <w:jc w:val="both"/>
              <w:rPr>
                <w:lang w:eastAsia="zh-CN"/>
              </w:rPr>
            </w:pPr>
            <w:r w:rsidRPr="004C4715">
              <w:rPr>
                <w:rFonts w:asciiTheme="minorHAnsi" w:hAnsiTheme="minorHAnsi" w:hint="eastAsia"/>
                <w:szCs w:val="18"/>
                <w:lang w:eastAsia="zh-CN"/>
              </w:rPr>
              <w:t>0.35 - 0.50 mm</w:t>
            </w:r>
          </w:p>
        </w:tc>
        <w:tc>
          <w:tcPr>
            <w:tcW w:w="1485" w:type="dxa"/>
            <w:vAlign w:val="center"/>
          </w:tcPr>
          <w:p w14:paraId="54A1379D" w14:textId="565D5256" w:rsidR="007A1A6A" w:rsidRDefault="007A1A6A" w:rsidP="00383E3F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2800 3000 custom</w:t>
            </w:r>
            <w:r>
              <w:rPr>
                <w:rFonts w:hint="eastAsia"/>
                <w:lang w:eastAsia="zh-CN"/>
              </w:rPr>
              <w:t>（≥</w:t>
            </w:r>
            <w:r>
              <w:rPr>
                <w:rFonts w:hint="eastAsia"/>
                <w:lang w:eastAsia="zh-CN"/>
              </w:rPr>
              <w:t>2000</w:t>
            </w:r>
            <w:r>
              <w:rPr>
                <w:rFonts w:hint="eastAsia"/>
                <w:lang w:eastAsia="zh-CN"/>
              </w:rPr>
              <w:t>）</w:t>
            </w:r>
          </w:p>
        </w:tc>
        <w:tc>
          <w:tcPr>
            <w:tcW w:w="1434" w:type="dxa"/>
            <w:vAlign w:val="center"/>
          </w:tcPr>
          <w:p w14:paraId="20D6534B" w14:textId="6A2CDDE0" w:rsidR="007A1A6A" w:rsidRDefault="007A1A6A" w:rsidP="00383E3F">
            <w:pPr>
              <w:rPr>
                <w:lang w:eastAsia="zh-CN"/>
              </w:rPr>
            </w:pPr>
            <w:r w:rsidRPr="00862E4B">
              <w:rPr>
                <w:sz w:val="16"/>
                <w:szCs w:val="16"/>
                <w:lang w:eastAsia="zh-CN"/>
              </w:rPr>
              <w:t>As per order confirmation</w:t>
            </w:r>
          </w:p>
        </w:tc>
      </w:tr>
      <w:tr w:rsidR="007A1A6A" w14:paraId="499B4627" w14:textId="59461F37" w:rsidTr="007A1A6A">
        <w:trPr>
          <w:trHeight w:val="499"/>
        </w:trPr>
        <w:tc>
          <w:tcPr>
            <w:tcW w:w="1374" w:type="dxa"/>
            <w:vAlign w:val="center"/>
          </w:tcPr>
          <w:p w14:paraId="14E3D45E" w14:textId="1D4E0665" w:rsidR="007A1A6A" w:rsidRDefault="007A1A6A" w:rsidP="00383E3F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DXL-JB-30-21</w:t>
            </w:r>
          </w:p>
        </w:tc>
        <w:tc>
          <w:tcPr>
            <w:tcW w:w="1553" w:type="dxa"/>
            <w:vAlign w:val="center"/>
          </w:tcPr>
          <w:p w14:paraId="0356D738" w14:textId="1B3E4BC5" w:rsidR="007A1A6A" w:rsidRDefault="007A1A6A" w:rsidP="00383E3F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30</w:t>
            </w:r>
          </w:p>
        </w:tc>
        <w:tc>
          <w:tcPr>
            <w:tcW w:w="1726" w:type="dxa"/>
            <w:vAlign w:val="center"/>
          </w:tcPr>
          <w:p w14:paraId="358B343E" w14:textId="145F6CF5" w:rsidR="007A1A6A" w:rsidRDefault="007A1A6A" w:rsidP="00383E3F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21</w:t>
            </w:r>
          </w:p>
        </w:tc>
        <w:tc>
          <w:tcPr>
            <w:tcW w:w="1549" w:type="dxa"/>
            <w:vAlign w:val="center"/>
          </w:tcPr>
          <w:p w14:paraId="365EE3E0" w14:textId="55ECC012" w:rsidR="007A1A6A" w:rsidRDefault="007A1A6A" w:rsidP="00383E3F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21</w:t>
            </w:r>
          </w:p>
        </w:tc>
        <w:tc>
          <w:tcPr>
            <w:tcW w:w="1796" w:type="dxa"/>
            <w:vAlign w:val="center"/>
          </w:tcPr>
          <w:p w14:paraId="38601181" w14:textId="46257109" w:rsidR="007A1A6A" w:rsidRDefault="007A1A6A" w:rsidP="00383E3F">
            <w:pPr>
              <w:jc w:val="both"/>
              <w:rPr>
                <w:lang w:eastAsia="zh-CN"/>
              </w:rPr>
            </w:pPr>
            <w:r w:rsidRPr="004C4715">
              <w:rPr>
                <w:rFonts w:asciiTheme="minorHAnsi" w:hAnsiTheme="minorHAnsi" w:hint="eastAsia"/>
                <w:szCs w:val="18"/>
                <w:lang w:eastAsia="zh-CN"/>
              </w:rPr>
              <w:t>0.35 - 0.50 mm</w:t>
            </w:r>
          </w:p>
        </w:tc>
        <w:tc>
          <w:tcPr>
            <w:tcW w:w="1485" w:type="dxa"/>
            <w:vAlign w:val="center"/>
          </w:tcPr>
          <w:p w14:paraId="588C59AE" w14:textId="320A1F83" w:rsidR="007A1A6A" w:rsidRDefault="007A1A6A" w:rsidP="00383E3F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2800 3000 custom</w:t>
            </w:r>
            <w:r>
              <w:rPr>
                <w:rFonts w:hint="eastAsia"/>
                <w:lang w:eastAsia="zh-CN"/>
              </w:rPr>
              <w:t>（≥</w:t>
            </w:r>
            <w:r>
              <w:rPr>
                <w:rFonts w:hint="eastAsia"/>
                <w:lang w:eastAsia="zh-CN"/>
              </w:rPr>
              <w:t>2000</w:t>
            </w:r>
            <w:r>
              <w:rPr>
                <w:rFonts w:hint="eastAsia"/>
                <w:lang w:eastAsia="zh-CN"/>
              </w:rPr>
              <w:t>）</w:t>
            </w:r>
          </w:p>
        </w:tc>
        <w:tc>
          <w:tcPr>
            <w:tcW w:w="1434" w:type="dxa"/>
            <w:vAlign w:val="center"/>
          </w:tcPr>
          <w:p w14:paraId="722858F2" w14:textId="768FB1FD" w:rsidR="007A1A6A" w:rsidRDefault="007A1A6A" w:rsidP="00383E3F">
            <w:pPr>
              <w:rPr>
                <w:lang w:eastAsia="zh-CN"/>
              </w:rPr>
            </w:pPr>
            <w:r w:rsidRPr="00862E4B">
              <w:rPr>
                <w:sz w:val="16"/>
                <w:szCs w:val="16"/>
                <w:lang w:eastAsia="zh-CN"/>
              </w:rPr>
              <w:t>As per order confirmation</w:t>
            </w:r>
          </w:p>
        </w:tc>
      </w:tr>
      <w:tr w:rsidR="007A1A6A" w14:paraId="44AA4A9A" w14:textId="10E91F32" w:rsidTr="007A1A6A">
        <w:trPr>
          <w:trHeight w:val="453"/>
        </w:trPr>
        <w:tc>
          <w:tcPr>
            <w:tcW w:w="1374" w:type="dxa"/>
            <w:vAlign w:val="center"/>
          </w:tcPr>
          <w:p w14:paraId="64DF30A4" w14:textId="3E4F8B6C" w:rsidR="007A1A6A" w:rsidRDefault="007A1A6A" w:rsidP="00383E3F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DXL-JB-27-20-12</w:t>
            </w:r>
          </w:p>
        </w:tc>
        <w:tc>
          <w:tcPr>
            <w:tcW w:w="1553" w:type="dxa"/>
            <w:vAlign w:val="center"/>
          </w:tcPr>
          <w:p w14:paraId="6159E1B0" w14:textId="4339A839" w:rsidR="007A1A6A" w:rsidRDefault="007A1A6A" w:rsidP="00383E3F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27</w:t>
            </w:r>
          </w:p>
        </w:tc>
        <w:tc>
          <w:tcPr>
            <w:tcW w:w="1726" w:type="dxa"/>
            <w:vAlign w:val="center"/>
          </w:tcPr>
          <w:p w14:paraId="5033FC2C" w14:textId="51427A90" w:rsidR="007A1A6A" w:rsidRDefault="007A1A6A" w:rsidP="00383E3F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20</w:t>
            </w:r>
          </w:p>
        </w:tc>
        <w:tc>
          <w:tcPr>
            <w:tcW w:w="1549" w:type="dxa"/>
            <w:vAlign w:val="center"/>
          </w:tcPr>
          <w:p w14:paraId="76369454" w14:textId="4C9EA67A" w:rsidR="007A1A6A" w:rsidRDefault="007A1A6A" w:rsidP="00383E3F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17</w:t>
            </w:r>
          </w:p>
        </w:tc>
        <w:tc>
          <w:tcPr>
            <w:tcW w:w="1796" w:type="dxa"/>
            <w:vAlign w:val="center"/>
          </w:tcPr>
          <w:p w14:paraId="755DF8A7" w14:textId="0FA17ABD" w:rsidR="007A1A6A" w:rsidRDefault="007A1A6A" w:rsidP="00383E3F">
            <w:pPr>
              <w:jc w:val="both"/>
              <w:rPr>
                <w:lang w:eastAsia="zh-CN"/>
              </w:rPr>
            </w:pPr>
            <w:r w:rsidRPr="004C4715">
              <w:rPr>
                <w:rFonts w:asciiTheme="minorHAnsi" w:hAnsiTheme="minorHAnsi" w:hint="eastAsia"/>
                <w:szCs w:val="18"/>
                <w:lang w:eastAsia="zh-CN"/>
              </w:rPr>
              <w:t>0.35 - 0.50 mm</w:t>
            </w:r>
          </w:p>
        </w:tc>
        <w:tc>
          <w:tcPr>
            <w:tcW w:w="1485" w:type="dxa"/>
            <w:vAlign w:val="center"/>
          </w:tcPr>
          <w:p w14:paraId="31190240" w14:textId="4967B477" w:rsidR="007A1A6A" w:rsidRDefault="007A1A6A" w:rsidP="00383E3F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2800 3000 custom</w:t>
            </w:r>
            <w:r>
              <w:rPr>
                <w:rFonts w:hint="eastAsia"/>
                <w:lang w:eastAsia="zh-CN"/>
              </w:rPr>
              <w:t>（≥</w:t>
            </w:r>
            <w:r>
              <w:rPr>
                <w:rFonts w:hint="eastAsia"/>
                <w:lang w:eastAsia="zh-CN"/>
              </w:rPr>
              <w:t>2000</w:t>
            </w:r>
            <w:r>
              <w:rPr>
                <w:rFonts w:hint="eastAsia"/>
                <w:lang w:eastAsia="zh-CN"/>
              </w:rPr>
              <w:t>）</w:t>
            </w:r>
          </w:p>
        </w:tc>
        <w:tc>
          <w:tcPr>
            <w:tcW w:w="1434" w:type="dxa"/>
            <w:vAlign w:val="center"/>
          </w:tcPr>
          <w:p w14:paraId="5A5E8E90" w14:textId="4CB8F745" w:rsidR="007A1A6A" w:rsidRDefault="007A1A6A" w:rsidP="00383E3F">
            <w:pPr>
              <w:rPr>
                <w:lang w:eastAsia="zh-CN"/>
              </w:rPr>
            </w:pPr>
            <w:r w:rsidRPr="00862E4B">
              <w:rPr>
                <w:sz w:val="16"/>
                <w:szCs w:val="16"/>
                <w:lang w:eastAsia="zh-CN"/>
              </w:rPr>
              <w:t>As per order confirmation</w:t>
            </w:r>
          </w:p>
        </w:tc>
      </w:tr>
      <w:tr w:rsidR="007A1A6A" w14:paraId="1751F208" w14:textId="78901C80" w:rsidTr="007A1A6A">
        <w:trPr>
          <w:trHeight w:val="453"/>
        </w:trPr>
        <w:tc>
          <w:tcPr>
            <w:tcW w:w="1374" w:type="dxa"/>
            <w:vAlign w:val="center"/>
          </w:tcPr>
          <w:p w14:paraId="30E4D4E2" w14:textId="66CE116D" w:rsidR="007A1A6A" w:rsidRDefault="007A1A6A" w:rsidP="00383E3F">
            <w:pPr>
              <w:rPr>
                <w:lang w:eastAsia="zh-CN"/>
              </w:rPr>
            </w:pPr>
          </w:p>
        </w:tc>
        <w:tc>
          <w:tcPr>
            <w:tcW w:w="1553" w:type="dxa"/>
            <w:vAlign w:val="center"/>
          </w:tcPr>
          <w:p w14:paraId="55C7B4BF" w14:textId="6D26E53F" w:rsidR="007A1A6A" w:rsidRDefault="007A1A6A" w:rsidP="00383E3F">
            <w:pPr>
              <w:rPr>
                <w:lang w:eastAsia="zh-CN"/>
              </w:rPr>
            </w:pPr>
          </w:p>
        </w:tc>
        <w:tc>
          <w:tcPr>
            <w:tcW w:w="1726" w:type="dxa"/>
            <w:vAlign w:val="center"/>
          </w:tcPr>
          <w:p w14:paraId="696DEAA3" w14:textId="0A4518CD" w:rsidR="007A1A6A" w:rsidRDefault="007A1A6A" w:rsidP="00383E3F">
            <w:pPr>
              <w:rPr>
                <w:lang w:eastAsia="zh-CN"/>
              </w:rPr>
            </w:pPr>
          </w:p>
        </w:tc>
        <w:tc>
          <w:tcPr>
            <w:tcW w:w="1549" w:type="dxa"/>
            <w:vAlign w:val="center"/>
          </w:tcPr>
          <w:p w14:paraId="449A3BD6" w14:textId="681B8413" w:rsidR="007A1A6A" w:rsidRDefault="007A1A6A" w:rsidP="00383E3F">
            <w:pPr>
              <w:rPr>
                <w:lang w:eastAsia="zh-CN"/>
              </w:rPr>
            </w:pPr>
          </w:p>
        </w:tc>
        <w:tc>
          <w:tcPr>
            <w:tcW w:w="1796" w:type="dxa"/>
            <w:vAlign w:val="center"/>
          </w:tcPr>
          <w:p w14:paraId="38CF5498" w14:textId="02A6BF19" w:rsidR="007A1A6A" w:rsidRDefault="007A1A6A" w:rsidP="00383E3F">
            <w:pPr>
              <w:jc w:val="both"/>
              <w:rPr>
                <w:lang w:eastAsia="zh-CN"/>
              </w:rPr>
            </w:pPr>
          </w:p>
        </w:tc>
        <w:tc>
          <w:tcPr>
            <w:tcW w:w="1485" w:type="dxa"/>
            <w:vAlign w:val="center"/>
          </w:tcPr>
          <w:p w14:paraId="04ED1BD8" w14:textId="164F3C39" w:rsidR="007A1A6A" w:rsidRDefault="007A1A6A" w:rsidP="00383E3F">
            <w:pPr>
              <w:rPr>
                <w:lang w:eastAsia="zh-CN"/>
              </w:rPr>
            </w:pPr>
          </w:p>
        </w:tc>
        <w:tc>
          <w:tcPr>
            <w:tcW w:w="1434" w:type="dxa"/>
            <w:vAlign w:val="center"/>
          </w:tcPr>
          <w:p w14:paraId="4BA253CF" w14:textId="56E4FEE2" w:rsidR="007A1A6A" w:rsidRDefault="007A1A6A" w:rsidP="00383E3F">
            <w:pPr>
              <w:rPr>
                <w:lang w:eastAsia="zh-CN"/>
              </w:rPr>
            </w:pPr>
          </w:p>
        </w:tc>
      </w:tr>
      <w:tr w:rsidR="007A1A6A" w14:paraId="4DCEA2F7" w14:textId="2D760909" w:rsidTr="007A1A6A">
        <w:trPr>
          <w:trHeight w:val="453"/>
        </w:trPr>
        <w:tc>
          <w:tcPr>
            <w:tcW w:w="1374" w:type="dxa"/>
            <w:vAlign w:val="center"/>
          </w:tcPr>
          <w:p w14:paraId="3DBED81A" w14:textId="71C1986C" w:rsidR="007A1A6A" w:rsidRDefault="007A1A6A">
            <w:pPr>
              <w:rPr>
                <w:lang w:eastAsia="zh-CN"/>
              </w:rPr>
            </w:pPr>
          </w:p>
        </w:tc>
        <w:tc>
          <w:tcPr>
            <w:tcW w:w="1553" w:type="dxa"/>
            <w:vAlign w:val="center"/>
          </w:tcPr>
          <w:p w14:paraId="5D7523F4" w14:textId="09D10FFE" w:rsidR="007A1A6A" w:rsidRDefault="007A1A6A">
            <w:pPr>
              <w:rPr>
                <w:lang w:eastAsia="zh-CN"/>
              </w:rPr>
            </w:pPr>
          </w:p>
        </w:tc>
        <w:tc>
          <w:tcPr>
            <w:tcW w:w="1726" w:type="dxa"/>
            <w:vAlign w:val="center"/>
          </w:tcPr>
          <w:p w14:paraId="71F11E8E" w14:textId="093D3933" w:rsidR="007A1A6A" w:rsidRDefault="007A1A6A">
            <w:pPr>
              <w:rPr>
                <w:lang w:eastAsia="zh-CN"/>
              </w:rPr>
            </w:pPr>
          </w:p>
        </w:tc>
        <w:tc>
          <w:tcPr>
            <w:tcW w:w="1549" w:type="dxa"/>
            <w:vAlign w:val="center"/>
          </w:tcPr>
          <w:p w14:paraId="659BF0B0" w14:textId="77777777" w:rsidR="007A1A6A" w:rsidRDefault="007A1A6A">
            <w:pPr>
              <w:rPr>
                <w:lang w:eastAsia="zh-CN"/>
              </w:rPr>
            </w:pPr>
          </w:p>
        </w:tc>
        <w:tc>
          <w:tcPr>
            <w:tcW w:w="1796" w:type="dxa"/>
            <w:vAlign w:val="center"/>
          </w:tcPr>
          <w:p w14:paraId="4A2E2266" w14:textId="6BF65EB3" w:rsidR="007A1A6A" w:rsidRDefault="007A1A6A">
            <w:pPr>
              <w:rPr>
                <w:lang w:eastAsia="zh-CN"/>
              </w:rPr>
            </w:pPr>
          </w:p>
        </w:tc>
        <w:tc>
          <w:tcPr>
            <w:tcW w:w="1485" w:type="dxa"/>
            <w:vAlign w:val="center"/>
          </w:tcPr>
          <w:p w14:paraId="66EA83C9" w14:textId="0F9E7F1F" w:rsidR="007A1A6A" w:rsidRDefault="007A1A6A">
            <w:pPr>
              <w:rPr>
                <w:lang w:eastAsia="zh-CN"/>
              </w:rPr>
            </w:pPr>
          </w:p>
        </w:tc>
        <w:tc>
          <w:tcPr>
            <w:tcW w:w="1434" w:type="dxa"/>
          </w:tcPr>
          <w:p w14:paraId="24457A22" w14:textId="77777777" w:rsidR="007A1A6A" w:rsidRDefault="007A1A6A">
            <w:pPr>
              <w:rPr>
                <w:lang w:eastAsia="zh-CN"/>
              </w:rPr>
            </w:pPr>
          </w:p>
        </w:tc>
      </w:tr>
    </w:tbl>
    <w:p w14:paraId="43F41D3F" w14:textId="77777777" w:rsidR="008E2A84" w:rsidRDefault="008E2A84">
      <w:pPr>
        <w:rPr>
          <w:lang w:eastAsia="zh-CN"/>
        </w:rPr>
      </w:pPr>
    </w:p>
    <w:p w14:paraId="2ED52481" w14:textId="1BF14D7D" w:rsidR="00C522F0" w:rsidRPr="008A455D" w:rsidRDefault="00C522F0">
      <w:pPr>
        <w:rPr>
          <w:i/>
          <w:iCs/>
          <w:sz w:val="20"/>
          <w:szCs w:val="20"/>
          <w:lang w:eastAsia="zh-CN"/>
        </w:rPr>
      </w:pPr>
      <w:r w:rsidRPr="008A455D">
        <w:rPr>
          <w:rFonts w:hint="eastAsia"/>
          <w:i/>
          <w:iCs/>
          <w:sz w:val="20"/>
          <w:szCs w:val="20"/>
          <w:lang w:eastAsia="zh-CN"/>
        </w:rPr>
        <w:t>Notes</w:t>
      </w:r>
    </w:p>
    <w:p w14:paraId="2D2D33BF" w14:textId="3B6E046A" w:rsidR="00C522F0" w:rsidRPr="004D1C23" w:rsidRDefault="00C522F0" w:rsidP="004D1C23">
      <w:pPr>
        <w:pStyle w:val="ae"/>
        <w:numPr>
          <w:ilvl w:val="0"/>
          <w:numId w:val="10"/>
        </w:numPr>
        <w:rPr>
          <w:i/>
          <w:iCs/>
          <w:sz w:val="20"/>
          <w:szCs w:val="20"/>
          <w:lang w:eastAsia="zh-CN"/>
        </w:rPr>
      </w:pPr>
      <w:r w:rsidRPr="004D1C23">
        <w:rPr>
          <w:rFonts w:hint="eastAsia"/>
          <w:i/>
          <w:iCs/>
          <w:sz w:val="20"/>
          <w:szCs w:val="20"/>
          <w:lang w:eastAsia="zh-CN"/>
        </w:rPr>
        <w:t>Custom length available for all models</w:t>
      </w:r>
    </w:p>
    <w:p w14:paraId="69DC7EC7" w14:textId="1AF75AF1" w:rsidR="005D7839" w:rsidRDefault="00C522F0" w:rsidP="00CF19A2">
      <w:pPr>
        <w:pStyle w:val="ae"/>
        <w:numPr>
          <w:ilvl w:val="0"/>
          <w:numId w:val="10"/>
        </w:numPr>
        <w:rPr>
          <w:i/>
          <w:iCs/>
          <w:sz w:val="20"/>
          <w:szCs w:val="20"/>
          <w:lang w:eastAsia="zh-CN"/>
        </w:rPr>
      </w:pPr>
      <w:r w:rsidRPr="004D1C23">
        <w:rPr>
          <w:rFonts w:hint="eastAsia"/>
          <w:i/>
          <w:iCs/>
          <w:sz w:val="20"/>
          <w:szCs w:val="20"/>
          <w:lang w:eastAsia="zh-CN"/>
        </w:rPr>
        <w:t>Special dimensions and thickness are available upon request</w:t>
      </w:r>
    </w:p>
    <w:p w14:paraId="71026F99" w14:textId="6110A42D" w:rsidR="00C25427" w:rsidRPr="00C25427" w:rsidRDefault="00C25427" w:rsidP="00C25427">
      <w:pPr>
        <w:pStyle w:val="ae"/>
        <w:numPr>
          <w:ilvl w:val="0"/>
          <w:numId w:val="10"/>
        </w:numPr>
        <w:rPr>
          <w:i/>
          <w:iCs/>
          <w:sz w:val="20"/>
          <w:szCs w:val="20"/>
          <w:lang w:eastAsia="zh-CN"/>
        </w:rPr>
      </w:pPr>
      <w:bookmarkStart w:id="1" w:name="_Hlk230632415"/>
      <w:r w:rsidRPr="00CA239F">
        <w:rPr>
          <w:i/>
          <w:iCs/>
          <w:sz w:val="20"/>
          <w:szCs w:val="20"/>
          <w:lang w:eastAsia="zh-CN"/>
        </w:rPr>
        <w:t>Theoretical weight is for reference only. Actual weight shall prevail</w:t>
      </w:r>
      <w:bookmarkEnd w:id="1"/>
    </w:p>
    <w:sectPr w:rsidR="00C25427" w:rsidRPr="00C25427" w:rsidSect="00083ADF">
      <w:footerReference w:type="default" r:id="rId12"/>
      <w:pgSz w:w="12240" w:h="15840"/>
      <w:pgMar w:top="568" w:right="567" w:bottom="567" w:left="56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88603E" w14:textId="77777777" w:rsidR="002712F6" w:rsidRDefault="002712F6">
      <w:pPr>
        <w:spacing w:after="0" w:line="240" w:lineRule="auto"/>
      </w:pPr>
      <w:r>
        <w:separator/>
      </w:r>
    </w:p>
  </w:endnote>
  <w:endnote w:type="continuationSeparator" w:id="0">
    <w:p w14:paraId="38D093B8" w14:textId="77777777" w:rsidR="002712F6" w:rsidRDefault="002712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F71F1D" w14:textId="3F022A14" w:rsidR="00360688" w:rsidRDefault="00360688">
    <w:pPr>
      <w:pStyle w:val="a7"/>
    </w:pPr>
    <w:r>
      <w:rPr>
        <w:rFonts w:asciiTheme="minorHAnsi" w:hAnsiTheme="minorHAnsi"/>
        <w:noProof/>
        <w:sz w:val="72"/>
        <w:szCs w:val="72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707A1EA" wp14:editId="629EF7ED">
              <wp:simplePos x="0" y="0"/>
              <wp:positionH relativeFrom="column">
                <wp:posOffset>-354101</wp:posOffset>
              </wp:positionH>
              <wp:positionV relativeFrom="paragraph">
                <wp:posOffset>156820</wp:posOffset>
              </wp:positionV>
              <wp:extent cx="7846355" cy="559079"/>
              <wp:effectExtent l="57150" t="19050" r="59690" b="69850"/>
              <wp:wrapNone/>
              <wp:docPr id="1765985997" name="矩形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46355" cy="559079"/>
                      </a:xfrm>
                      <a:prstGeom prst="rect">
                        <a:avLst/>
                      </a:prstGeom>
                      <a:solidFill>
                        <a:srgbClr val="00458A"/>
                      </a:solidFill>
                      <a:ln>
                        <a:noFill/>
                      </a:ln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0A0F30E8" w14:textId="77777777" w:rsidR="00360688" w:rsidRPr="00582B61" w:rsidRDefault="00360688" w:rsidP="00360688">
                          <w:pPr>
                            <w:spacing w:after="0" w:line="240" w:lineRule="auto"/>
                            <w:jc w:val="center"/>
                            <w:rPr>
                              <w:szCs w:val="18"/>
                              <w:lang w:eastAsia="zh-CN"/>
                            </w:rPr>
                          </w:pPr>
                          <w:r w:rsidRPr="00582B61">
                            <w:rPr>
                              <w:rFonts w:hint="eastAsia"/>
                              <w:szCs w:val="18"/>
                              <w:lang w:eastAsia="zh-CN"/>
                            </w:rPr>
                            <w:t xml:space="preserve">For </w:t>
                          </w:r>
                          <w:r>
                            <w:rPr>
                              <w:rFonts w:hint="eastAsia"/>
                              <w:szCs w:val="18"/>
                              <w:lang w:eastAsia="zh-CN"/>
                            </w:rPr>
                            <w:t>S</w:t>
                          </w:r>
                          <w:r w:rsidRPr="00582B61">
                            <w:rPr>
                              <w:rFonts w:hint="eastAsia"/>
                              <w:szCs w:val="18"/>
                              <w:lang w:eastAsia="zh-CN"/>
                            </w:rPr>
                            <w:t xml:space="preserve">ales </w:t>
                          </w:r>
                          <w:r>
                            <w:rPr>
                              <w:rFonts w:hint="eastAsia"/>
                              <w:szCs w:val="18"/>
                              <w:lang w:eastAsia="zh-CN"/>
                            </w:rPr>
                            <w:t>I</w:t>
                          </w:r>
                          <w:r w:rsidRPr="00582B61">
                            <w:rPr>
                              <w:rFonts w:hint="eastAsia"/>
                              <w:szCs w:val="18"/>
                              <w:lang w:eastAsia="zh-CN"/>
                            </w:rPr>
                            <w:t>nquiries, please contact our global support team via W</w:t>
                          </w:r>
                          <w:r w:rsidRPr="00582B61">
                            <w:rPr>
                              <w:szCs w:val="18"/>
                              <w:lang w:eastAsia="zh-CN"/>
                            </w:rPr>
                            <w:t>hatsApp</w:t>
                          </w:r>
                          <w:r w:rsidRPr="00582B61">
                            <w:rPr>
                              <w:rFonts w:hint="eastAsia"/>
                              <w:szCs w:val="18"/>
                              <w:lang w:eastAsia="zh-CN"/>
                            </w:rPr>
                            <w:t>:</w:t>
                          </w:r>
                          <w:r w:rsidRPr="00582B61">
                            <w:rPr>
                              <w:rFonts w:hint="eastAsia"/>
                              <w:szCs w:val="18"/>
                              <w:lang w:eastAsia="zh-CN"/>
                            </w:rPr>
                            <w:t>＋</w:t>
                          </w:r>
                          <w:r w:rsidRPr="00582B61">
                            <w:rPr>
                              <w:rFonts w:hint="eastAsia"/>
                              <w:szCs w:val="18"/>
                              <w:lang w:eastAsia="zh-CN"/>
                            </w:rPr>
                            <w:t>78764422 or</w:t>
                          </w:r>
                          <w:r w:rsidRPr="00582B61">
                            <w:rPr>
                              <w:rFonts w:hint="eastAsia"/>
                              <w:color w:val="FFFFFF" w:themeColor="background1"/>
                              <w:szCs w:val="18"/>
                              <w:lang w:eastAsia="zh-CN"/>
                            </w:rPr>
                            <w:t xml:space="preserve"> </w:t>
                          </w:r>
                          <w:proofErr w:type="spellStart"/>
                          <w:r w:rsidRPr="00582B61">
                            <w:rPr>
                              <w:rFonts w:hint="eastAsia"/>
                              <w:color w:val="FFFFFF" w:themeColor="background1"/>
                              <w:szCs w:val="18"/>
                              <w:lang w:eastAsia="zh-CN"/>
                            </w:rPr>
                            <w:t>dxl</w:t>
                          </w:r>
                          <w:r>
                            <w:rPr>
                              <w:rFonts w:hint="eastAsia"/>
                              <w:color w:val="FFFFFF" w:themeColor="background1"/>
                              <w:szCs w:val="18"/>
                              <w:lang w:eastAsia="zh-CN"/>
                            </w:rPr>
                            <w:t>metal</w:t>
                          </w:r>
                          <w:r w:rsidRPr="00582B61">
                            <w:rPr>
                              <w:rFonts w:hint="eastAsia"/>
                              <w:color w:val="FFFFFF" w:themeColor="background1"/>
                              <w:szCs w:val="18"/>
                              <w:lang w:eastAsia="zh-CN"/>
                            </w:rPr>
                            <w:t>@gmail.co</w:t>
                          </w:r>
                          <w:r>
                            <w:rPr>
                              <w:rFonts w:hint="eastAsia"/>
                              <w:color w:val="FFFFFF" w:themeColor="background1"/>
                              <w:szCs w:val="18"/>
                              <w:lang w:eastAsia="zh-CN"/>
                            </w:rPr>
                            <w:t>m</w:t>
                          </w:r>
                          <w:proofErr w:type="spellEnd"/>
                        </w:p>
                        <w:p w14:paraId="03D3F94B" w14:textId="77777777" w:rsidR="00360688" w:rsidRPr="00582B61" w:rsidRDefault="00360688" w:rsidP="00360688">
                          <w:pPr>
                            <w:spacing w:line="240" w:lineRule="auto"/>
                            <w:jc w:val="center"/>
                            <w:rPr>
                              <w:i/>
                              <w:iCs/>
                              <w:szCs w:val="18"/>
                              <w:lang w:eastAsia="zh-CN"/>
                            </w:rPr>
                          </w:pPr>
                          <w:r w:rsidRPr="00582B61">
                            <w:rPr>
                              <w:rFonts w:hint="eastAsia"/>
                              <w:i/>
                              <w:iCs/>
                              <w:szCs w:val="18"/>
                              <w:lang w:eastAsia="zh-CN"/>
                            </w:rPr>
                            <w:t>DXL</w:t>
                          </w:r>
                          <w:r w:rsidRPr="00582B61">
                            <w:rPr>
                              <w:i/>
                              <w:iCs/>
                              <w:szCs w:val="18"/>
                              <w:lang w:eastAsia="zh-CN"/>
                            </w:rPr>
                            <w:t>—</w:t>
                          </w:r>
                          <w:r w:rsidRPr="00582B61">
                            <w:rPr>
                              <w:rFonts w:hint="eastAsia"/>
                              <w:i/>
                              <w:iCs/>
                              <w:szCs w:val="18"/>
                              <w:lang w:eastAsia="zh-CN"/>
                            </w:rPr>
                            <w:t>Reliable Quality</w:t>
                          </w:r>
                          <w:r w:rsidRPr="00582B61">
                            <w:rPr>
                              <w:rFonts w:hint="eastAsia"/>
                              <w:i/>
                              <w:iCs/>
                              <w:szCs w:val="18"/>
                              <w:lang w:eastAsia="zh-CN"/>
                            </w:rPr>
                            <w:t>，</w:t>
                          </w:r>
                          <w:r w:rsidRPr="00582B61">
                            <w:rPr>
                              <w:rFonts w:hint="eastAsia"/>
                              <w:i/>
                              <w:iCs/>
                              <w:szCs w:val="18"/>
                              <w:lang w:eastAsia="zh-CN"/>
                            </w:rPr>
                            <w:t>Global Trust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707A1EA" id="矩形 5" o:spid="_x0000_s1029" style="position:absolute;margin-left:-27.9pt;margin-top:12.35pt;width:617.8pt;height:4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" fillcolor="#00458a" stroked="f">
              <v:shadow on="t" color="black" opacity="22937f" origin=",.5" offset="0,.63889mm"/>
              <v:textbox>
                <w:txbxContent>
                  <w:p w14:paraId="0A0F30E8" w14:textId="77777777" w:rsidR="00360688" w:rsidRPr="00582B61" w:rsidRDefault="00360688" w:rsidP="00360688">
                    <w:pPr>
                      <w:spacing w:after="0" w:line="240" w:lineRule="auto"/>
                      <w:jc w:val="center"/>
                      <w:rPr>
                        <w:szCs w:val="18"/>
                        <w:lang w:eastAsia="zh-CN"/>
                      </w:rPr>
                    </w:pPr>
                    <w:r w:rsidRPr="00582B61">
                      <w:rPr>
                        <w:rFonts w:hint="eastAsia"/>
                        <w:szCs w:val="18"/>
                        <w:lang w:eastAsia="zh-CN"/>
                      </w:rPr>
                      <w:t xml:space="preserve">For </w:t>
                    </w:r>
                    <w:r>
                      <w:rPr>
                        <w:rFonts w:hint="eastAsia"/>
                        <w:szCs w:val="18"/>
                        <w:lang w:eastAsia="zh-CN"/>
                      </w:rPr>
                      <w:t>S</w:t>
                    </w:r>
                    <w:r w:rsidRPr="00582B61">
                      <w:rPr>
                        <w:rFonts w:hint="eastAsia"/>
                        <w:szCs w:val="18"/>
                        <w:lang w:eastAsia="zh-CN"/>
                      </w:rPr>
                      <w:t xml:space="preserve">ales </w:t>
                    </w:r>
                    <w:r>
                      <w:rPr>
                        <w:rFonts w:hint="eastAsia"/>
                        <w:szCs w:val="18"/>
                        <w:lang w:eastAsia="zh-CN"/>
                      </w:rPr>
                      <w:t>I</w:t>
                    </w:r>
                    <w:r w:rsidRPr="00582B61">
                      <w:rPr>
                        <w:rFonts w:hint="eastAsia"/>
                        <w:szCs w:val="18"/>
                        <w:lang w:eastAsia="zh-CN"/>
                      </w:rPr>
                      <w:t>nquiries, please contact our global support team via W</w:t>
                    </w:r>
                    <w:r w:rsidRPr="00582B61">
                      <w:rPr>
                        <w:szCs w:val="18"/>
                        <w:lang w:eastAsia="zh-CN"/>
                      </w:rPr>
                      <w:t>hatsApp</w:t>
                    </w:r>
                    <w:r w:rsidRPr="00582B61">
                      <w:rPr>
                        <w:rFonts w:hint="eastAsia"/>
                        <w:szCs w:val="18"/>
                        <w:lang w:eastAsia="zh-CN"/>
                      </w:rPr>
                      <w:t>:</w:t>
                    </w:r>
                    <w:r w:rsidRPr="00582B61">
                      <w:rPr>
                        <w:rFonts w:hint="eastAsia"/>
                        <w:szCs w:val="18"/>
                        <w:lang w:eastAsia="zh-CN"/>
                      </w:rPr>
                      <w:t>＋</w:t>
                    </w:r>
                    <w:r w:rsidRPr="00582B61">
                      <w:rPr>
                        <w:rFonts w:hint="eastAsia"/>
                        <w:szCs w:val="18"/>
                        <w:lang w:eastAsia="zh-CN"/>
                      </w:rPr>
                      <w:t>78764422 or</w:t>
                    </w:r>
                    <w:r w:rsidRPr="00582B61">
                      <w:rPr>
                        <w:rFonts w:hint="eastAsia"/>
                        <w:color w:val="FFFFFF" w:themeColor="background1"/>
                        <w:szCs w:val="18"/>
                        <w:lang w:eastAsia="zh-CN"/>
                      </w:rPr>
                      <w:t xml:space="preserve"> </w:t>
                    </w:r>
                    <w:proofErr w:type="spellStart"/>
                    <w:r w:rsidRPr="00582B61">
                      <w:rPr>
                        <w:rFonts w:hint="eastAsia"/>
                        <w:color w:val="FFFFFF" w:themeColor="background1"/>
                        <w:szCs w:val="18"/>
                        <w:lang w:eastAsia="zh-CN"/>
                      </w:rPr>
                      <w:t>dxl</w:t>
                    </w:r>
                    <w:r>
                      <w:rPr>
                        <w:rFonts w:hint="eastAsia"/>
                        <w:color w:val="FFFFFF" w:themeColor="background1"/>
                        <w:szCs w:val="18"/>
                        <w:lang w:eastAsia="zh-CN"/>
                      </w:rPr>
                      <w:t>metal</w:t>
                    </w:r>
                    <w:r w:rsidRPr="00582B61">
                      <w:rPr>
                        <w:rFonts w:hint="eastAsia"/>
                        <w:color w:val="FFFFFF" w:themeColor="background1"/>
                        <w:szCs w:val="18"/>
                        <w:lang w:eastAsia="zh-CN"/>
                      </w:rPr>
                      <w:t>@gmail.co</w:t>
                    </w:r>
                    <w:r>
                      <w:rPr>
                        <w:rFonts w:hint="eastAsia"/>
                        <w:color w:val="FFFFFF" w:themeColor="background1"/>
                        <w:szCs w:val="18"/>
                        <w:lang w:eastAsia="zh-CN"/>
                      </w:rPr>
                      <w:t>m</w:t>
                    </w:r>
                    <w:proofErr w:type="spellEnd"/>
                  </w:p>
                  <w:p w14:paraId="03D3F94B" w14:textId="77777777" w:rsidR="00360688" w:rsidRPr="00582B61" w:rsidRDefault="00360688" w:rsidP="00360688">
                    <w:pPr>
                      <w:spacing w:line="240" w:lineRule="auto"/>
                      <w:jc w:val="center"/>
                      <w:rPr>
                        <w:i/>
                        <w:iCs/>
                        <w:szCs w:val="18"/>
                        <w:lang w:eastAsia="zh-CN"/>
                      </w:rPr>
                    </w:pPr>
                    <w:r w:rsidRPr="00582B61">
                      <w:rPr>
                        <w:rFonts w:hint="eastAsia"/>
                        <w:i/>
                        <w:iCs/>
                        <w:szCs w:val="18"/>
                        <w:lang w:eastAsia="zh-CN"/>
                      </w:rPr>
                      <w:t>DXL</w:t>
                    </w:r>
                    <w:r w:rsidRPr="00582B61">
                      <w:rPr>
                        <w:i/>
                        <w:iCs/>
                        <w:szCs w:val="18"/>
                        <w:lang w:eastAsia="zh-CN"/>
                      </w:rPr>
                      <w:t>—</w:t>
                    </w:r>
                    <w:r w:rsidRPr="00582B61">
                      <w:rPr>
                        <w:rFonts w:hint="eastAsia"/>
                        <w:i/>
                        <w:iCs/>
                        <w:szCs w:val="18"/>
                        <w:lang w:eastAsia="zh-CN"/>
                      </w:rPr>
                      <w:t>Reliable Quality</w:t>
                    </w:r>
                    <w:r w:rsidRPr="00582B61">
                      <w:rPr>
                        <w:rFonts w:hint="eastAsia"/>
                        <w:i/>
                        <w:iCs/>
                        <w:szCs w:val="18"/>
                        <w:lang w:eastAsia="zh-CN"/>
                      </w:rPr>
                      <w:t>，</w:t>
                    </w:r>
                    <w:r w:rsidRPr="00582B61">
                      <w:rPr>
                        <w:rFonts w:hint="eastAsia"/>
                        <w:i/>
                        <w:iCs/>
                        <w:szCs w:val="18"/>
                        <w:lang w:eastAsia="zh-CN"/>
                      </w:rPr>
                      <w:t>Global Trust</w:t>
                    </w:r>
                  </w:p>
                </w:txbxContent>
              </v:textbox>
            </v:rect>
          </w:pict>
        </mc:Fallback>
      </mc:AlternateContent>
    </w:r>
  </w:p>
  <w:p w14:paraId="517E9AC3" w14:textId="0AC191C7" w:rsidR="00360688" w:rsidRDefault="00360688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8C8556" w14:textId="77777777" w:rsidR="002712F6" w:rsidRDefault="002712F6">
      <w:pPr>
        <w:spacing w:after="0" w:line="240" w:lineRule="auto"/>
      </w:pPr>
      <w:r>
        <w:separator/>
      </w:r>
    </w:p>
  </w:footnote>
  <w:footnote w:type="continuationSeparator" w:id="0">
    <w:p w14:paraId="5EACE7F1" w14:textId="77777777" w:rsidR="002712F6" w:rsidRDefault="002712F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2E47195D"/>
    <w:multiLevelType w:val="hybridMultilevel"/>
    <w:tmpl w:val="8CBCA20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35CF1484"/>
    <w:multiLevelType w:val="hybridMultilevel"/>
    <w:tmpl w:val="648A8FF2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1474709723">
    <w:abstractNumId w:val="8"/>
  </w:num>
  <w:num w:numId="2" w16cid:durableId="1656493464">
    <w:abstractNumId w:val="6"/>
  </w:num>
  <w:num w:numId="3" w16cid:durableId="628167944">
    <w:abstractNumId w:val="5"/>
  </w:num>
  <w:num w:numId="4" w16cid:durableId="326597779">
    <w:abstractNumId w:val="4"/>
  </w:num>
  <w:num w:numId="5" w16cid:durableId="1750498155">
    <w:abstractNumId w:val="7"/>
  </w:num>
  <w:num w:numId="6" w16cid:durableId="1820607127">
    <w:abstractNumId w:val="3"/>
  </w:num>
  <w:num w:numId="7" w16cid:durableId="1733041824">
    <w:abstractNumId w:val="2"/>
  </w:num>
  <w:num w:numId="8" w16cid:durableId="947084819">
    <w:abstractNumId w:val="1"/>
  </w:num>
  <w:num w:numId="9" w16cid:durableId="1168983087">
    <w:abstractNumId w:val="0"/>
  </w:num>
  <w:num w:numId="10" w16cid:durableId="1102610258">
    <w:abstractNumId w:val="10"/>
  </w:num>
  <w:num w:numId="11" w16cid:durableId="9609205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1E1F"/>
    <w:rsid w:val="00034616"/>
    <w:rsid w:val="00040CB8"/>
    <w:rsid w:val="0006063C"/>
    <w:rsid w:val="00071919"/>
    <w:rsid w:val="000768EC"/>
    <w:rsid w:val="00083ADF"/>
    <w:rsid w:val="000866C1"/>
    <w:rsid w:val="000B1106"/>
    <w:rsid w:val="00104F7A"/>
    <w:rsid w:val="001224E5"/>
    <w:rsid w:val="00141136"/>
    <w:rsid w:val="00143E52"/>
    <w:rsid w:val="0015074B"/>
    <w:rsid w:val="00160548"/>
    <w:rsid w:val="001679CF"/>
    <w:rsid w:val="00183B5F"/>
    <w:rsid w:val="0019277D"/>
    <w:rsid w:val="001D7D3D"/>
    <w:rsid w:val="001E68D5"/>
    <w:rsid w:val="001F16ED"/>
    <w:rsid w:val="001F4358"/>
    <w:rsid w:val="002055B7"/>
    <w:rsid w:val="00211066"/>
    <w:rsid w:val="0022501A"/>
    <w:rsid w:val="00227D0D"/>
    <w:rsid w:val="002345F8"/>
    <w:rsid w:val="00234D5E"/>
    <w:rsid w:val="00241ADC"/>
    <w:rsid w:val="00270E57"/>
    <w:rsid w:val="002712F6"/>
    <w:rsid w:val="00281D1D"/>
    <w:rsid w:val="0029639D"/>
    <w:rsid w:val="002A3BAB"/>
    <w:rsid w:val="002C4EB7"/>
    <w:rsid w:val="002D4093"/>
    <w:rsid w:val="00322227"/>
    <w:rsid w:val="00326F90"/>
    <w:rsid w:val="00360688"/>
    <w:rsid w:val="00363B02"/>
    <w:rsid w:val="00377148"/>
    <w:rsid w:val="00383E3F"/>
    <w:rsid w:val="003D2476"/>
    <w:rsid w:val="004047D6"/>
    <w:rsid w:val="00423CB6"/>
    <w:rsid w:val="004A24CE"/>
    <w:rsid w:val="004B1232"/>
    <w:rsid w:val="004B6852"/>
    <w:rsid w:val="004D1C23"/>
    <w:rsid w:val="004E1656"/>
    <w:rsid w:val="004F6543"/>
    <w:rsid w:val="00516DF0"/>
    <w:rsid w:val="00553276"/>
    <w:rsid w:val="00582B61"/>
    <w:rsid w:val="005918CC"/>
    <w:rsid w:val="00596926"/>
    <w:rsid w:val="005A214E"/>
    <w:rsid w:val="005B38EC"/>
    <w:rsid w:val="005C4825"/>
    <w:rsid w:val="005D7839"/>
    <w:rsid w:val="00660A48"/>
    <w:rsid w:val="00667AA1"/>
    <w:rsid w:val="006864AC"/>
    <w:rsid w:val="006F4391"/>
    <w:rsid w:val="00706F32"/>
    <w:rsid w:val="00745F59"/>
    <w:rsid w:val="00776DFC"/>
    <w:rsid w:val="007951BB"/>
    <w:rsid w:val="007A1A6A"/>
    <w:rsid w:val="007A6891"/>
    <w:rsid w:val="007D0CDD"/>
    <w:rsid w:val="008112FF"/>
    <w:rsid w:val="008371AD"/>
    <w:rsid w:val="008649FC"/>
    <w:rsid w:val="00871EE1"/>
    <w:rsid w:val="008A455D"/>
    <w:rsid w:val="008C0491"/>
    <w:rsid w:val="008E2A84"/>
    <w:rsid w:val="00916D09"/>
    <w:rsid w:val="00917064"/>
    <w:rsid w:val="0095060E"/>
    <w:rsid w:val="00951B8C"/>
    <w:rsid w:val="00973097"/>
    <w:rsid w:val="00984677"/>
    <w:rsid w:val="00986FFD"/>
    <w:rsid w:val="009A5DCA"/>
    <w:rsid w:val="009B2141"/>
    <w:rsid w:val="009E675F"/>
    <w:rsid w:val="009F07E2"/>
    <w:rsid w:val="00A06B82"/>
    <w:rsid w:val="00A0784F"/>
    <w:rsid w:val="00A23C60"/>
    <w:rsid w:val="00A63765"/>
    <w:rsid w:val="00A65E09"/>
    <w:rsid w:val="00A670F0"/>
    <w:rsid w:val="00A859A9"/>
    <w:rsid w:val="00A87442"/>
    <w:rsid w:val="00AA1D8D"/>
    <w:rsid w:val="00AB3E69"/>
    <w:rsid w:val="00AD45A0"/>
    <w:rsid w:val="00B172B3"/>
    <w:rsid w:val="00B47730"/>
    <w:rsid w:val="00B801FB"/>
    <w:rsid w:val="00C01C32"/>
    <w:rsid w:val="00C03C15"/>
    <w:rsid w:val="00C121B0"/>
    <w:rsid w:val="00C25427"/>
    <w:rsid w:val="00C522F0"/>
    <w:rsid w:val="00C52897"/>
    <w:rsid w:val="00C8373A"/>
    <w:rsid w:val="00C841D2"/>
    <w:rsid w:val="00CB0664"/>
    <w:rsid w:val="00CB3FD8"/>
    <w:rsid w:val="00CF19A2"/>
    <w:rsid w:val="00CF3F56"/>
    <w:rsid w:val="00D318DF"/>
    <w:rsid w:val="00D540EF"/>
    <w:rsid w:val="00D62C1F"/>
    <w:rsid w:val="00D951F9"/>
    <w:rsid w:val="00D96E04"/>
    <w:rsid w:val="00DB051E"/>
    <w:rsid w:val="00E16221"/>
    <w:rsid w:val="00E21DEA"/>
    <w:rsid w:val="00E3655F"/>
    <w:rsid w:val="00E66A93"/>
    <w:rsid w:val="00E826F8"/>
    <w:rsid w:val="00EC1C6D"/>
    <w:rsid w:val="00F0490C"/>
    <w:rsid w:val="00F10275"/>
    <w:rsid w:val="00F16DFF"/>
    <w:rsid w:val="00F354C9"/>
    <w:rsid w:val="00F429C0"/>
    <w:rsid w:val="00FB6801"/>
    <w:rsid w:val="00FC693F"/>
    <w:rsid w:val="00FD6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BB437D9"/>
  <w14:defaultImageDpi w14:val="300"/>
  <w15:docId w15:val="{BA683D19-31DF-444A-BC2C-ABA080CBB7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  <w:rPr>
      <w:rFonts w:ascii="Arial" w:eastAsia="微软雅黑" w:hAnsi="Arial"/>
      <w:sz w:val="18"/>
    </w:rPr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页眉 字符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页脚 字符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标题 1 字符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标题 2 字符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标题 3 字符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标题 字符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副标题 字符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正文文本 字符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正文文本 2 字符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正文文本 3 字符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宏文本 字符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af5">
    <w:name w:val="Quote"/>
    <w:basedOn w:val="a1"/>
    <w:next w:val="a1"/>
    <w:link w:val="af6"/>
    <w:uiPriority w:val="29"/>
    <w:qFormat/>
    <w:rsid w:val="00FC693F"/>
    <w:rPr>
      <w:i/>
      <w:iCs/>
      <w:color w:val="000000" w:themeColor="text1"/>
    </w:rPr>
  </w:style>
  <w:style w:type="character" w:customStyle="1" w:styleId="af6">
    <w:name w:val="引用 字符"/>
    <w:basedOn w:val="a2"/>
    <w:link w:val="af5"/>
    <w:uiPriority w:val="29"/>
    <w:rsid w:val="00FC693F"/>
    <w:rPr>
      <w:i/>
      <w:iCs/>
      <w:color w:val="000000" w:themeColor="text1"/>
    </w:rPr>
  </w:style>
  <w:style w:type="character" w:customStyle="1" w:styleId="40">
    <w:name w:val="标题 4 字符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标题 5 字符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标题 6 字符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标题 7 字符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标题 8 字符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标题 9 字符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7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Cs w:val="18"/>
    </w:rPr>
  </w:style>
  <w:style w:type="character" w:styleId="af8">
    <w:name w:val="Strong"/>
    <w:basedOn w:val="a2"/>
    <w:uiPriority w:val="22"/>
    <w:qFormat/>
    <w:rsid w:val="00FC693F"/>
    <w:rPr>
      <w:b/>
      <w:bCs/>
    </w:rPr>
  </w:style>
  <w:style w:type="character" w:styleId="af9">
    <w:name w:val="Emphasis"/>
    <w:basedOn w:val="a2"/>
    <w:uiPriority w:val="20"/>
    <w:qFormat/>
    <w:rsid w:val="00FC693F"/>
    <w:rPr>
      <w:i/>
      <w:iCs/>
    </w:rPr>
  </w:style>
  <w:style w:type="paragraph" w:styleId="afa">
    <w:name w:val="Intense Quote"/>
    <w:basedOn w:val="a1"/>
    <w:next w:val="a1"/>
    <w:link w:val="afb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b">
    <w:name w:val="明显引用 字符"/>
    <w:basedOn w:val="a2"/>
    <w:link w:val="afa"/>
    <w:uiPriority w:val="30"/>
    <w:rsid w:val="00FC693F"/>
    <w:rPr>
      <w:b/>
      <w:bCs/>
      <w:i/>
      <w:iCs/>
      <w:color w:val="4F81BD" w:themeColor="accent1"/>
    </w:rPr>
  </w:style>
  <w:style w:type="character" w:styleId="afc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d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e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f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f0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TOC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1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2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3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4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7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8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9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5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6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7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8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aff9">
    <w:name w:val="Hyperlink"/>
    <w:basedOn w:val="a2"/>
    <w:uiPriority w:val="99"/>
    <w:unhideWhenUsed/>
    <w:rsid w:val="00582B61"/>
    <w:rPr>
      <w:color w:val="0000FF" w:themeColor="hyperlink"/>
      <w:u w:val="single"/>
    </w:rPr>
  </w:style>
  <w:style w:type="character" w:styleId="affa">
    <w:name w:val="Unresolved Mention"/>
    <w:basedOn w:val="a2"/>
    <w:uiPriority w:val="99"/>
    <w:semiHidden/>
    <w:unhideWhenUsed/>
    <w:rsid w:val="00582B6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wmf"/><Relationship Id="rId5" Type="http://schemas.openxmlformats.org/officeDocument/2006/relationships/webSettings" Target="webSettings.xml"/><Relationship Id="rId10" Type="http://schemas.openxmlformats.org/officeDocument/2006/relationships/image" Target="media/image3.jp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1274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宁 张</cp:lastModifiedBy>
  <cp:revision>2</cp:revision>
  <cp:lastPrinted>2026-04-25T13:16:00Z</cp:lastPrinted>
  <dcterms:created xsi:type="dcterms:W3CDTF">2026-06-08T07:09:00Z</dcterms:created>
  <dcterms:modified xsi:type="dcterms:W3CDTF">2026-06-08T07:09:00Z</dcterms:modified>
  <cp:category/>
</cp:coreProperties>
</file>