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media/image3.jpg" ContentType="image/png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68B58432" w14:textId="4A4E58F5" w:rsidR="00927463" w:rsidRDefault="00276D44" w:rsidP="00276D44">
      <w:pPr>
        <w:spacing w:after="0" w:line="240" w:lineRule="auto"/>
        <w:rPr>
          <w:rFonts w:asciiTheme="minorHAnsi" w:hAnsiTheme="minorHAnsi"/>
          <w:b/>
          <w:i/>
          <w:iCs/>
          <w:color w:val="0C3666"/>
          <w:sz w:val="72"/>
          <w:szCs w:val="72"/>
          <w:lang w:eastAsia="zh-CN"/>
        </w:rPr>
      </w:pPr>
      <w:r w:rsidRPr="00A9153B">
        <w:rPr>
          <w:rFonts w:asciiTheme="minorHAnsi" w:hAnsiTheme="minorHAnsi" w:hint="eastAsia"/>
          <w:b/>
          <w:i/>
          <w:iCs/>
          <w:color w:val="0C3666"/>
          <w:sz w:val="72"/>
          <w:szCs w:val="72"/>
          <w:lang w:eastAsia="zh-CN"/>
        </w:rPr>
        <w:t>L-WALL ANGLE</w:t>
      </w:r>
    </w:p>
    <w:p w14:paraId="34D174E0" w14:textId="1B138FC4" w:rsidR="00A9153B" w:rsidRPr="00A9153B" w:rsidRDefault="00A9153B" w:rsidP="00276D44">
      <w:pPr>
        <w:spacing w:after="0" w:line="240" w:lineRule="auto"/>
        <w:rPr>
          <w:rFonts w:asciiTheme="minorHAnsi" w:hAnsiTheme="minorHAnsi"/>
          <w:bCs/>
          <w:color w:val="0C3666"/>
          <w:sz w:val="44"/>
          <w:szCs w:val="44"/>
          <w:lang w:eastAsia="zh-CN"/>
        </w:rPr>
      </w:pPr>
      <w:r w:rsidRPr="00276D44">
        <w:rPr>
          <w:rFonts w:asciiTheme="minorHAnsi" w:hAnsiTheme="minorHAnsi"/>
          <w:i/>
          <w:i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2C83825C">
                <wp:simplePos x="0" y="0"/>
                <wp:positionH relativeFrom="column">
                  <wp:posOffset>-17145</wp:posOffset>
                </wp:positionH>
                <wp:positionV relativeFrom="paragraph">
                  <wp:posOffset>307340</wp:posOffset>
                </wp:positionV>
                <wp:extent cx="7131685" cy="0"/>
                <wp:effectExtent l="38100" t="38100" r="6921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316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27B18B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5pt,24.2pt" to="560.2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A9153B">
        <w:rPr>
          <w:rFonts w:asciiTheme="minorHAnsi" w:hAnsiTheme="minorHAnsi" w:hint="eastAsia"/>
          <w:bCs/>
          <w:i/>
          <w:iCs/>
          <w:color w:val="0C3666"/>
          <w:sz w:val="44"/>
          <w:szCs w:val="44"/>
          <w:lang w:eastAsia="zh-CN"/>
        </w:rPr>
        <w:t>CELING SYSTEMS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76225A0" w14:textId="7F0AB013" w:rsidR="00F53136" w:rsidRDefault="00F53136" w:rsidP="00F53136">
            <w:pPr>
              <w:tabs>
                <w:tab w:val="left" w:pos="3006"/>
              </w:tabs>
              <w:spacing w:after="0" w:line="240" w:lineRule="auto"/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0C6DF88" wp14:editId="4121D83A">
                      <wp:simplePos x="0" y="0"/>
                      <wp:positionH relativeFrom="column">
                        <wp:posOffset>-83185</wp:posOffset>
                      </wp:positionH>
                      <wp:positionV relativeFrom="paragraph">
                        <wp:posOffset>-52070</wp:posOffset>
                      </wp:positionV>
                      <wp:extent cx="3547745" cy="453390"/>
                      <wp:effectExtent l="0" t="0" r="0" b="3810"/>
                      <wp:wrapNone/>
                      <wp:docPr id="1897080911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47745" cy="4533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9037D1" w14:textId="77777777" w:rsidR="00F53136" w:rsidRPr="00276D44" w:rsidRDefault="00F53136" w:rsidP="00F53136">
                                  <w:pPr>
                                    <w:tabs>
                                      <w:tab w:val="left" w:pos="3006"/>
                                    </w:tabs>
                                    <w:spacing w:after="0" w:line="240" w:lineRule="auto"/>
                                    <w:ind w:leftChars="100" w:left="180" w:firstLineChars="100" w:firstLine="160"/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</w:pPr>
                                  <w:r w:rsidRPr="00276D44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L-Wall Angles are galvanized steel angle profiles used for wall perimeter support and ceiling edge fixing.</w:t>
                                  </w:r>
                                </w:p>
                                <w:p w14:paraId="26A13283" w14:textId="77777777" w:rsidR="00F53136" w:rsidRDefault="00F5313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C6DF8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4" o:spid="_x0000_s1026" type="#_x0000_t202" style="position:absolute;margin-left:-6.55pt;margin-top:-4.1pt;width:279.35pt;height:35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" filled="f" stroked="f" strokeweight=".5pt">
                      <v:textbox>
                        <w:txbxContent>
                          <w:p w14:paraId="529037D1" w14:textId="77777777" w:rsidR="00F53136" w:rsidRPr="00276D44" w:rsidRDefault="00F53136" w:rsidP="00F53136">
                            <w:pPr>
                              <w:tabs>
                                <w:tab w:val="left" w:pos="3006"/>
                              </w:tabs>
                              <w:spacing w:after="0" w:line="240" w:lineRule="auto"/>
                              <w:ind w:leftChars="100" w:left="180" w:firstLineChars="100" w:firstLine="160"/>
                              <w:rPr>
                                <w:rFonts w:asciiTheme="minorHAnsi" w:hAnsiTheme="minorHAnsi"/>
                                <w:sz w:val="16"/>
                              </w:rPr>
                            </w:pPr>
                            <w:r w:rsidRPr="00276D44">
                              <w:rPr>
                                <w:rFonts w:asciiTheme="minorHAnsi" w:hAnsiTheme="minorHAnsi"/>
                                <w:sz w:val="16"/>
                              </w:rPr>
                              <w:t>DXL L-Wall Angles are galvanized steel angle profiles used for wall perimeter support and ceiling edge fixing.</w:t>
                            </w:r>
                          </w:p>
                          <w:p w14:paraId="26A13283" w14:textId="77777777" w:rsidR="00F53136" w:rsidRDefault="00F5313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8937548" wp14:editId="126DCD96">
                      <wp:simplePos x="0" y="0"/>
                      <wp:positionH relativeFrom="column">
                        <wp:posOffset>-172085</wp:posOffset>
                      </wp:positionH>
                      <wp:positionV relativeFrom="paragraph">
                        <wp:posOffset>-439420</wp:posOffset>
                      </wp:positionV>
                      <wp:extent cx="2332990" cy="497205"/>
                      <wp:effectExtent l="0" t="0" r="0" b="0"/>
                      <wp:wrapNone/>
                      <wp:docPr id="1767007327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32990" cy="4972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1386C52" w14:textId="77777777" w:rsidR="00F53136" w:rsidRPr="001224E5" w:rsidRDefault="00F53136" w:rsidP="00F53136">
                                  <w:pPr>
                                    <w:spacing w:beforeLines="100" w:before="240" w:after="120" w:line="240" w:lineRule="auto"/>
                                    <w:ind w:firstLineChars="100" w:firstLine="240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DXL- 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LWA SERIES</w:t>
                                  </w:r>
                                </w:p>
                                <w:p w14:paraId="1043E7B1" w14:textId="77777777" w:rsidR="00F53136" w:rsidRDefault="00F5313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937548" id="文本框 5" o:spid="_x0000_s1027" type="#_x0000_t202" style="position:absolute;margin-left:-13.55pt;margin-top:-34.6pt;width:183.7pt;height:39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" filled="f" stroked="f" strokeweight=".5pt">
                      <v:textbox>
                        <w:txbxContent>
                          <w:p w14:paraId="01386C52" w14:textId="77777777" w:rsidR="00F53136" w:rsidRPr="001224E5" w:rsidRDefault="00F53136" w:rsidP="00F53136">
                            <w:pPr>
                              <w:spacing w:beforeLines="100" w:before="240" w:after="120" w:line="240" w:lineRule="auto"/>
                              <w:ind w:firstLineChars="100" w:firstLine="2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DXL- 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LWA SERIES</w:t>
                            </w:r>
                          </w:p>
                          <w:p w14:paraId="1043E7B1" w14:textId="77777777" w:rsidR="00F53136" w:rsidRDefault="00F53136"/>
                        </w:txbxContent>
                      </v:textbox>
                    </v:shape>
                  </w:pict>
                </mc:Fallback>
              </mc:AlternateContent>
            </w:r>
          </w:p>
          <w:p w14:paraId="59D1BA16" w14:textId="57F2DEA4" w:rsidR="00F53136" w:rsidRDefault="00F53136" w:rsidP="00F53136">
            <w:pPr>
              <w:tabs>
                <w:tab w:val="left" w:pos="3006"/>
              </w:tabs>
              <w:spacing w:after="0" w:line="240" w:lineRule="auto"/>
              <w:rPr>
                <w:rFonts w:asciiTheme="minorHAnsi" w:hAnsiTheme="minorHAnsi"/>
                <w:lang w:eastAsia="zh-CN"/>
              </w:rPr>
            </w:pPr>
          </w:p>
          <w:p w14:paraId="7E11427B" w14:textId="193747A4" w:rsidR="00F0490C" w:rsidRPr="008E2A84" w:rsidRDefault="00F53136" w:rsidP="00F53136">
            <w:pPr>
              <w:tabs>
                <w:tab w:val="left" w:pos="3006"/>
              </w:tabs>
              <w:spacing w:after="0" w:line="240" w:lineRule="auto"/>
              <w:rPr>
                <w:rFonts w:asciiTheme="minorHAnsi" w:hAnsiTheme="minorHAnsi"/>
                <w:lang w:eastAsia="zh-CN"/>
              </w:rPr>
            </w:pPr>
            <w:r w:rsidRPr="00A9153B">
              <w:rPr>
                <w:rFonts w:asciiTheme="minorHAnsi" w:hAnsiTheme="minorHAnsi"/>
                <w:b/>
                <w:i/>
                <w:iCs/>
                <w:noProof/>
                <w:color w:val="0C3666"/>
                <w:sz w:val="72"/>
                <w:szCs w:val="72"/>
              </w:rPr>
              <w:drawing>
                <wp:anchor distT="0" distB="0" distL="114300" distR="114300" simplePos="0" relativeHeight="251678720" behindDoc="0" locked="0" layoutInCell="1" allowOverlap="1" wp14:anchorId="59F6565F" wp14:editId="306EE366">
                  <wp:simplePos x="0" y="0"/>
                  <wp:positionH relativeFrom="column">
                    <wp:posOffset>-188595</wp:posOffset>
                  </wp:positionH>
                  <wp:positionV relativeFrom="paragraph">
                    <wp:posOffset>113030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73055DA" w14:textId="53F392FB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585F88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45A7F10" w14:textId="5DBDF8DA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4FD32D8B" w:rsidR="00CA2534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Drywall </w:t>
                  </w:r>
                  <w:r w:rsidR="00276D4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L-Wall Angle</w:t>
                  </w:r>
                </w:p>
              </w:tc>
            </w:tr>
            <w:tr w:rsidR="00F0490C" w:rsidRPr="008E2A84" w14:paraId="37252975" w14:textId="77777777" w:rsidTr="00585F88">
              <w:trPr>
                <w:trHeight w:val="363"/>
              </w:trPr>
              <w:tc>
                <w:tcPr>
                  <w:tcW w:w="2280" w:type="dxa"/>
                  <w:vAlign w:val="center"/>
                </w:tcPr>
                <w:p w14:paraId="1CEA4F65" w14:textId="5C009A09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64C25935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276D4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LWA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585F88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27B4459F" w14:textId="1E22391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77A1A131" w:rsidR="00F0490C" w:rsidRPr="008E2A84" w:rsidRDefault="006F0D7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1E3ADD" w:rsidRPr="008E2A84">
                    <w:rPr>
                      <w:rFonts w:asciiTheme="minorHAnsi" w:hAnsiTheme="minorHAnsi"/>
                      <w:szCs w:val="18"/>
                    </w:rPr>
                    <w:t xml:space="preserve"> Framing System</w:t>
                  </w:r>
                </w:p>
              </w:tc>
            </w:tr>
            <w:tr w:rsidR="00F0490C" w:rsidRPr="008E2A84" w14:paraId="58469EA0" w14:textId="77777777" w:rsidTr="00585F88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61C2BA8" w14:textId="735DCCAA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0E394E7D" w:rsidR="00F0490C" w:rsidRPr="008E2A84" w:rsidRDefault="006F0D7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6F0D76">
                    <w:rPr>
                      <w:rFonts w:asciiTheme="minorHAnsi" w:hAnsiTheme="minorHAnsi"/>
                      <w:szCs w:val="18"/>
                    </w:rPr>
                    <w:t>Ceiling perimeter and wall edge support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2DEB87E5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585F88">
              <w:tc>
                <w:tcPr>
                  <w:tcW w:w="2268" w:type="dxa"/>
                  <w:vAlign w:val="center"/>
                </w:tcPr>
                <w:p w14:paraId="0D8A0BB7" w14:textId="6E90BE63" w:rsidR="00F0490C" w:rsidRPr="008E2A84" w:rsidRDefault="00D82C52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48F9FAB5" w:rsidR="00F0490C" w:rsidRPr="008E2A84" w:rsidRDefault="00596F4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585F88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13931DFD" w:rsidR="00F0490C" w:rsidRPr="008E2A84" w:rsidRDefault="00F57DC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0.4</w:t>
                  </w:r>
                  <w:r w:rsidR="007C1AAC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 w:rsidR="00B44EA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- </w:t>
                  </w:r>
                  <w:r w:rsidR="006F0D76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0.6</w:t>
                  </w:r>
                  <w:r w:rsidR="007C1AAC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 mm</w:t>
                  </w:r>
                </w:p>
              </w:tc>
            </w:tr>
            <w:tr w:rsidR="00F0490C" w:rsidRPr="008E2A84" w14:paraId="322824FA" w14:textId="77777777" w:rsidTr="00585F88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211CF1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585F88">
              <w:tc>
                <w:tcPr>
                  <w:tcW w:w="2268" w:type="dxa"/>
                  <w:vAlign w:val="center"/>
                </w:tcPr>
                <w:p w14:paraId="2B385B45" w14:textId="094C7090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25E9EFE6" w:rsidR="00F0490C" w:rsidRPr="008E2A84" w:rsidRDefault="009D3E1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04DCA241" w14:textId="77777777" w:rsidTr="00585F88">
              <w:tc>
                <w:tcPr>
                  <w:tcW w:w="2268" w:type="dxa"/>
                  <w:vAlign w:val="center"/>
                </w:tcPr>
                <w:p w14:paraId="48D514A7" w14:textId="328B412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585F88">
              <w:tc>
                <w:tcPr>
                  <w:tcW w:w="2268" w:type="dxa"/>
                  <w:vAlign w:val="center"/>
                </w:tcPr>
                <w:p w14:paraId="1F493909" w14:textId="3D9549CF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64CC7766" w:rsidR="00F0490C" w:rsidRPr="008E2A84" w:rsidRDefault="009D3E1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233D61DE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340387">
              <w:tc>
                <w:tcPr>
                  <w:tcW w:w="2268" w:type="dxa"/>
                </w:tcPr>
                <w:p w14:paraId="3F682845" w14:textId="2B5F7BE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05E400C0" w:rsidR="00F0490C" w:rsidRPr="008E2A84" w:rsidRDefault="0062162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9950C2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340387">
              <w:tc>
                <w:tcPr>
                  <w:tcW w:w="2268" w:type="dxa"/>
                </w:tcPr>
                <w:p w14:paraId="49E4719B" w14:textId="0920E9EB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19F2B13A" w:rsidR="00F0490C" w:rsidRPr="008E2A84" w:rsidRDefault="0062162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340387">
              <w:tc>
                <w:tcPr>
                  <w:tcW w:w="2268" w:type="dxa"/>
                </w:tcPr>
                <w:p w14:paraId="332A758C" w14:textId="67DF55F9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4B7529A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621625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2EFB0D4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B3A4076" w:rsidR="005D7839" w:rsidRDefault="00276D44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7936" behindDoc="0" locked="0" layoutInCell="1" allowOverlap="1" wp14:anchorId="04C7D812" wp14:editId="6F6B8BE2">
                        <wp:simplePos x="0" y="0"/>
                        <wp:positionH relativeFrom="column">
                          <wp:posOffset>43815</wp:posOffset>
                        </wp:positionH>
                        <wp:positionV relativeFrom="paragraph">
                          <wp:posOffset>-40640</wp:posOffset>
                        </wp:positionV>
                        <wp:extent cx="2616200" cy="1714500"/>
                        <wp:effectExtent l="0" t="0" r="0" b="0"/>
                        <wp:wrapNone/>
                        <wp:docPr id="1016353816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16353816" name="图片 1016353816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16200" cy="1714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7DF228BD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SECTIONVIEW</w:t>
            </w:r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209755D1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0" w:name="_Hlk228031567"/>
                  <w:r>
                    <w:rPr>
                      <w:rFonts w:hint="eastAsia"/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28CBE57C" wp14:editId="15CEDD06">
                        <wp:simplePos x="0" y="0"/>
                        <wp:positionH relativeFrom="column">
                          <wp:posOffset>19685</wp:posOffset>
                        </wp:positionH>
                        <wp:positionV relativeFrom="paragraph">
                          <wp:posOffset>-1889760</wp:posOffset>
                        </wp:positionV>
                        <wp:extent cx="2617470" cy="1821180"/>
                        <wp:effectExtent l="0" t="0" r="0" b="0"/>
                        <wp:wrapTopAndBottom/>
                        <wp:docPr id="1902792176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2792176" name="图片 1902792176"/>
                                <pic:cNvPicPr/>
                              </pic:nvPicPr>
                              <pic:blipFill rotWithShape="1">
                                <a:blip r:embed="rId11"/>
                                <a:srcRect l="33561" t="25797" r="35091" b="229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17470" cy="18211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5488D3A4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8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" stroked="f">
                      <v:textbox>
                        <w:txbxContent>
                          <w:p w14:paraId="29E8DFC6" w14:textId="5488D3A4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34E2CE05" w:rsidR="00984677" w:rsidRDefault="00984677">
      <w:pPr>
        <w:rPr>
          <w:lang w:eastAsia="zh-CN"/>
        </w:rPr>
      </w:pPr>
    </w:p>
    <w:p w14:paraId="711F52FA" w14:textId="0EFCDFE4" w:rsidR="00A65E09" w:rsidRDefault="00A65E09">
      <w:pPr>
        <w:rPr>
          <w:lang w:eastAsia="zh-CN"/>
        </w:rPr>
      </w:pPr>
    </w:p>
    <w:p w14:paraId="58AD40CC" w14:textId="77777777" w:rsidR="00F53136" w:rsidRDefault="00F53136">
      <w:pPr>
        <w:rPr>
          <w:lang w:eastAsia="zh-CN"/>
        </w:rPr>
      </w:pPr>
    </w:p>
    <w:p w14:paraId="35BE4854" w14:textId="77777777" w:rsidR="00F53136" w:rsidRDefault="00F53136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872" w:type="dxa"/>
        <w:tblLook w:val="04A0" w:firstRow="1" w:lastRow="0" w:firstColumn="1" w:lastColumn="0" w:noHBand="0" w:noVBand="1"/>
      </w:tblPr>
      <w:tblGrid>
        <w:gridCol w:w="1830"/>
        <w:gridCol w:w="1533"/>
        <w:gridCol w:w="1628"/>
        <w:gridCol w:w="1956"/>
        <w:gridCol w:w="2153"/>
        <w:gridCol w:w="1772"/>
      </w:tblGrid>
      <w:tr w:rsidR="001C6725" w14:paraId="5A60ACED" w14:textId="33F31664" w:rsidTr="001C6725">
        <w:trPr>
          <w:trHeight w:val="500"/>
        </w:trPr>
        <w:tc>
          <w:tcPr>
            <w:tcW w:w="1830" w:type="dxa"/>
            <w:vAlign w:val="center"/>
          </w:tcPr>
          <w:p w14:paraId="3AB3671D" w14:textId="337FC6B5" w:rsidR="001C6725" w:rsidRDefault="001C6725" w:rsidP="009D3E11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533" w:type="dxa"/>
            <w:vAlign w:val="center"/>
          </w:tcPr>
          <w:p w14:paraId="0F8796EF" w14:textId="6E91244F" w:rsidR="001C6725" w:rsidRDefault="001C6725" w:rsidP="009D3E11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628" w:type="dxa"/>
            <w:vAlign w:val="center"/>
          </w:tcPr>
          <w:p w14:paraId="5FB608AB" w14:textId="2027C0D6" w:rsidR="001C6725" w:rsidRDefault="001C6725" w:rsidP="009D3E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956" w:type="dxa"/>
            <w:vAlign w:val="center"/>
          </w:tcPr>
          <w:p w14:paraId="65776AA6" w14:textId="5658688A" w:rsidR="001C6725" w:rsidRDefault="001C6725" w:rsidP="009D3E11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53" w:type="dxa"/>
            <w:vAlign w:val="center"/>
          </w:tcPr>
          <w:p w14:paraId="31435D0A" w14:textId="73B8B532" w:rsidR="001C6725" w:rsidRDefault="001C6725" w:rsidP="009D3E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772" w:type="dxa"/>
            <w:vAlign w:val="center"/>
          </w:tcPr>
          <w:p w14:paraId="0FAED6DE" w14:textId="4FB33EEB" w:rsidR="001C6725" w:rsidRDefault="001C6725" w:rsidP="009D3E11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1C6725" w14:paraId="609D7D7B" w14:textId="4175C2A3" w:rsidTr="001C6725">
        <w:trPr>
          <w:trHeight w:val="454"/>
        </w:trPr>
        <w:tc>
          <w:tcPr>
            <w:tcW w:w="1830" w:type="dxa"/>
            <w:vAlign w:val="center"/>
          </w:tcPr>
          <w:p w14:paraId="49D6D957" w14:textId="423B4739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DXL-LWA-20</w:t>
            </w:r>
          </w:p>
        </w:tc>
        <w:tc>
          <w:tcPr>
            <w:tcW w:w="1533" w:type="dxa"/>
            <w:vAlign w:val="center"/>
          </w:tcPr>
          <w:p w14:paraId="525CAD48" w14:textId="24AD698E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628" w:type="dxa"/>
            <w:vAlign w:val="center"/>
          </w:tcPr>
          <w:p w14:paraId="4870725B" w14:textId="3001A1B0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956" w:type="dxa"/>
            <w:vAlign w:val="center"/>
          </w:tcPr>
          <w:p w14:paraId="1CDFE6AD" w14:textId="147B33D7" w:rsidR="001C6725" w:rsidRDefault="001C6725" w:rsidP="007C1AAC">
            <w:pPr>
              <w:jc w:val="both"/>
              <w:rPr>
                <w:lang w:eastAsia="zh-CN"/>
              </w:rPr>
            </w:pPr>
            <w:r w:rsidRPr="0008389C">
              <w:rPr>
                <w:rFonts w:asciiTheme="minorHAnsi" w:hAnsiTheme="minorHAnsi" w:hint="eastAsia"/>
                <w:szCs w:val="18"/>
                <w:lang w:eastAsia="zh-CN"/>
              </w:rPr>
              <w:t>0.40 - 0.60</w:t>
            </w:r>
            <w:r>
              <w:rPr>
                <w:rFonts w:asciiTheme="minorHAnsi" w:hAnsiTheme="minorHAnsi" w:hint="eastAsia"/>
                <w:szCs w:val="18"/>
                <w:lang w:eastAsia="zh-CN"/>
              </w:rPr>
              <w:t xml:space="preserve"> mm</w:t>
            </w:r>
          </w:p>
        </w:tc>
        <w:tc>
          <w:tcPr>
            <w:tcW w:w="2153" w:type="dxa"/>
            <w:vAlign w:val="center"/>
          </w:tcPr>
          <w:p w14:paraId="54A1379D" w14:textId="565D5256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772" w:type="dxa"/>
            <w:vAlign w:val="center"/>
          </w:tcPr>
          <w:p w14:paraId="5DB8C5B3" w14:textId="21400F87" w:rsidR="001C6725" w:rsidRDefault="001C6725" w:rsidP="007C1AAC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1C6725" w14:paraId="499B4627" w14:textId="14853FBE" w:rsidTr="001C6725">
        <w:trPr>
          <w:trHeight w:val="500"/>
        </w:trPr>
        <w:tc>
          <w:tcPr>
            <w:tcW w:w="1830" w:type="dxa"/>
            <w:vAlign w:val="center"/>
          </w:tcPr>
          <w:p w14:paraId="14E3D45E" w14:textId="5D360E33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DXL-LWA-30</w:t>
            </w:r>
          </w:p>
        </w:tc>
        <w:tc>
          <w:tcPr>
            <w:tcW w:w="1533" w:type="dxa"/>
            <w:vAlign w:val="center"/>
          </w:tcPr>
          <w:p w14:paraId="0356D738" w14:textId="625312BE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628" w:type="dxa"/>
            <w:vAlign w:val="center"/>
          </w:tcPr>
          <w:p w14:paraId="358B343E" w14:textId="122D4CF5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956" w:type="dxa"/>
            <w:vAlign w:val="center"/>
          </w:tcPr>
          <w:p w14:paraId="38601181" w14:textId="363F4CFE" w:rsidR="001C6725" w:rsidRDefault="001C6725" w:rsidP="007C1AAC">
            <w:pPr>
              <w:jc w:val="both"/>
              <w:rPr>
                <w:lang w:eastAsia="zh-CN"/>
              </w:rPr>
            </w:pPr>
            <w:r w:rsidRPr="0008389C">
              <w:rPr>
                <w:rFonts w:asciiTheme="minorHAnsi" w:hAnsiTheme="minorHAnsi" w:hint="eastAsia"/>
                <w:szCs w:val="18"/>
                <w:lang w:eastAsia="zh-CN"/>
              </w:rPr>
              <w:t>0.40 - 0.60</w:t>
            </w:r>
            <w:r>
              <w:rPr>
                <w:rFonts w:asciiTheme="minorHAnsi" w:hAnsiTheme="minorHAnsi" w:hint="eastAsia"/>
                <w:szCs w:val="18"/>
                <w:lang w:eastAsia="zh-CN"/>
              </w:rPr>
              <w:t xml:space="preserve"> mm</w:t>
            </w:r>
          </w:p>
        </w:tc>
        <w:tc>
          <w:tcPr>
            <w:tcW w:w="2153" w:type="dxa"/>
            <w:vAlign w:val="center"/>
          </w:tcPr>
          <w:p w14:paraId="588C59AE" w14:textId="320A1F83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772" w:type="dxa"/>
            <w:vAlign w:val="center"/>
          </w:tcPr>
          <w:p w14:paraId="56EB1C16" w14:textId="74D155E3" w:rsidR="001C6725" w:rsidRDefault="001C6725" w:rsidP="007C1AAC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1C6725" w14:paraId="44AA4A9A" w14:textId="14A15D73" w:rsidTr="001C6725">
        <w:trPr>
          <w:trHeight w:val="454"/>
        </w:trPr>
        <w:tc>
          <w:tcPr>
            <w:tcW w:w="1830" w:type="dxa"/>
            <w:vAlign w:val="center"/>
          </w:tcPr>
          <w:p w14:paraId="64DF30A4" w14:textId="0286D566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DXL-LWA-30-20</w:t>
            </w:r>
          </w:p>
        </w:tc>
        <w:tc>
          <w:tcPr>
            <w:tcW w:w="1533" w:type="dxa"/>
            <w:vAlign w:val="center"/>
          </w:tcPr>
          <w:p w14:paraId="6159E1B0" w14:textId="0453BEBC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628" w:type="dxa"/>
            <w:vAlign w:val="center"/>
          </w:tcPr>
          <w:p w14:paraId="5033FC2C" w14:textId="036EC243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956" w:type="dxa"/>
            <w:vAlign w:val="center"/>
          </w:tcPr>
          <w:p w14:paraId="755DF8A7" w14:textId="6C744635" w:rsidR="001C6725" w:rsidRDefault="001C6725" w:rsidP="007C1AAC">
            <w:pPr>
              <w:jc w:val="both"/>
              <w:rPr>
                <w:lang w:eastAsia="zh-CN"/>
              </w:rPr>
            </w:pPr>
            <w:r w:rsidRPr="0008389C">
              <w:rPr>
                <w:rFonts w:asciiTheme="minorHAnsi" w:hAnsiTheme="minorHAnsi" w:hint="eastAsia"/>
                <w:szCs w:val="18"/>
                <w:lang w:eastAsia="zh-CN"/>
              </w:rPr>
              <w:t>0.40 - 0.60</w:t>
            </w:r>
            <w:r>
              <w:rPr>
                <w:rFonts w:asciiTheme="minorHAnsi" w:hAnsiTheme="minorHAnsi" w:hint="eastAsia"/>
                <w:szCs w:val="18"/>
                <w:lang w:eastAsia="zh-CN"/>
              </w:rPr>
              <w:t xml:space="preserve"> mm</w:t>
            </w:r>
          </w:p>
        </w:tc>
        <w:tc>
          <w:tcPr>
            <w:tcW w:w="2153" w:type="dxa"/>
            <w:vAlign w:val="center"/>
          </w:tcPr>
          <w:p w14:paraId="31190240" w14:textId="4967B477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772" w:type="dxa"/>
            <w:vAlign w:val="center"/>
          </w:tcPr>
          <w:p w14:paraId="0D8AB602" w14:textId="66D9A363" w:rsidR="001C6725" w:rsidRDefault="001C6725" w:rsidP="007C1AAC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1C6725" w14:paraId="1751F208" w14:textId="1D752B2B" w:rsidTr="001C6725">
        <w:trPr>
          <w:trHeight w:val="454"/>
        </w:trPr>
        <w:tc>
          <w:tcPr>
            <w:tcW w:w="1830" w:type="dxa"/>
            <w:vAlign w:val="center"/>
          </w:tcPr>
          <w:p w14:paraId="30E4D4E2" w14:textId="4D98A069" w:rsidR="001C6725" w:rsidRDefault="001C6725" w:rsidP="007C1AAC">
            <w:pPr>
              <w:rPr>
                <w:rFonts w:hint="eastAsia"/>
                <w:lang w:eastAsia="zh-CN"/>
              </w:rPr>
            </w:pPr>
          </w:p>
        </w:tc>
        <w:tc>
          <w:tcPr>
            <w:tcW w:w="1533" w:type="dxa"/>
            <w:vAlign w:val="center"/>
          </w:tcPr>
          <w:p w14:paraId="55C7B4BF" w14:textId="2D6ED8CF" w:rsidR="001C6725" w:rsidRDefault="001C6725" w:rsidP="007C1AAC">
            <w:pPr>
              <w:rPr>
                <w:rFonts w:hint="eastAsia"/>
                <w:lang w:eastAsia="zh-CN"/>
              </w:rPr>
            </w:pPr>
          </w:p>
        </w:tc>
        <w:tc>
          <w:tcPr>
            <w:tcW w:w="1628" w:type="dxa"/>
            <w:vAlign w:val="center"/>
          </w:tcPr>
          <w:p w14:paraId="696DEAA3" w14:textId="10803613" w:rsidR="001C6725" w:rsidRDefault="001C6725" w:rsidP="007C1AA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1956" w:type="dxa"/>
            <w:vAlign w:val="center"/>
          </w:tcPr>
          <w:p w14:paraId="38CF5498" w14:textId="21A72536" w:rsidR="001C6725" w:rsidRDefault="001C6725" w:rsidP="007C1AAC">
            <w:pPr>
              <w:jc w:val="both"/>
              <w:rPr>
                <w:lang w:eastAsia="zh-CN"/>
              </w:rPr>
            </w:pPr>
          </w:p>
        </w:tc>
        <w:tc>
          <w:tcPr>
            <w:tcW w:w="2153" w:type="dxa"/>
            <w:vAlign w:val="center"/>
          </w:tcPr>
          <w:p w14:paraId="04ED1BD8" w14:textId="76C2E593" w:rsidR="001C6725" w:rsidRDefault="001C6725" w:rsidP="007C1AAC">
            <w:pPr>
              <w:rPr>
                <w:lang w:eastAsia="zh-CN"/>
              </w:rPr>
            </w:pPr>
          </w:p>
        </w:tc>
        <w:tc>
          <w:tcPr>
            <w:tcW w:w="1772" w:type="dxa"/>
            <w:vAlign w:val="center"/>
          </w:tcPr>
          <w:p w14:paraId="3305CC31" w14:textId="2DEE3981" w:rsidR="001C6725" w:rsidRDefault="001C6725" w:rsidP="007C1AAC">
            <w:pPr>
              <w:rPr>
                <w:lang w:eastAsia="zh-CN"/>
              </w:rPr>
            </w:pPr>
          </w:p>
        </w:tc>
      </w:tr>
      <w:tr w:rsidR="001C6725" w14:paraId="4DCEA2F7" w14:textId="007736CA" w:rsidTr="001C6725">
        <w:trPr>
          <w:trHeight w:val="454"/>
        </w:trPr>
        <w:tc>
          <w:tcPr>
            <w:tcW w:w="1830" w:type="dxa"/>
            <w:vAlign w:val="center"/>
          </w:tcPr>
          <w:p w14:paraId="3DBED81A" w14:textId="318E99C6" w:rsidR="001C6725" w:rsidRDefault="001C6725" w:rsidP="00223CB6">
            <w:pPr>
              <w:rPr>
                <w:rFonts w:hint="eastAsia"/>
                <w:lang w:eastAsia="zh-CN"/>
              </w:rPr>
            </w:pPr>
          </w:p>
        </w:tc>
        <w:tc>
          <w:tcPr>
            <w:tcW w:w="1533" w:type="dxa"/>
            <w:vAlign w:val="center"/>
          </w:tcPr>
          <w:p w14:paraId="5D7523F4" w14:textId="09D10FFE" w:rsidR="001C6725" w:rsidRDefault="001C6725" w:rsidP="00223CB6">
            <w:pPr>
              <w:rPr>
                <w:lang w:eastAsia="zh-CN"/>
              </w:rPr>
            </w:pPr>
          </w:p>
        </w:tc>
        <w:tc>
          <w:tcPr>
            <w:tcW w:w="1628" w:type="dxa"/>
            <w:vAlign w:val="center"/>
          </w:tcPr>
          <w:p w14:paraId="71F11E8E" w14:textId="093D3933" w:rsidR="001C6725" w:rsidRDefault="001C6725" w:rsidP="00223CB6">
            <w:pPr>
              <w:rPr>
                <w:lang w:eastAsia="zh-CN"/>
              </w:rPr>
            </w:pPr>
          </w:p>
        </w:tc>
        <w:tc>
          <w:tcPr>
            <w:tcW w:w="1956" w:type="dxa"/>
            <w:vAlign w:val="center"/>
          </w:tcPr>
          <w:p w14:paraId="4A2E2266" w14:textId="704533DF" w:rsidR="001C6725" w:rsidRDefault="001C6725" w:rsidP="00223CB6">
            <w:pPr>
              <w:rPr>
                <w:lang w:eastAsia="zh-CN"/>
              </w:rPr>
            </w:pPr>
          </w:p>
        </w:tc>
        <w:tc>
          <w:tcPr>
            <w:tcW w:w="2153" w:type="dxa"/>
            <w:vAlign w:val="center"/>
          </w:tcPr>
          <w:p w14:paraId="66EA83C9" w14:textId="7384E4DB" w:rsidR="001C6725" w:rsidRDefault="001C6725" w:rsidP="00223CB6">
            <w:pPr>
              <w:rPr>
                <w:lang w:eastAsia="zh-CN"/>
              </w:rPr>
            </w:pPr>
          </w:p>
        </w:tc>
        <w:tc>
          <w:tcPr>
            <w:tcW w:w="1772" w:type="dxa"/>
          </w:tcPr>
          <w:p w14:paraId="787DA5B1" w14:textId="77777777" w:rsidR="001C6725" w:rsidRDefault="001C6725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05CE3F78" w:rsidR="005D7839" w:rsidRPr="009D3E11" w:rsidRDefault="009D3E11" w:rsidP="009D3E11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</w:p>
    <w:sectPr w:rsidR="005D7839" w:rsidRPr="009D3E11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D2DC5" w14:textId="77777777" w:rsidR="00044142" w:rsidRDefault="00044142">
      <w:pPr>
        <w:spacing w:after="0" w:line="240" w:lineRule="auto"/>
      </w:pPr>
      <w:r>
        <w:separator/>
      </w:r>
    </w:p>
  </w:endnote>
  <w:endnote w:type="continuationSeparator" w:id="0">
    <w:p w14:paraId="78D73C67" w14:textId="77777777" w:rsidR="00044142" w:rsidRDefault="00044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DAF1E" w14:textId="1338F524" w:rsidR="00AE38BA" w:rsidRDefault="00AE38BA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9856BC" wp14:editId="74202123">
              <wp:simplePos x="0" y="0"/>
              <wp:positionH relativeFrom="column">
                <wp:posOffset>-354101</wp:posOffset>
              </wp:positionH>
              <wp:positionV relativeFrom="paragraph">
                <wp:posOffset>156820</wp:posOffset>
              </wp:positionV>
              <wp:extent cx="7846355" cy="556666"/>
              <wp:effectExtent l="57150" t="19050" r="59690" b="72390"/>
              <wp:wrapNone/>
              <wp:docPr id="1765985997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46355" cy="556666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C8C4F09" w14:textId="77777777" w:rsidR="00AE38BA" w:rsidRPr="00582B61" w:rsidRDefault="00AE38BA" w:rsidP="00AE38BA">
                          <w:pPr>
                            <w:spacing w:after="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2DC0F8D8" w14:textId="77777777" w:rsidR="00AE38BA" w:rsidRPr="00582B61" w:rsidRDefault="00AE38BA" w:rsidP="00AE38BA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E9856BC" id="矩形 5" o:spid="_x0000_s1029" style="position:absolute;margin-left:-27.9pt;margin-top:12.35pt;width:617.8pt;height:4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" fillcolor="#00458a" stroked="f">
              <v:shadow on="t" color="black" opacity="22937f" origin=",.5" offset="0,.63889mm"/>
              <v:textbox>
                <w:txbxContent>
                  <w:p w14:paraId="7C8C4F09" w14:textId="77777777" w:rsidR="00AE38BA" w:rsidRPr="00582B61" w:rsidRDefault="00AE38BA" w:rsidP="00AE38BA">
                    <w:pPr>
                      <w:spacing w:after="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2DC0F8D8" w14:textId="77777777" w:rsidR="00AE38BA" w:rsidRPr="00582B61" w:rsidRDefault="00AE38BA" w:rsidP="00AE38BA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</w:txbxContent>
              </v:textbox>
            </v:rect>
          </w:pict>
        </mc:Fallback>
      </mc:AlternateContent>
    </w:r>
  </w:p>
  <w:p w14:paraId="45FCDDF9" w14:textId="17362513" w:rsidR="00AE38BA" w:rsidRDefault="00AE38B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458C1" w14:textId="77777777" w:rsidR="00044142" w:rsidRDefault="00044142">
      <w:pPr>
        <w:spacing w:after="0" w:line="240" w:lineRule="auto"/>
      </w:pPr>
      <w:r>
        <w:separator/>
      </w:r>
    </w:p>
  </w:footnote>
  <w:footnote w:type="continuationSeparator" w:id="0">
    <w:p w14:paraId="11A28EFE" w14:textId="77777777" w:rsidR="00044142" w:rsidRDefault="000441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E1F"/>
    <w:rsid w:val="00034616"/>
    <w:rsid w:val="00044142"/>
    <w:rsid w:val="0006063C"/>
    <w:rsid w:val="00071919"/>
    <w:rsid w:val="0007477D"/>
    <w:rsid w:val="00083ADF"/>
    <w:rsid w:val="00084062"/>
    <w:rsid w:val="000B1106"/>
    <w:rsid w:val="000B2FA2"/>
    <w:rsid w:val="001224E5"/>
    <w:rsid w:val="00141136"/>
    <w:rsid w:val="0015074B"/>
    <w:rsid w:val="00183B5F"/>
    <w:rsid w:val="001B6D5E"/>
    <w:rsid w:val="001C6725"/>
    <w:rsid w:val="001E3ADD"/>
    <w:rsid w:val="001F16ED"/>
    <w:rsid w:val="001F4358"/>
    <w:rsid w:val="001F756C"/>
    <w:rsid w:val="00211066"/>
    <w:rsid w:val="00223CB6"/>
    <w:rsid w:val="0022501A"/>
    <w:rsid w:val="002250D5"/>
    <w:rsid w:val="00234D5E"/>
    <w:rsid w:val="00236D8E"/>
    <w:rsid w:val="00241036"/>
    <w:rsid w:val="00241ADC"/>
    <w:rsid w:val="00242241"/>
    <w:rsid w:val="0026562A"/>
    <w:rsid w:val="00270E57"/>
    <w:rsid w:val="00276D44"/>
    <w:rsid w:val="002776B9"/>
    <w:rsid w:val="00281D1D"/>
    <w:rsid w:val="00291563"/>
    <w:rsid w:val="0029639D"/>
    <w:rsid w:val="002A3BAB"/>
    <w:rsid w:val="002C4EB7"/>
    <w:rsid w:val="002D4093"/>
    <w:rsid w:val="00326F90"/>
    <w:rsid w:val="00340387"/>
    <w:rsid w:val="00363B02"/>
    <w:rsid w:val="00377148"/>
    <w:rsid w:val="003A11D2"/>
    <w:rsid w:val="003D2476"/>
    <w:rsid w:val="00423CB6"/>
    <w:rsid w:val="004A24CE"/>
    <w:rsid w:val="004A7FC3"/>
    <w:rsid w:val="004B0975"/>
    <w:rsid w:val="004B6852"/>
    <w:rsid w:val="004D1C23"/>
    <w:rsid w:val="004E1656"/>
    <w:rsid w:val="004E1ED8"/>
    <w:rsid w:val="004F6543"/>
    <w:rsid w:val="00516DF0"/>
    <w:rsid w:val="00553276"/>
    <w:rsid w:val="00582B61"/>
    <w:rsid w:val="00585F88"/>
    <w:rsid w:val="00596F41"/>
    <w:rsid w:val="005A0164"/>
    <w:rsid w:val="005A214E"/>
    <w:rsid w:val="005B38EC"/>
    <w:rsid w:val="005C7564"/>
    <w:rsid w:val="005D7839"/>
    <w:rsid w:val="00602519"/>
    <w:rsid w:val="00621625"/>
    <w:rsid w:val="006864AC"/>
    <w:rsid w:val="006B6F21"/>
    <w:rsid w:val="006F0D76"/>
    <w:rsid w:val="006F4391"/>
    <w:rsid w:val="00706F32"/>
    <w:rsid w:val="007113DA"/>
    <w:rsid w:val="00737C1D"/>
    <w:rsid w:val="00745F59"/>
    <w:rsid w:val="00776DFC"/>
    <w:rsid w:val="007A6891"/>
    <w:rsid w:val="007C1AAC"/>
    <w:rsid w:val="00805A1E"/>
    <w:rsid w:val="008112FF"/>
    <w:rsid w:val="008371AD"/>
    <w:rsid w:val="00861A1E"/>
    <w:rsid w:val="008649FC"/>
    <w:rsid w:val="008A455D"/>
    <w:rsid w:val="008C0491"/>
    <w:rsid w:val="008E2A84"/>
    <w:rsid w:val="00916D09"/>
    <w:rsid w:val="00917064"/>
    <w:rsid w:val="00927463"/>
    <w:rsid w:val="00984677"/>
    <w:rsid w:val="009950C2"/>
    <w:rsid w:val="009A5DCA"/>
    <w:rsid w:val="009D3E11"/>
    <w:rsid w:val="009E675F"/>
    <w:rsid w:val="009F07E2"/>
    <w:rsid w:val="00A0784F"/>
    <w:rsid w:val="00A23C60"/>
    <w:rsid w:val="00A453B2"/>
    <w:rsid w:val="00A65E09"/>
    <w:rsid w:val="00A670F0"/>
    <w:rsid w:val="00A859A9"/>
    <w:rsid w:val="00A87442"/>
    <w:rsid w:val="00A9153B"/>
    <w:rsid w:val="00AA1D8D"/>
    <w:rsid w:val="00AD45A0"/>
    <w:rsid w:val="00AE38BA"/>
    <w:rsid w:val="00B172B3"/>
    <w:rsid w:val="00B44EA8"/>
    <w:rsid w:val="00B47730"/>
    <w:rsid w:val="00B801FB"/>
    <w:rsid w:val="00C01C32"/>
    <w:rsid w:val="00C03EEE"/>
    <w:rsid w:val="00C121B0"/>
    <w:rsid w:val="00C347A4"/>
    <w:rsid w:val="00C522F0"/>
    <w:rsid w:val="00C52897"/>
    <w:rsid w:val="00C53046"/>
    <w:rsid w:val="00C8373A"/>
    <w:rsid w:val="00CA180B"/>
    <w:rsid w:val="00CA2534"/>
    <w:rsid w:val="00CB0664"/>
    <w:rsid w:val="00CB3FD8"/>
    <w:rsid w:val="00CB472C"/>
    <w:rsid w:val="00CF3F56"/>
    <w:rsid w:val="00D318DF"/>
    <w:rsid w:val="00D540EF"/>
    <w:rsid w:val="00D82C52"/>
    <w:rsid w:val="00D951F9"/>
    <w:rsid w:val="00D96E04"/>
    <w:rsid w:val="00DF40D6"/>
    <w:rsid w:val="00DF5A9A"/>
    <w:rsid w:val="00E21DEA"/>
    <w:rsid w:val="00E3655F"/>
    <w:rsid w:val="00E66A93"/>
    <w:rsid w:val="00E826F8"/>
    <w:rsid w:val="00EC1C6D"/>
    <w:rsid w:val="00F0490C"/>
    <w:rsid w:val="00F10275"/>
    <w:rsid w:val="00F354C9"/>
    <w:rsid w:val="00F429C0"/>
    <w:rsid w:val="00F53136"/>
    <w:rsid w:val="00F57DC5"/>
    <w:rsid w:val="00FB6801"/>
    <w:rsid w:val="00FC693F"/>
    <w:rsid w:val="00FD0171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2</cp:revision>
  <cp:lastPrinted>2026-04-25T13:16:00Z</cp:lastPrinted>
  <dcterms:created xsi:type="dcterms:W3CDTF">2026-06-08T07:09:00Z</dcterms:created>
  <dcterms:modified xsi:type="dcterms:W3CDTF">2026-06-08T07:09:00Z</dcterms:modified>
  <cp:category/>
</cp:coreProperties>
</file>