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1CE6BE3C" w:rsidR="00F0490C" w:rsidRPr="004D1C23" w:rsidRDefault="004D1C23" w:rsidP="00F03B20">
      <w:pPr>
        <w:spacing w:after="120"/>
        <w:rPr>
          <w:rFonts w:asciiTheme="minorHAnsi" w:hAnsiTheme="minorHAnsi"/>
          <w:sz w:val="72"/>
          <w:szCs w:val="72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2BEAAB5">
                <wp:simplePos x="0" y="0"/>
                <wp:positionH relativeFrom="column">
                  <wp:posOffset>7620</wp:posOffset>
                </wp:positionH>
                <wp:positionV relativeFrom="paragraph">
                  <wp:posOffset>481995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A3CE3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7.95pt" to="563.1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EFuVMT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CA2534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L-BEAD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2239263B" w:rsidR="00F0490C" w:rsidRPr="001224E5" w:rsidRDefault="00000000" w:rsidP="00AE02ED">
            <w:pPr>
              <w:spacing w:after="120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FF02E7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LB SERIES</w:t>
            </w:r>
          </w:p>
          <w:p w14:paraId="139B049D" w14:textId="154DB679" w:rsidR="006741BB" w:rsidRPr="006741BB" w:rsidRDefault="001F16ED" w:rsidP="006741BB">
            <w:pPr>
              <w:tabs>
                <w:tab w:val="left" w:pos="3006"/>
              </w:tabs>
              <w:spacing w:after="0"/>
              <w:ind w:leftChars="100" w:left="180" w:firstLineChars="100" w:firstLine="240"/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0DF4B06F">
                  <wp:simplePos x="0" y="0"/>
                  <wp:positionH relativeFrom="column">
                    <wp:posOffset>-186055</wp:posOffset>
                  </wp:positionH>
                  <wp:positionV relativeFrom="paragraph">
                    <wp:posOffset>547370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741BB">
              <w:rPr>
                <w:rFonts w:asciiTheme="minorHAnsi" w:hAnsiTheme="minorHAnsi" w:hint="eastAsia"/>
                <w:sz w:val="16"/>
                <w:lang w:eastAsia="zh-CN"/>
              </w:rPr>
              <w:t>D</w:t>
            </w:r>
            <w:r w:rsidR="006741BB" w:rsidRPr="006741BB">
              <w:rPr>
                <w:rFonts w:asciiTheme="minorHAnsi" w:hAnsiTheme="minorHAnsi"/>
                <w:sz w:val="16"/>
              </w:rPr>
              <w:t>XL L-Beads are galvanized steel finishing profiles used to protect and reinforce drywall outside corners and edges.</w:t>
            </w:r>
          </w:p>
          <w:p w14:paraId="7E11427B" w14:textId="6796B9BF" w:rsidR="00F0490C" w:rsidRPr="008E2A84" w:rsidRDefault="006741BB" w:rsidP="006741BB">
            <w:pPr>
              <w:tabs>
                <w:tab w:val="left" w:pos="3006"/>
              </w:tabs>
              <w:spacing w:afterLines="100" w:after="240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6741BB">
              <w:rPr>
                <w:rFonts w:asciiTheme="minorHAnsi" w:hAnsiTheme="minorHAnsi" w:hint="eastAsia"/>
                <w:sz w:val="16"/>
                <w:lang w:eastAsia="zh-CN"/>
              </w:rPr>
              <w:t>DXL L</w:t>
            </w:r>
            <w:r w:rsidRPr="006741BB">
              <w:rPr>
                <w:rFonts w:asciiTheme="minorHAnsi" w:hAnsiTheme="minorHAnsi" w:hint="eastAsia"/>
                <w:sz w:val="16"/>
                <w:lang w:eastAsia="zh-CN"/>
              </w:rPr>
              <w:t>型护角条采用镀锌钢板成型，用于石膏板边角收口、保护及加固</w:t>
            </w:r>
            <w:r w:rsidR="001F16ED" w:rsidRPr="008E2A84">
              <w:rPr>
                <w:rFonts w:asciiTheme="minorHAnsi" w:hAnsiTheme="minorHAnsi"/>
                <w:sz w:val="16"/>
                <w:lang w:eastAsia="zh-CN"/>
              </w:rPr>
              <w:t>统。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</w:p>
              </w:tc>
              <w:tc>
                <w:tcPr>
                  <w:tcW w:w="3026" w:type="dxa"/>
                </w:tcPr>
                <w:p w14:paraId="6EC94DD2" w14:textId="5A3D148F" w:rsidR="00CA2534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L-Bead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</w:p>
              </w:tc>
              <w:tc>
                <w:tcPr>
                  <w:tcW w:w="3026" w:type="dxa"/>
                </w:tcPr>
                <w:p w14:paraId="63F4887E" w14:textId="00F3FBAE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LB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</w:p>
              </w:tc>
              <w:tc>
                <w:tcPr>
                  <w:tcW w:w="3026" w:type="dxa"/>
                </w:tcPr>
                <w:p w14:paraId="49DFAF9D" w14:textId="402F1A09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</w:p>
              </w:tc>
              <w:tc>
                <w:tcPr>
                  <w:tcW w:w="3026" w:type="dxa"/>
                </w:tcPr>
                <w:p w14:paraId="51C39C0E" w14:textId="22382D3C" w:rsidR="00F0490C" w:rsidRPr="008E2A84" w:rsidRDefault="006741B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6741BB">
                    <w:rPr>
                      <w:rFonts w:asciiTheme="minorHAnsi" w:hAnsiTheme="minorHAnsi"/>
                      <w:szCs w:val="18"/>
                    </w:rPr>
                    <w:t>wall edge support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and</w:t>
                  </w:r>
                  <w:r w:rsidRPr="006741BB">
                    <w:rPr>
                      <w:rFonts w:asciiTheme="minorHAnsi" w:hAnsiTheme="minorHAnsi"/>
                      <w:szCs w:val="18"/>
                    </w:rPr>
                    <w:t xml:space="preserve"> Ceiling perimeter 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55981CF7" w:rsidR="00F0490C" w:rsidRPr="008E2A84" w:rsidRDefault="00C61C56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000000" w:rsidRPr="008E2A84">
                    <w:rPr>
                      <w:rFonts w:asciiTheme="minorHAnsi" w:hAnsiTheme="minorHAnsi"/>
                      <w:szCs w:val="18"/>
                    </w:rPr>
                    <w:t>(A)</w:t>
                  </w:r>
                </w:p>
              </w:tc>
              <w:tc>
                <w:tcPr>
                  <w:tcW w:w="2977" w:type="dxa"/>
                </w:tcPr>
                <w:p w14:paraId="03F016CB" w14:textId="3F7D02B3" w:rsidR="00F0490C" w:rsidRPr="008E2A84" w:rsidRDefault="000D6FCC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018FDA6B" w:rsidR="00F0490C" w:rsidRPr="008E2A84" w:rsidRDefault="00FF02E7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0.35 0.4 0.45 0.5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58B408E9" w:rsidR="005D7839" w:rsidRDefault="006741BB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DC6B64E" wp14:editId="554EA049">
                        <wp:extent cx="2627748" cy="1673860"/>
                        <wp:effectExtent l="0" t="0" r="1270" b="2540"/>
                        <wp:docPr id="347422667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7422667" name="图片 347422667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28586" cy="16743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209755D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1" w:name="_Hlk228031567"/>
                  <w:r>
                    <w:rPr>
                      <w:rFonts w:hint="eastAsia"/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28CBE57C" wp14:editId="15CEDD06">
                        <wp:simplePos x="0" y="0"/>
                        <wp:positionH relativeFrom="column">
                          <wp:posOffset>19685</wp:posOffset>
                        </wp:positionH>
                        <wp:positionV relativeFrom="paragraph">
                          <wp:posOffset>-1889760</wp:posOffset>
                        </wp:positionV>
                        <wp:extent cx="2617470" cy="1821180"/>
                        <wp:effectExtent l="0" t="0" r="0" b="0"/>
                        <wp:wrapTopAndBottom/>
                        <wp:docPr id="1902792176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2792176" name="图片 1902792176"/>
                                <pic:cNvPicPr/>
                              </pic:nvPicPr>
                              <pic:blipFill rotWithShape="1">
                                <a:blip r:embed="rId11"/>
                                <a:srcRect l="33561" t="25797" r="35091" b="229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7470" cy="18211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0" w:type="dxa"/>
        <w:tblLook w:val="04A0" w:firstRow="1" w:lastRow="0" w:firstColumn="1" w:lastColumn="0" w:noHBand="0" w:noVBand="1"/>
      </w:tblPr>
      <w:tblGrid>
        <w:gridCol w:w="2206"/>
        <w:gridCol w:w="1758"/>
        <w:gridCol w:w="1843"/>
        <w:gridCol w:w="2123"/>
        <w:gridCol w:w="2980"/>
      </w:tblGrid>
      <w:tr w:rsidR="00C522F0" w14:paraId="5A60ACED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3AB3671D" w14:textId="337FC6B5" w:rsidR="00C522F0" w:rsidRDefault="00C522F0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lastRenderedPageBreak/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758" w:type="dxa"/>
            <w:vAlign w:val="center"/>
          </w:tcPr>
          <w:p w14:paraId="0F8796EF" w14:textId="3B09980A" w:rsidR="00C522F0" w:rsidRDefault="00E332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Vertical Leg</w:t>
            </w:r>
          </w:p>
        </w:tc>
        <w:tc>
          <w:tcPr>
            <w:tcW w:w="1843" w:type="dxa"/>
            <w:vAlign w:val="center"/>
          </w:tcPr>
          <w:p w14:paraId="5FB608AB" w14:textId="4E5254D4" w:rsidR="00C522F0" w:rsidRDefault="00E332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Horizontal Leg</w:t>
            </w:r>
          </w:p>
        </w:tc>
        <w:tc>
          <w:tcPr>
            <w:tcW w:w="2123" w:type="dxa"/>
            <w:vAlign w:val="center"/>
          </w:tcPr>
          <w:p w14:paraId="65776AA6" w14:textId="5658688A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980" w:type="dxa"/>
            <w:vAlign w:val="center"/>
          </w:tcPr>
          <w:p w14:paraId="31435D0A" w14:textId="73B8B5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C522F0" w14:paraId="609D7D7B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49D6D957" w14:textId="18F9C150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642107">
              <w:rPr>
                <w:rFonts w:hint="eastAsia"/>
                <w:lang w:eastAsia="zh-CN"/>
              </w:rPr>
              <w:t>LB-20</w:t>
            </w:r>
          </w:p>
        </w:tc>
        <w:tc>
          <w:tcPr>
            <w:tcW w:w="1758" w:type="dxa"/>
            <w:vAlign w:val="center"/>
          </w:tcPr>
          <w:p w14:paraId="525CAD48" w14:textId="24AD698E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843" w:type="dxa"/>
            <w:vAlign w:val="center"/>
          </w:tcPr>
          <w:p w14:paraId="4870725B" w14:textId="3001A1B0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123" w:type="dxa"/>
            <w:vAlign w:val="center"/>
          </w:tcPr>
          <w:p w14:paraId="1CDFE6AD" w14:textId="0C96BFAD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54A1379D" w14:textId="565D525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99B4627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14E3D45E" w14:textId="5BBCBE88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642107">
              <w:rPr>
                <w:rFonts w:hint="eastAsia"/>
                <w:lang w:eastAsia="zh-CN"/>
              </w:rPr>
              <w:t>LB-30</w:t>
            </w:r>
          </w:p>
        </w:tc>
        <w:tc>
          <w:tcPr>
            <w:tcW w:w="1758" w:type="dxa"/>
            <w:vAlign w:val="center"/>
          </w:tcPr>
          <w:p w14:paraId="0356D738" w14:textId="625312BE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843" w:type="dxa"/>
            <w:vAlign w:val="center"/>
          </w:tcPr>
          <w:p w14:paraId="358B343E" w14:textId="122D4CF5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2123" w:type="dxa"/>
            <w:vAlign w:val="center"/>
          </w:tcPr>
          <w:p w14:paraId="38601181" w14:textId="63FA2730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588C59AE" w14:textId="320A1F8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4AA4A9A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64DF30A4" w14:textId="4E44F72D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642107">
              <w:rPr>
                <w:rFonts w:hint="eastAsia"/>
                <w:lang w:eastAsia="zh-CN"/>
              </w:rPr>
              <w:t>LB-30-20</w:t>
            </w:r>
          </w:p>
        </w:tc>
        <w:tc>
          <w:tcPr>
            <w:tcW w:w="1758" w:type="dxa"/>
            <w:vAlign w:val="center"/>
          </w:tcPr>
          <w:p w14:paraId="6159E1B0" w14:textId="0453BEBC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843" w:type="dxa"/>
            <w:vAlign w:val="center"/>
          </w:tcPr>
          <w:p w14:paraId="5033FC2C" w14:textId="036EC24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123" w:type="dxa"/>
            <w:vAlign w:val="center"/>
          </w:tcPr>
          <w:p w14:paraId="755DF8A7" w14:textId="7750A28D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31190240" w14:textId="4967B477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1751F208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0E4D4E2" w14:textId="30B6723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642107">
              <w:rPr>
                <w:rFonts w:hint="eastAsia"/>
                <w:lang w:eastAsia="zh-CN"/>
              </w:rPr>
              <w:t>LB-25-15</w:t>
            </w:r>
          </w:p>
        </w:tc>
        <w:tc>
          <w:tcPr>
            <w:tcW w:w="1758" w:type="dxa"/>
            <w:vAlign w:val="center"/>
          </w:tcPr>
          <w:p w14:paraId="55C7B4BF" w14:textId="0BC10A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25</w:t>
            </w:r>
          </w:p>
        </w:tc>
        <w:tc>
          <w:tcPr>
            <w:tcW w:w="1843" w:type="dxa"/>
            <w:vAlign w:val="center"/>
          </w:tcPr>
          <w:p w14:paraId="696DEAA3" w14:textId="027F0BBD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2123" w:type="dxa"/>
            <w:vAlign w:val="center"/>
          </w:tcPr>
          <w:p w14:paraId="38CF5498" w14:textId="7A50D578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0.35 0.4 0.45 0.5</w:t>
            </w:r>
          </w:p>
        </w:tc>
        <w:tc>
          <w:tcPr>
            <w:tcW w:w="2980" w:type="dxa"/>
            <w:vAlign w:val="center"/>
          </w:tcPr>
          <w:p w14:paraId="04ED1BD8" w14:textId="2A8304D6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DCEA2F7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DBED81A" w14:textId="63F87D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5D7523F4" w14:textId="09D10FF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71F11E8E" w14:textId="093D3933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4A2E2266" w14:textId="704533DF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66EA83C9" w14:textId="06D7D4B9" w:rsidR="00223CB6" w:rsidRDefault="00223CB6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41337" w14:textId="77777777" w:rsidR="00E910E2" w:rsidRDefault="00E910E2">
      <w:pPr>
        <w:spacing w:after="0" w:line="240" w:lineRule="auto"/>
      </w:pPr>
      <w:r>
        <w:separator/>
      </w:r>
    </w:p>
  </w:endnote>
  <w:endnote w:type="continuationSeparator" w:id="0">
    <w:p w14:paraId="5FFB9207" w14:textId="77777777" w:rsidR="00E910E2" w:rsidRDefault="00E91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3F990" w14:textId="77777777" w:rsidR="00E910E2" w:rsidRDefault="00E910E2">
      <w:pPr>
        <w:spacing w:after="0" w:line="240" w:lineRule="auto"/>
      </w:pPr>
      <w:r>
        <w:separator/>
      </w:r>
    </w:p>
  </w:footnote>
  <w:footnote w:type="continuationSeparator" w:id="0">
    <w:p w14:paraId="0FE28252" w14:textId="77777777" w:rsidR="00E910E2" w:rsidRDefault="00E91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7052"/>
    <w:rsid w:val="00071919"/>
    <w:rsid w:val="00083ADF"/>
    <w:rsid w:val="000B1106"/>
    <w:rsid w:val="000B2FA2"/>
    <w:rsid w:val="000D6FCC"/>
    <w:rsid w:val="001224E5"/>
    <w:rsid w:val="00141136"/>
    <w:rsid w:val="0015074B"/>
    <w:rsid w:val="001679CF"/>
    <w:rsid w:val="00183B5F"/>
    <w:rsid w:val="001E3ADD"/>
    <w:rsid w:val="001F16ED"/>
    <w:rsid w:val="001F4358"/>
    <w:rsid w:val="00211066"/>
    <w:rsid w:val="00223CB6"/>
    <w:rsid w:val="0022501A"/>
    <w:rsid w:val="00234D5E"/>
    <w:rsid w:val="00236D8E"/>
    <w:rsid w:val="00241ADC"/>
    <w:rsid w:val="00242241"/>
    <w:rsid w:val="00270E57"/>
    <w:rsid w:val="00281D1D"/>
    <w:rsid w:val="0029639D"/>
    <w:rsid w:val="002A3BAB"/>
    <w:rsid w:val="002C4EB7"/>
    <w:rsid w:val="002D4093"/>
    <w:rsid w:val="00326F90"/>
    <w:rsid w:val="00363B02"/>
    <w:rsid w:val="00377148"/>
    <w:rsid w:val="003D2476"/>
    <w:rsid w:val="00423CB6"/>
    <w:rsid w:val="004A24CE"/>
    <w:rsid w:val="004B6852"/>
    <w:rsid w:val="004D1C23"/>
    <w:rsid w:val="004E1656"/>
    <w:rsid w:val="004F6543"/>
    <w:rsid w:val="00516DF0"/>
    <w:rsid w:val="00553276"/>
    <w:rsid w:val="00582B61"/>
    <w:rsid w:val="005A214E"/>
    <w:rsid w:val="005B38EC"/>
    <w:rsid w:val="005D7839"/>
    <w:rsid w:val="00642107"/>
    <w:rsid w:val="006741BB"/>
    <w:rsid w:val="006864AC"/>
    <w:rsid w:val="006F4391"/>
    <w:rsid w:val="00705462"/>
    <w:rsid w:val="00706F32"/>
    <w:rsid w:val="00745F59"/>
    <w:rsid w:val="007662BA"/>
    <w:rsid w:val="00776DFC"/>
    <w:rsid w:val="007A6891"/>
    <w:rsid w:val="008112FF"/>
    <w:rsid w:val="008371AD"/>
    <w:rsid w:val="008A455D"/>
    <w:rsid w:val="008E2A84"/>
    <w:rsid w:val="00916D09"/>
    <w:rsid w:val="00917064"/>
    <w:rsid w:val="00931242"/>
    <w:rsid w:val="00984677"/>
    <w:rsid w:val="00994F1D"/>
    <w:rsid w:val="009A5DCA"/>
    <w:rsid w:val="009E675F"/>
    <w:rsid w:val="009F07E2"/>
    <w:rsid w:val="00A0784F"/>
    <w:rsid w:val="00A23C60"/>
    <w:rsid w:val="00A65E09"/>
    <w:rsid w:val="00A670F0"/>
    <w:rsid w:val="00A859A9"/>
    <w:rsid w:val="00A87442"/>
    <w:rsid w:val="00AA1D8D"/>
    <w:rsid w:val="00AD45A0"/>
    <w:rsid w:val="00AE02ED"/>
    <w:rsid w:val="00B172B3"/>
    <w:rsid w:val="00B47730"/>
    <w:rsid w:val="00B801FB"/>
    <w:rsid w:val="00BB1E09"/>
    <w:rsid w:val="00C01C32"/>
    <w:rsid w:val="00C121B0"/>
    <w:rsid w:val="00C522F0"/>
    <w:rsid w:val="00C52897"/>
    <w:rsid w:val="00C61C56"/>
    <w:rsid w:val="00C8373A"/>
    <w:rsid w:val="00CA2534"/>
    <w:rsid w:val="00CB0664"/>
    <w:rsid w:val="00CB3FD8"/>
    <w:rsid w:val="00CF3F56"/>
    <w:rsid w:val="00D318DF"/>
    <w:rsid w:val="00D540EF"/>
    <w:rsid w:val="00D951F9"/>
    <w:rsid w:val="00D96E04"/>
    <w:rsid w:val="00DF5A9A"/>
    <w:rsid w:val="00E21DEA"/>
    <w:rsid w:val="00E33218"/>
    <w:rsid w:val="00E3655F"/>
    <w:rsid w:val="00E66A93"/>
    <w:rsid w:val="00E826F8"/>
    <w:rsid w:val="00E910E2"/>
    <w:rsid w:val="00EC1C6D"/>
    <w:rsid w:val="00F03B20"/>
    <w:rsid w:val="00F0490C"/>
    <w:rsid w:val="00F10275"/>
    <w:rsid w:val="00F354C9"/>
    <w:rsid w:val="00FB120F"/>
    <w:rsid w:val="00FB6801"/>
    <w:rsid w:val="00FC693F"/>
    <w:rsid w:val="00FD6C76"/>
    <w:rsid w:val="00FE49B1"/>
    <w:rsid w:val="00FF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35</cp:revision>
  <cp:lastPrinted>2026-04-25T13:16:00Z</cp:lastPrinted>
  <dcterms:created xsi:type="dcterms:W3CDTF">2026-04-23T14:12:00Z</dcterms:created>
  <dcterms:modified xsi:type="dcterms:W3CDTF">2026-04-27T09:40:00Z</dcterms:modified>
  <cp:category/>
</cp:coreProperties>
</file>