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media/image3.jpg" ContentType="image/pn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06753E1C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FB5B09F" wp14:editId="348E72EB">
            <wp:simplePos x="0" y="0"/>
            <wp:positionH relativeFrom="column">
              <wp:posOffset>5138779</wp:posOffset>
            </wp:positionH>
            <wp:positionV relativeFrom="page">
              <wp:posOffset>263465</wp:posOffset>
            </wp:positionV>
            <wp:extent cx="1690370" cy="1235075"/>
            <wp:effectExtent l="0" t="0" r="5080" b="3175"/>
            <wp:wrapTight wrapText="bothSides">
              <wp:wrapPolygon edited="0">
                <wp:start x="974" y="0"/>
                <wp:lineTo x="0" y="666"/>
                <wp:lineTo x="0" y="20989"/>
                <wp:lineTo x="974" y="21322"/>
                <wp:lineTo x="20448" y="21322"/>
                <wp:lineTo x="21421" y="20989"/>
                <wp:lineTo x="21421" y="666"/>
                <wp:lineTo x="20448" y="0"/>
                <wp:lineTo x="974" y="0"/>
              </wp:wrapPolygon>
            </wp:wrapTight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68B58432" w14:textId="4C2CC38F" w:rsidR="00927463" w:rsidRDefault="00F57DC5" w:rsidP="00276D44">
      <w:pPr>
        <w:spacing w:after="0" w:line="240" w:lineRule="auto"/>
        <w:rPr>
          <w:rFonts w:asciiTheme="minorHAnsi" w:hAnsiTheme="minorHAnsi"/>
          <w:b/>
          <w:i/>
          <w:iCs/>
          <w:color w:val="0C3666"/>
          <w:sz w:val="72"/>
          <w:szCs w:val="72"/>
          <w:lang w:eastAsia="zh-CN"/>
        </w:rPr>
      </w:pPr>
      <w:r w:rsidRPr="00A9153B">
        <w:rPr>
          <w:rFonts w:asciiTheme="minorHAnsi" w:hAnsiTheme="minorHAnsi"/>
          <w:b/>
          <w:i/>
          <w:iCs/>
          <w:noProof/>
          <w:color w:val="0C3666"/>
          <w:sz w:val="72"/>
          <w:szCs w:val="72"/>
        </w:rPr>
        <w:drawing>
          <wp:anchor distT="0" distB="0" distL="114300" distR="114300" simplePos="0" relativeHeight="251678720" behindDoc="0" locked="0" layoutInCell="1" allowOverlap="1" wp14:anchorId="59F6565F" wp14:editId="62AA4148">
            <wp:simplePos x="0" y="0"/>
            <wp:positionH relativeFrom="column">
              <wp:posOffset>-207645</wp:posOffset>
            </wp:positionH>
            <wp:positionV relativeFrom="paragraph">
              <wp:posOffset>1267349</wp:posOffset>
            </wp:positionV>
            <wp:extent cx="262255" cy="243205"/>
            <wp:effectExtent l="0" t="0" r="4445" b="4445"/>
            <wp:wrapNone/>
            <wp:docPr id="56793989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939898" name="图片 567939898"/>
                    <pic:cNvPicPr/>
                  </pic:nvPicPr>
                  <pic:blipFill rotWithShape="1">
                    <a:blip r:embed="rId9"/>
                    <a:srcRect l="61047" t="11548" r="22205" b="66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" cy="243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6D44" w:rsidRPr="00A9153B">
        <w:rPr>
          <w:rFonts w:asciiTheme="minorHAnsi" w:hAnsiTheme="minorHAnsi" w:hint="eastAsia"/>
          <w:b/>
          <w:i/>
          <w:iCs/>
          <w:color w:val="0C3666"/>
          <w:sz w:val="72"/>
          <w:szCs w:val="72"/>
          <w:lang w:eastAsia="zh-CN"/>
        </w:rPr>
        <w:t>L-WALL ANGLE</w:t>
      </w:r>
    </w:p>
    <w:p w14:paraId="34D174E0" w14:textId="1B138FC4" w:rsidR="00A9153B" w:rsidRPr="00A9153B" w:rsidRDefault="00A9153B" w:rsidP="00276D44">
      <w:pPr>
        <w:spacing w:after="0" w:line="240" w:lineRule="auto"/>
        <w:rPr>
          <w:rFonts w:asciiTheme="minorHAnsi" w:hAnsiTheme="minorHAnsi"/>
          <w:bCs/>
          <w:color w:val="0C3666"/>
          <w:sz w:val="44"/>
          <w:szCs w:val="44"/>
          <w:lang w:eastAsia="zh-CN"/>
        </w:rPr>
      </w:pPr>
      <w:r w:rsidRPr="00276D44">
        <w:rPr>
          <w:rFonts w:asciiTheme="minorHAnsi" w:hAnsiTheme="minorHAnsi"/>
          <w:i/>
          <w:iCs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2C83825C">
                <wp:simplePos x="0" y="0"/>
                <wp:positionH relativeFrom="column">
                  <wp:posOffset>-17145</wp:posOffset>
                </wp:positionH>
                <wp:positionV relativeFrom="paragraph">
                  <wp:posOffset>307340</wp:posOffset>
                </wp:positionV>
                <wp:extent cx="7131685" cy="0"/>
                <wp:effectExtent l="38100" t="38100" r="69215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3168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27B18B" id="直接连接符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35pt,24.2pt" to="560.2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Pr="00A9153B">
        <w:rPr>
          <w:rFonts w:asciiTheme="minorHAnsi" w:hAnsiTheme="minorHAnsi" w:hint="eastAsia"/>
          <w:bCs/>
          <w:i/>
          <w:iCs/>
          <w:color w:val="0C3666"/>
          <w:sz w:val="44"/>
          <w:szCs w:val="44"/>
          <w:lang w:eastAsia="zh-CN"/>
        </w:rPr>
        <w:t>CELING SYSTEMS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1ED21F8E" w14:textId="374FADD4" w:rsidR="00F0490C" w:rsidRPr="001224E5" w:rsidRDefault="00000000" w:rsidP="004E1ED8">
            <w:pPr>
              <w:spacing w:beforeLines="100" w:before="240" w:after="120" w:line="240" w:lineRule="auto"/>
              <w:ind w:firstLineChars="100" w:firstLine="240"/>
              <w:rPr>
                <w:rFonts w:asciiTheme="minorHAnsi" w:hAnsiTheme="minorHAnsi"/>
                <w:sz w:val="24"/>
                <w:szCs w:val="24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DXL- </w:t>
            </w:r>
            <w:r w:rsidR="00276D44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LWA</w:t>
            </w:r>
            <w:r w:rsidR="00F57DC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 xml:space="preserve"> SERIES</w:t>
            </w:r>
          </w:p>
          <w:p w14:paraId="3D953625" w14:textId="3ABE72A3" w:rsidR="00276D44" w:rsidRPr="00276D44" w:rsidRDefault="00276D44" w:rsidP="00276D44">
            <w:pPr>
              <w:tabs>
                <w:tab w:val="left" w:pos="3006"/>
              </w:tabs>
              <w:spacing w:after="0" w:line="240" w:lineRule="auto"/>
              <w:ind w:leftChars="100" w:left="180" w:firstLineChars="100" w:firstLine="160"/>
              <w:rPr>
                <w:rFonts w:asciiTheme="minorHAnsi" w:hAnsiTheme="minorHAnsi"/>
                <w:sz w:val="16"/>
              </w:rPr>
            </w:pPr>
            <w:r w:rsidRPr="00276D44">
              <w:rPr>
                <w:rFonts w:asciiTheme="minorHAnsi" w:hAnsiTheme="minorHAnsi"/>
                <w:sz w:val="16"/>
              </w:rPr>
              <w:t>DXL L-Wall Angles are galvanized steel angle profiles used for wall perimeter support and ceiling edge fixing.</w:t>
            </w:r>
          </w:p>
          <w:p w14:paraId="7E11427B" w14:textId="3FAA6DA7" w:rsidR="00F0490C" w:rsidRPr="008E2A84" w:rsidRDefault="00276D44" w:rsidP="00276D44">
            <w:pPr>
              <w:tabs>
                <w:tab w:val="left" w:pos="3006"/>
              </w:tabs>
              <w:spacing w:after="0" w:line="240" w:lineRule="auto"/>
              <w:ind w:leftChars="100" w:left="180" w:firstLineChars="100" w:firstLine="160"/>
              <w:rPr>
                <w:rFonts w:asciiTheme="minorHAnsi" w:hAnsiTheme="minorHAnsi"/>
                <w:lang w:eastAsia="zh-CN"/>
              </w:rPr>
            </w:pPr>
            <w:r w:rsidRPr="00276D44">
              <w:rPr>
                <w:rFonts w:asciiTheme="minorHAnsi" w:hAnsiTheme="minorHAnsi" w:hint="eastAsia"/>
                <w:sz w:val="16"/>
                <w:lang w:eastAsia="zh-CN"/>
              </w:rPr>
              <w:t>DXL L</w:t>
            </w:r>
            <w:r w:rsidRPr="00276D44">
              <w:rPr>
                <w:rFonts w:asciiTheme="minorHAnsi" w:hAnsiTheme="minorHAnsi" w:hint="eastAsia"/>
                <w:sz w:val="16"/>
                <w:lang w:eastAsia="zh-CN"/>
              </w:rPr>
              <w:t>型边角龙骨采用镀锌钢板成型，用于墙边收口、吊顶边部固定及支撑。</w:t>
            </w:r>
            <w:r w:rsidR="00F57DC5" w:rsidRPr="00F57DC5">
              <w:rPr>
                <w:rFonts w:asciiTheme="minorHAnsi" w:hAnsiTheme="minorHAnsi" w:hint="eastAsia"/>
                <w:sz w:val="16"/>
                <w:lang w:eastAsia="zh-CN"/>
              </w:rPr>
              <w:t>及收口处</w:t>
            </w:r>
            <w:r w:rsidR="00F57DC5">
              <w:rPr>
                <w:rFonts w:asciiTheme="minorHAnsi" w:hAnsiTheme="minorHAnsi" w:hint="eastAsia"/>
                <w:sz w:val="16"/>
                <w:lang w:eastAsia="zh-CN"/>
              </w:rPr>
              <w:t>理</w:t>
            </w:r>
            <w:r w:rsidR="001F16ED" w:rsidRPr="008E2A84">
              <w:rPr>
                <w:rFonts w:asciiTheme="minorHAnsi" w:hAnsiTheme="minorHAnsi"/>
                <w:sz w:val="16"/>
                <w:lang w:eastAsia="zh-CN"/>
              </w:rPr>
              <w:t>。</w:t>
            </w:r>
          </w:p>
          <w:p w14:paraId="773055DA" w14:textId="38A29AFC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产品信息</w:t>
            </w:r>
            <w:proofErr w:type="spellEnd"/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45A7F1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产品名称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6EC94DD2" w14:textId="02968136" w:rsidR="00CA2534" w:rsidRPr="008E2A84" w:rsidRDefault="00CA253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Drywall </w:t>
                  </w:r>
                  <w:r w:rsidR="00276D44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L-Wall Angle</w:t>
                  </w:r>
                </w:p>
              </w:tc>
            </w:tr>
            <w:tr w:rsidR="00F0490C" w:rsidRPr="008E2A84" w14:paraId="37252975" w14:textId="77777777" w:rsidTr="00E66A93">
              <w:trPr>
                <w:trHeight w:val="363"/>
              </w:trPr>
              <w:tc>
                <w:tcPr>
                  <w:tcW w:w="2280" w:type="dxa"/>
                </w:tcPr>
                <w:p w14:paraId="1CEA4F65" w14:textId="1CB543A2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Model No.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型号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63F4887E" w14:textId="64C25935" w:rsidR="00A859A9" w:rsidRPr="008E2A84" w:rsidRDefault="00CA253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DXL-</w:t>
                  </w:r>
                  <w:r w:rsidR="00276D44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LWA</w:t>
                  </w:r>
                  <w:r w:rsidR="001E3ADD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Series</w:t>
                  </w:r>
                </w:p>
              </w:tc>
            </w:tr>
            <w:tr w:rsidR="00F0490C" w:rsidRPr="008E2A84" w14:paraId="2561057C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27B4459F" w14:textId="2EF61F1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类别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49DFAF9D" w14:textId="77A1A131" w:rsidR="00F0490C" w:rsidRPr="008E2A84" w:rsidRDefault="006F0D7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Ceiling</w:t>
                  </w:r>
                  <w:r w:rsidR="001E3ADD" w:rsidRPr="008E2A84">
                    <w:rPr>
                      <w:rFonts w:asciiTheme="minorHAnsi" w:hAnsiTheme="minorHAnsi"/>
                      <w:szCs w:val="18"/>
                    </w:rPr>
                    <w:t xml:space="preserve"> Framing System</w:t>
                  </w:r>
                </w:p>
              </w:tc>
            </w:tr>
            <w:tr w:rsidR="00F0490C" w:rsidRPr="008E2A84" w14:paraId="58469EA0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61C2BA8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应用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51C39C0E" w14:textId="0E394E7D" w:rsidR="00F0490C" w:rsidRPr="008E2A84" w:rsidRDefault="006F0D7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6F0D76">
                    <w:rPr>
                      <w:rFonts w:asciiTheme="minorHAnsi" w:hAnsiTheme="minorHAnsi"/>
                      <w:szCs w:val="18"/>
                    </w:rPr>
                    <w:t>Ceiling perimeter and wall edge support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365799D1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  <w:bookmarkStart w:id="0" w:name="_Hlk227920392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尺寸参数</w:t>
            </w:r>
            <w:bookmarkEnd w:id="0"/>
            <w:proofErr w:type="spellEnd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E66A93">
              <w:tc>
                <w:tcPr>
                  <w:tcW w:w="2268" w:type="dxa"/>
                </w:tcPr>
                <w:p w14:paraId="0D8A0BB7" w14:textId="6E90BE63" w:rsidR="00F0490C" w:rsidRPr="008E2A84" w:rsidRDefault="00D82C52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Profile Size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(A)</w:t>
                  </w:r>
                </w:p>
              </w:tc>
              <w:tc>
                <w:tcPr>
                  <w:tcW w:w="2977" w:type="dxa"/>
                </w:tcPr>
                <w:p w14:paraId="03F016CB" w14:textId="48F9FAB5" w:rsidR="00F0490C" w:rsidRPr="008E2A84" w:rsidRDefault="00596F41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S</w:t>
                  </w:r>
                  <w:r>
                    <w:rPr>
                      <w:rFonts w:asciiTheme="minorHAnsi" w:hAnsiTheme="minorHAnsi"/>
                      <w:szCs w:val="18"/>
                      <w:lang w:eastAsia="zh-CN"/>
                    </w:rPr>
                    <w:t>t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andard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＆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Custom Sizes</w:t>
                  </w:r>
                </w:p>
              </w:tc>
            </w:tr>
            <w:tr w:rsidR="00F0490C" w:rsidRPr="008E2A84" w14:paraId="41BE7E2D" w14:textId="77777777" w:rsidTr="00E66A93">
              <w:tc>
                <w:tcPr>
                  <w:tcW w:w="2268" w:type="dxa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</w:tcPr>
                <w:p w14:paraId="04BC2AB1" w14:textId="6AFE5D74" w:rsidR="00F0490C" w:rsidRPr="008E2A84" w:rsidRDefault="00F57DC5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0.4 0.5</w:t>
                  </w:r>
                  <w:r w:rsidR="006F0D76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0.6</w:t>
                  </w:r>
                </w:p>
              </w:tc>
            </w:tr>
            <w:tr w:rsidR="00F0490C" w:rsidRPr="008E2A84" w14:paraId="322824FA" w14:textId="77777777" w:rsidTr="00E66A93">
              <w:tc>
                <w:tcPr>
                  <w:tcW w:w="2268" w:type="dxa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</w:tcPr>
                <w:p w14:paraId="1B0BE3A0" w14:textId="315E4A02" w:rsidR="00F0490C" w:rsidRPr="008E2A84" w:rsidRDefault="001E3AD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7042B844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材料与表面处理</w:t>
            </w:r>
            <w:proofErr w:type="spellEnd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E66A93">
              <w:tc>
                <w:tcPr>
                  <w:tcW w:w="2268" w:type="dxa"/>
                </w:tcPr>
                <w:p w14:paraId="2B385B45" w14:textId="6A300722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材质</w:t>
                  </w:r>
                </w:p>
              </w:tc>
              <w:tc>
                <w:tcPr>
                  <w:tcW w:w="2977" w:type="dxa"/>
                </w:tcPr>
                <w:p w14:paraId="2C123E1C" w14:textId="234283A7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</w:t>
                  </w:r>
                  <w:r w:rsidR="00D318DF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alvanized steel</w:t>
                  </w:r>
                </w:p>
              </w:tc>
            </w:tr>
            <w:tr w:rsidR="00F0490C" w:rsidRPr="008E2A84" w14:paraId="04DCA241" w14:textId="77777777" w:rsidTr="00E66A93">
              <w:tc>
                <w:tcPr>
                  <w:tcW w:w="2268" w:type="dxa"/>
                </w:tcPr>
                <w:p w14:paraId="48D514A7" w14:textId="55ACEB89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镀锌层</w:t>
                  </w:r>
                </w:p>
              </w:tc>
              <w:tc>
                <w:tcPr>
                  <w:tcW w:w="2977" w:type="dxa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E66A93">
              <w:tc>
                <w:tcPr>
                  <w:tcW w:w="2268" w:type="dxa"/>
                </w:tcPr>
                <w:p w14:paraId="1F493909" w14:textId="4DB8BDC2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  <w:r w:rsidR="00B801FB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表面处理</w:t>
                  </w:r>
                </w:p>
              </w:tc>
              <w:tc>
                <w:tcPr>
                  <w:tcW w:w="2977" w:type="dxa"/>
                </w:tcPr>
                <w:p w14:paraId="571DC232" w14:textId="07A9796C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Hot-dip Galvanized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02B9E9A8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公差标准</w:t>
            </w:r>
            <w:proofErr w:type="spellEnd"/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E66A93">
              <w:tc>
                <w:tcPr>
                  <w:tcW w:w="2268" w:type="dxa"/>
                </w:tcPr>
                <w:p w14:paraId="3F682845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厚度公差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19DDB04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±0.03 mm</w:t>
                  </w:r>
                </w:p>
              </w:tc>
            </w:tr>
            <w:tr w:rsidR="00F354C9" w:rsidRPr="008E2A84" w14:paraId="4A7CDCAB" w14:textId="77777777" w:rsidTr="00E66A93">
              <w:tc>
                <w:tcPr>
                  <w:tcW w:w="2268" w:type="dxa"/>
                </w:tcPr>
                <w:p w14:paraId="49E4719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宽度公差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5BE710D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±0.50 mm</w:t>
                  </w:r>
                </w:p>
              </w:tc>
            </w:tr>
            <w:tr w:rsidR="00F354C9" w:rsidRPr="008E2A84" w14:paraId="49254248" w14:textId="77777777" w:rsidTr="00E66A93">
              <w:tc>
                <w:tcPr>
                  <w:tcW w:w="2268" w:type="dxa"/>
                </w:tcPr>
                <w:p w14:paraId="332A758C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长度公差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7EEC4523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±5.0 mm</w:t>
                  </w:r>
                </w:p>
              </w:tc>
            </w:tr>
          </w:tbl>
          <w:p w14:paraId="356C93A8" w14:textId="487F9CB2" w:rsidR="00F0490C" w:rsidRPr="008E2A84" w:rsidRDefault="00F0490C">
            <w:pPr>
              <w:rPr>
                <w:rFonts w:asciiTheme="minorHAnsi" w:hAnsiTheme="minorHAnsi"/>
              </w:rPr>
            </w:pPr>
          </w:p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18CDD737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/ </w:t>
            </w:r>
            <w:proofErr w:type="spellStart"/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产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品实物</w:t>
            </w:r>
            <w:proofErr w:type="spellEnd"/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7B3A4076" w:rsidR="005D7839" w:rsidRDefault="00276D44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87936" behindDoc="0" locked="0" layoutInCell="1" allowOverlap="1" wp14:anchorId="04C7D812" wp14:editId="6F6B8BE2">
                        <wp:simplePos x="0" y="0"/>
                        <wp:positionH relativeFrom="column">
                          <wp:posOffset>43815</wp:posOffset>
                        </wp:positionH>
                        <wp:positionV relativeFrom="paragraph">
                          <wp:posOffset>-40640</wp:posOffset>
                        </wp:positionV>
                        <wp:extent cx="2616200" cy="1714500"/>
                        <wp:effectExtent l="0" t="0" r="0" b="0"/>
                        <wp:wrapNone/>
                        <wp:docPr id="1016353816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16353816" name="图片 1016353816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16200" cy="17145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F35E673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4583441C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171BC493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/ </w:t>
            </w:r>
            <w:proofErr w:type="spellStart"/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截面图</w:t>
            </w:r>
            <w:proofErr w:type="spellEnd"/>
          </w:p>
          <w:p w14:paraId="5E832767" w14:textId="0B56A9DB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3C7E8F6C" w14:textId="209755D1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  <w:bookmarkStart w:id="1" w:name="_Hlk228031567"/>
                  <w:r>
                    <w:rPr>
                      <w:rFonts w:hint="eastAsia"/>
                      <w:noProof/>
                      <w:lang w:eastAsia="zh-CN"/>
                    </w:rPr>
                    <w:drawing>
                      <wp:anchor distT="0" distB="0" distL="114300" distR="114300" simplePos="0" relativeHeight="251686912" behindDoc="0" locked="0" layoutInCell="1" allowOverlap="1" wp14:anchorId="28CBE57C" wp14:editId="15CEDD06">
                        <wp:simplePos x="0" y="0"/>
                        <wp:positionH relativeFrom="column">
                          <wp:posOffset>19685</wp:posOffset>
                        </wp:positionH>
                        <wp:positionV relativeFrom="paragraph">
                          <wp:posOffset>-1889760</wp:posOffset>
                        </wp:positionV>
                        <wp:extent cx="2617470" cy="1821180"/>
                        <wp:effectExtent l="0" t="0" r="0" b="0"/>
                        <wp:wrapTopAndBottom/>
                        <wp:docPr id="1902792176" name="图片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02792176" name="图片 1902792176"/>
                                <pic:cNvPicPr/>
                              </pic:nvPicPr>
                              <pic:blipFill rotWithShape="1">
                                <a:blip r:embed="rId11"/>
                                <a:srcRect l="33561" t="25797" r="35091" b="2293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17470" cy="18211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014C6FEF" w14:textId="3101794D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4D62DAA8" w14:textId="65394B5C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0C901EEC" w14:textId="75D4650B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1815C4A8" w14:textId="6CFD8D76" w:rsidR="00CF3F56" w:rsidRDefault="00CF3F56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1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77777777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/ </w:t>
                                  </w:r>
                                  <w:proofErr w:type="spellStart"/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包装示意</w:t>
                                  </w:r>
                                  <w:proofErr w:type="spellEnd"/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319C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" stroked="f">
                      <v:textbox>
                        <w:txbxContent>
                          <w:p w14:paraId="29E8DFC6" w14:textId="77777777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/ </w:t>
                            </w:r>
                            <w:proofErr w:type="spellStart"/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包装示意</w:t>
                            </w:r>
                            <w:proofErr w:type="spellEnd"/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72C35CD5" w14:textId="6865354E" w:rsidR="00984677" w:rsidRDefault="00B172B3">
      <w:pPr>
        <w:rPr>
          <w:lang w:eastAsia="zh-CN"/>
        </w:rPr>
      </w:pPr>
      <w:r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899BDB" wp14:editId="0E165E95">
                <wp:simplePos x="0" y="0"/>
                <wp:positionH relativeFrom="column">
                  <wp:posOffset>-444500</wp:posOffset>
                </wp:positionH>
                <wp:positionV relativeFrom="paragraph">
                  <wp:posOffset>173178</wp:posOffset>
                </wp:positionV>
                <wp:extent cx="7846355" cy="669290"/>
                <wp:effectExtent l="57150" t="19050" r="59690" b="73660"/>
                <wp:wrapNone/>
                <wp:docPr id="1765985997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6355" cy="669290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25DAB7" w14:textId="662B9A9D" w:rsidR="00E21DEA" w:rsidRPr="00582B61" w:rsidRDefault="00E21DEA" w:rsidP="00582B61">
                            <w:pPr>
                              <w:spacing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please contact our global support team 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via W</w:t>
                            </w:r>
                            <w:r w:rsidR="00582B61"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dxl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  <w:proofErr w:type="spellEnd"/>
                          </w:p>
                          <w:p w14:paraId="121D410C" w14:textId="22E815D8" w:rsidR="00582B61" w:rsidRPr="00582B61" w:rsidRDefault="00582B61" w:rsidP="00582B61">
                            <w:pPr>
                              <w:spacing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899BDB" id="矩形 5" o:spid="_x0000_s1027" style="position:absolute;margin-left:-35pt;margin-top:13.65pt;width:617.8pt;height:52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" fillcolor="#00458a" stroked="f">
                <v:shadow on="t" color="black" opacity="22937f" origin=",.5" offset="0,.63889mm"/>
                <v:textbox>
                  <w:txbxContent>
                    <w:p w14:paraId="1625DAB7" w14:textId="662B9A9D" w:rsidR="00E21DEA" w:rsidRPr="00582B61" w:rsidRDefault="00E21DEA" w:rsidP="00582B61">
                      <w:pPr>
                        <w:spacing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 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please contact our global support team 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via W</w:t>
                      </w:r>
                      <w:r w:rsidR="00582B61"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</w:t>
                      </w:r>
                      <w:proofErr w:type="spellStart"/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dxl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  <w:proofErr w:type="spellEnd"/>
                    </w:p>
                    <w:p w14:paraId="121D410C" w14:textId="22E815D8" w:rsidR="00582B61" w:rsidRPr="00582B61" w:rsidRDefault="00582B61" w:rsidP="00582B61">
                      <w:pPr>
                        <w:spacing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</w:txbxContent>
                </v:textbox>
              </v:rect>
            </w:pict>
          </mc:Fallback>
        </mc:AlternateContent>
      </w:r>
    </w:p>
    <w:p w14:paraId="711F52FA" w14:textId="0EFCDFE4" w:rsidR="00A65E09" w:rsidRDefault="00A65E09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lastRenderedPageBreak/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0910" w:type="dxa"/>
        <w:tblLook w:val="04A0" w:firstRow="1" w:lastRow="0" w:firstColumn="1" w:lastColumn="0" w:noHBand="0" w:noVBand="1"/>
      </w:tblPr>
      <w:tblGrid>
        <w:gridCol w:w="2206"/>
        <w:gridCol w:w="1758"/>
        <w:gridCol w:w="1843"/>
        <w:gridCol w:w="2123"/>
        <w:gridCol w:w="2980"/>
      </w:tblGrid>
      <w:tr w:rsidR="00C522F0" w14:paraId="5A60ACED" w14:textId="77777777" w:rsidTr="00C522F0">
        <w:trPr>
          <w:trHeight w:val="498"/>
        </w:trPr>
        <w:tc>
          <w:tcPr>
            <w:tcW w:w="2206" w:type="dxa"/>
            <w:vAlign w:val="center"/>
          </w:tcPr>
          <w:p w14:paraId="3AB3671D" w14:textId="337FC6B5" w:rsidR="00C522F0" w:rsidRDefault="00C522F0" w:rsidP="00A65E09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758" w:type="dxa"/>
            <w:vAlign w:val="center"/>
          </w:tcPr>
          <w:p w14:paraId="0F8796EF" w14:textId="6E91244F" w:rsidR="00C522F0" w:rsidRDefault="00C522F0">
            <w:pPr>
              <w:rPr>
                <w:lang w:eastAsia="zh-CN"/>
              </w:rPr>
            </w:pPr>
            <w:r>
              <w:rPr>
                <w:lang w:eastAsia="zh-CN"/>
              </w:rPr>
              <w:t>W</w:t>
            </w:r>
            <w:r>
              <w:rPr>
                <w:rFonts w:hint="eastAsia"/>
                <w:lang w:eastAsia="zh-CN"/>
              </w:rPr>
              <w:t xml:space="preserve">eb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A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843" w:type="dxa"/>
            <w:vAlign w:val="center"/>
          </w:tcPr>
          <w:p w14:paraId="5FB608AB" w14:textId="2027C0D6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Flange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B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123" w:type="dxa"/>
            <w:vAlign w:val="center"/>
          </w:tcPr>
          <w:p w14:paraId="65776AA6" w14:textId="5658688A" w:rsidR="00C522F0" w:rsidRDefault="00C522F0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980" w:type="dxa"/>
            <w:vAlign w:val="center"/>
          </w:tcPr>
          <w:p w14:paraId="31435D0A" w14:textId="73B8B532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</w:tr>
      <w:tr w:rsidR="00C522F0" w14:paraId="609D7D7B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49D6D957" w14:textId="423B4739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3A11D2">
              <w:rPr>
                <w:rFonts w:hint="eastAsia"/>
                <w:lang w:eastAsia="zh-CN"/>
              </w:rPr>
              <w:t>LWA-20</w:t>
            </w:r>
          </w:p>
        </w:tc>
        <w:tc>
          <w:tcPr>
            <w:tcW w:w="1758" w:type="dxa"/>
            <w:vAlign w:val="center"/>
          </w:tcPr>
          <w:p w14:paraId="525CAD48" w14:textId="24AD698E" w:rsidR="00C522F0" w:rsidRDefault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843" w:type="dxa"/>
            <w:vAlign w:val="center"/>
          </w:tcPr>
          <w:p w14:paraId="4870725B" w14:textId="3001A1B0" w:rsidR="00C522F0" w:rsidRDefault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2123" w:type="dxa"/>
            <w:vAlign w:val="center"/>
          </w:tcPr>
          <w:p w14:paraId="1CDFE6AD" w14:textId="13684A58" w:rsidR="00C522F0" w:rsidRDefault="00A453B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0.4 0.5 0.6</w:t>
            </w:r>
          </w:p>
        </w:tc>
        <w:tc>
          <w:tcPr>
            <w:tcW w:w="2980" w:type="dxa"/>
            <w:vAlign w:val="center"/>
          </w:tcPr>
          <w:p w14:paraId="54A1379D" w14:textId="565D5256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23CB6" w14:paraId="499B4627" w14:textId="77777777" w:rsidTr="00C522F0">
        <w:trPr>
          <w:trHeight w:val="498"/>
        </w:trPr>
        <w:tc>
          <w:tcPr>
            <w:tcW w:w="2206" w:type="dxa"/>
            <w:vAlign w:val="center"/>
          </w:tcPr>
          <w:p w14:paraId="14E3D45E" w14:textId="5D360E33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3A11D2">
              <w:rPr>
                <w:rFonts w:hint="eastAsia"/>
                <w:lang w:eastAsia="zh-CN"/>
              </w:rPr>
              <w:t>LWA-30</w:t>
            </w:r>
          </w:p>
        </w:tc>
        <w:tc>
          <w:tcPr>
            <w:tcW w:w="1758" w:type="dxa"/>
            <w:vAlign w:val="center"/>
          </w:tcPr>
          <w:p w14:paraId="0356D738" w14:textId="625312BE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843" w:type="dxa"/>
            <w:vAlign w:val="center"/>
          </w:tcPr>
          <w:p w14:paraId="358B343E" w14:textId="122D4CF5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2123" w:type="dxa"/>
            <w:vAlign w:val="center"/>
          </w:tcPr>
          <w:p w14:paraId="38601181" w14:textId="3A81F8FC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  <w:r w:rsidR="00A453B2">
              <w:rPr>
                <w:rFonts w:hint="eastAsia"/>
                <w:lang w:eastAsia="zh-CN"/>
              </w:rPr>
              <w:t xml:space="preserve">.4 0.5 0.6 </w:t>
            </w:r>
          </w:p>
        </w:tc>
        <w:tc>
          <w:tcPr>
            <w:tcW w:w="2980" w:type="dxa"/>
            <w:vAlign w:val="center"/>
          </w:tcPr>
          <w:p w14:paraId="588C59AE" w14:textId="320A1F83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23CB6" w14:paraId="44AA4A9A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64DF30A4" w14:textId="0286D566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3A11D2">
              <w:rPr>
                <w:rFonts w:hint="eastAsia"/>
                <w:lang w:eastAsia="zh-CN"/>
              </w:rPr>
              <w:t>LWA-30-20</w:t>
            </w:r>
          </w:p>
        </w:tc>
        <w:tc>
          <w:tcPr>
            <w:tcW w:w="1758" w:type="dxa"/>
            <w:vAlign w:val="center"/>
          </w:tcPr>
          <w:p w14:paraId="6159E1B0" w14:textId="0453BEBC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843" w:type="dxa"/>
            <w:vAlign w:val="center"/>
          </w:tcPr>
          <w:p w14:paraId="5033FC2C" w14:textId="036EC243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2123" w:type="dxa"/>
            <w:vAlign w:val="center"/>
          </w:tcPr>
          <w:p w14:paraId="755DF8A7" w14:textId="2A32EC58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</w:t>
            </w:r>
            <w:r w:rsidR="00A453B2">
              <w:rPr>
                <w:rFonts w:hint="eastAsia"/>
                <w:lang w:eastAsia="zh-CN"/>
              </w:rPr>
              <w:t>4 0.5 0.6</w:t>
            </w:r>
          </w:p>
        </w:tc>
        <w:tc>
          <w:tcPr>
            <w:tcW w:w="2980" w:type="dxa"/>
            <w:vAlign w:val="center"/>
          </w:tcPr>
          <w:p w14:paraId="31190240" w14:textId="4967B477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23CB6" w14:paraId="1751F208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30E4D4E2" w14:textId="71932375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3A11D2">
              <w:rPr>
                <w:rFonts w:hint="eastAsia"/>
                <w:lang w:eastAsia="zh-CN"/>
              </w:rPr>
              <w:t>LWA-25-15</w:t>
            </w:r>
          </w:p>
        </w:tc>
        <w:tc>
          <w:tcPr>
            <w:tcW w:w="1758" w:type="dxa"/>
            <w:vAlign w:val="center"/>
          </w:tcPr>
          <w:p w14:paraId="55C7B4BF" w14:textId="0BC10AC1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25</w:t>
            </w:r>
          </w:p>
        </w:tc>
        <w:tc>
          <w:tcPr>
            <w:tcW w:w="1843" w:type="dxa"/>
            <w:vAlign w:val="center"/>
          </w:tcPr>
          <w:p w14:paraId="696DEAA3" w14:textId="027F0BBD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15</w:t>
            </w:r>
          </w:p>
        </w:tc>
        <w:tc>
          <w:tcPr>
            <w:tcW w:w="2123" w:type="dxa"/>
            <w:vAlign w:val="center"/>
          </w:tcPr>
          <w:p w14:paraId="38CF5498" w14:textId="06984732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</w:t>
            </w:r>
            <w:r w:rsidR="00A453B2">
              <w:rPr>
                <w:rFonts w:hint="eastAsia"/>
                <w:lang w:eastAsia="zh-CN"/>
              </w:rPr>
              <w:t>4 0.5 0.6</w:t>
            </w:r>
          </w:p>
        </w:tc>
        <w:tc>
          <w:tcPr>
            <w:tcW w:w="2980" w:type="dxa"/>
            <w:vAlign w:val="center"/>
          </w:tcPr>
          <w:p w14:paraId="04ED1BD8" w14:textId="2A8304D6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23CB6" w14:paraId="4DCEA2F7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3DBED81A" w14:textId="63F87DC1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758" w:type="dxa"/>
            <w:vAlign w:val="center"/>
          </w:tcPr>
          <w:p w14:paraId="5D7523F4" w14:textId="09D10FFE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1843" w:type="dxa"/>
            <w:vAlign w:val="center"/>
          </w:tcPr>
          <w:p w14:paraId="71F11E8E" w14:textId="093D3933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2123" w:type="dxa"/>
            <w:vAlign w:val="center"/>
          </w:tcPr>
          <w:p w14:paraId="4A2E2266" w14:textId="704533DF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2980" w:type="dxa"/>
            <w:vAlign w:val="center"/>
          </w:tcPr>
          <w:p w14:paraId="66EA83C9" w14:textId="7384E4DB" w:rsidR="00223CB6" w:rsidRDefault="00223CB6" w:rsidP="00223CB6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48C96212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69DC7EC7" w14:textId="21891B6B" w:rsidR="005D7839" w:rsidRPr="004D1C23" w:rsidRDefault="00745F59" w:rsidP="005D7839">
      <w:pPr>
        <w:pStyle w:val="ae"/>
        <w:ind w:left="480"/>
        <w:rPr>
          <w:i/>
          <w:iCs/>
          <w:sz w:val="20"/>
          <w:szCs w:val="20"/>
          <w:lang w:eastAsia="zh-CN"/>
        </w:rPr>
      </w:pPr>
      <w:r>
        <w:rPr>
          <w:i/>
          <w:iCs/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ED9025" wp14:editId="3824DF56">
                <wp:simplePos x="0" y="0"/>
                <wp:positionH relativeFrom="column">
                  <wp:posOffset>-406400</wp:posOffset>
                </wp:positionH>
                <wp:positionV relativeFrom="paragraph">
                  <wp:posOffset>5760085</wp:posOffset>
                </wp:positionV>
                <wp:extent cx="7824943" cy="646898"/>
                <wp:effectExtent l="57150" t="19050" r="81280" b="96520"/>
                <wp:wrapNone/>
                <wp:docPr id="1964388681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4943" cy="646898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98C519" w14:textId="77777777" w:rsidR="00745F59" w:rsidRPr="00582B61" w:rsidRDefault="00745F59" w:rsidP="00745F59">
                            <w:pPr>
                              <w:spacing w:beforeLines="25" w:before="60"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 please contact our global support team via W</w:t>
                            </w:r>
                            <w:r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dxl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  <w:proofErr w:type="spellEnd"/>
                          </w:p>
                          <w:p w14:paraId="74CE4EA2" w14:textId="77777777" w:rsidR="00745F59" w:rsidRPr="00582B61" w:rsidRDefault="00745F59" w:rsidP="00745F59">
                            <w:pPr>
                              <w:spacing w:beforeLines="25" w:before="60"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  <w:p w14:paraId="433089D7" w14:textId="77777777" w:rsidR="00745F59" w:rsidRDefault="00745F59" w:rsidP="00745F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ED9025" id="矩形 4" o:spid="_x0000_s1028" style="position:absolute;left:0;text-align:left;margin-left:-32pt;margin-top:453.55pt;width:616.15pt;height:50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" fillcolor="#00458a" strokecolor="#4579b8 [3044]">
                <v:shadow on="t" color="black" opacity="22937f" origin=",.5" offset="0,.63889mm"/>
                <v:textbox>
                  <w:txbxContent>
                    <w:p w14:paraId="7998C519" w14:textId="77777777" w:rsidR="00745F59" w:rsidRPr="00582B61" w:rsidRDefault="00745F59" w:rsidP="00745F59">
                      <w:pPr>
                        <w:spacing w:beforeLines="25" w:before="60"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 please contact our global support team via W</w:t>
                      </w:r>
                      <w:r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</w:t>
                      </w:r>
                      <w:proofErr w:type="spellStart"/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dxl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  <w:proofErr w:type="spellEnd"/>
                    </w:p>
                    <w:p w14:paraId="74CE4EA2" w14:textId="77777777" w:rsidR="00745F59" w:rsidRPr="00582B61" w:rsidRDefault="00745F59" w:rsidP="00745F59">
                      <w:pPr>
                        <w:spacing w:beforeLines="25" w:before="60"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  <w:p w14:paraId="433089D7" w14:textId="77777777" w:rsidR="00745F59" w:rsidRDefault="00745F59" w:rsidP="00745F5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5D7839" w:rsidRPr="004D1C23" w:rsidSect="00083ADF"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47B4E9" w14:textId="77777777" w:rsidR="00C347A4" w:rsidRDefault="00C347A4">
      <w:pPr>
        <w:spacing w:after="0" w:line="240" w:lineRule="auto"/>
      </w:pPr>
      <w:r>
        <w:separator/>
      </w:r>
    </w:p>
  </w:endnote>
  <w:endnote w:type="continuationSeparator" w:id="0">
    <w:p w14:paraId="6AAC9F20" w14:textId="77777777" w:rsidR="00C347A4" w:rsidRDefault="00C347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556DB" w14:textId="77777777" w:rsidR="00C347A4" w:rsidRDefault="00C347A4">
      <w:pPr>
        <w:spacing w:after="0" w:line="240" w:lineRule="auto"/>
      </w:pPr>
      <w:r>
        <w:separator/>
      </w:r>
    </w:p>
  </w:footnote>
  <w:footnote w:type="continuationSeparator" w:id="0">
    <w:p w14:paraId="0A13435A" w14:textId="77777777" w:rsidR="00C347A4" w:rsidRDefault="00C347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71919"/>
    <w:rsid w:val="0007477D"/>
    <w:rsid w:val="00083ADF"/>
    <w:rsid w:val="000B1106"/>
    <w:rsid w:val="000B2FA2"/>
    <w:rsid w:val="001224E5"/>
    <w:rsid w:val="00141136"/>
    <w:rsid w:val="0015074B"/>
    <w:rsid w:val="00183B5F"/>
    <w:rsid w:val="001E3ADD"/>
    <w:rsid w:val="001F16ED"/>
    <w:rsid w:val="001F4358"/>
    <w:rsid w:val="00211066"/>
    <w:rsid w:val="00223CB6"/>
    <w:rsid w:val="0022501A"/>
    <w:rsid w:val="00234D5E"/>
    <w:rsid w:val="00236D8E"/>
    <w:rsid w:val="00241036"/>
    <w:rsid w:val="00241ADC"/>
    <w:rsid w:val="00242241"/>
    <w:rsid w:val="00270E57"/>
    <w:rsid w:val="00276D44"/>
    <w:rsid w:val="002776B9"/>
    <w:rsid w:val="00281D1D"/>
    <w:rsid w:val="00291563"/>
    <w:rsid w:val="0029639D"/>
    <w:rsid w:val="002A3BAB"/>
    <w:rsid w:val="002C4EB7"/>
    <w:rsid w:val="002D4093"/>
    <w:rsid w:val="00326F90"/>
    <w:rsid w:val="00363B02"/>
    <w:rsid w:val="00377148"/>
    <w:rsid w:val="003A11D2"/>
    <w:rsid w:val="003D2476"/>
    <w:rsid w:val="00423CB6"/>
    <w:rsid w:val="004A24CE"/>
    <w:rsid w:val="004B6852"/>
    <w:rsid w:val="004D1C23"/>
    <w:rsid w:val="004E1656"/>
    <w:rsid w:val="004E1ED8"/>
    <w:rsid w:val="004F6543"/>
    <w:rsid w:val="00516DF0"/>
    <w:rsid w:val="00553276"/>
    <w:rsid w:val="00582B61"/>
    <w:rsid w:val="00596F41"/>
    <w:rsid w:val="005A214E"/>
    <w:rsid w:val="005B38EC"/>
    <w:rsid w:val="005C7564"/>
    <w:rsid w:val="005D7839"/>
    <w:rsid w:val="00602519"/>
    <w:rsid w:val="006864AC"/>
    <w:rsid w:val="006F0D76"/>
    <w:rsid w:val="006F4391"/>
    <w:rsid w:val="00706F32"/>
    <w:rsid w:val="00745F59"/>
    <w:rsid w:val="00776DFC"/>
    <w:rsid w:val="007A6891"/>
    <w:rsid w:val="00805A1E"/>
    <w:rsid w:val="008112FF"/>
    <w:rsid w:val="008371AD"/>
    <w:rsid w:val="008A455D"/>
    <w:rsid w:val="008E2A84"/>
    <w:rsid w:val="00916D09"/>
    <w:rsid w:val="00917064"/>
    <w:rsid w:val="00927463"/>
    <w:rsid w:val="00984677"/>
    <w:rsid w:val="009A5DCA"/>
    <w:rsid w:val="009E675F"/>
    <w:rsid w:val="009F07E2"/>
    <w:rsid w:val="00A0784F"/>
    <w:rsid w:val="00A23C60"/>
    <w:rsid w:val="00A453B2"/>
    <w:rsid w:val="00A65E09"/>
    <w:rsid w:val="00A670F0"/>
    <w:rsid w:val="00A859A9"/>
    <w:rsid w:val="00A87442"/>
    <w:rsid w:val="00A9153B"/>
    <w:rsid w:val="00AA1D8D"/>
    <w:rsid w:val="00AD45A0"/>
    <w:rsid w:val="00B172B3"/>
    <w:rsid w:val="00B47730"/>
    <w:rsid w:val="00B801FB"/>
    <w:rsid w:val="00C01C32"/>
    <w:rsid w:val="00C03EEE"/>
    <w:rsid w:val="00C121B0"/>
    <w:rsid w:val="00C347A4"/>
    <w:rsid w:val="00C522F0"/>
    <w:rsid w:val="00C52897"/>
    <w:rsid w:val="00C53046"/>
    <w:rsid w:val="00C8373A"/>
    <w:rsid w:val="00CA2534"/>
    <w:rsid w:val="00CB0664"/>
    <w:rsid w:val="00CB3FD8"/>
    <w:rsid w:val="00CF3F56"/>
    <w:rsid w:val="00D318DF"/>
    <w:rsid w:val="00D540EF"/>
    <w:rsid w:val="00D82C52"/>
    <w:rsid w:val="00D951F9"/>
    <w:rsid w:val="00D96E04"/>
    <w:rsid w:val="00DF40D6"/>
    <w:rsid w:val="00DF5A9A"/>
    <w:rsid w:val="00E21DEA"/>
    <w:rsid w:val="00E3655F"/>
    <w:rsid w:val="00E66A93"/>
    <w:rsid w:val="00E826F8"/>
    <w:rsid w:val="00EC1C6D"/>
    <w:rsid w:val="00F0490C"/>
    <w:rsid w:val="00F10275"/>
    <w:rsid w:val="00F354C9"/>
    <w:rsid w:val="00F57DC5"/>
    <w:rsid w:val="00FB6801"/>
    <w:rsid w:val="00FC693F"/>
    <w:rsid w:val="00FD0171"/>
    <w:rsid w:val="00FD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</TotalTime>
  <Pages>2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41</cp:revision>
  <cp:lastPrinted>2026-04-25T13:16:00Z</cp:lastPrinted>
  <dcterms:created xsi:type="dcterms:W3CDTF">2026-04-23T14:12:00Z</dcterms:created>
  <dcterms:modified xsi:type="dcterms:W3CDTF">2026-04-27T09:47:00Z</dcterms:modified>
  <cp:category/>
</cp:coreProperties>
</file>