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7F574EC5" w:rsidR="00F0490C" w:rsidRDefault="00661D87" w:rsidP="000F3549">
      <w:pPr>
        <w:spacing w:after="0" w:line="240" w:lineRule="auto"/>
        <w:rPr>
          <w:rFonts w:asciiTheme="minorHAnsi" w:hAnsiTheme="minorHAnsi"/>
          <w:b/>
          <w:color w:val="0C3666"/>
          <w:sz w:val="44"/>
          <w:szCs w:val="44"/>
        </w:rPr>
      </w:pPr>
      <w:r w:rsidRPr="000F3549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MAIN CHANNEL</w:t>
      </w:r>
      <w:r w:rsidR="00776DFC" w:rsidRPr="000F3549">
        <w:rPr>
          <w:rFonts w:asciiTheme="minorHAnsi" w:hAnsiTheme="minorHAnsi"/>
          <w:b/>
          <w:color w:val="0C3666"/>
          <w:sz w:val="44"/>
          <w:szCs w:val="44"/>
        </w:rPr>
        <w:t xml:space="preserve"> </w:t>
      </w:r>
    </w:p>
    <w:p w14:paraId="48523939" w14:textId="1A05F1AF" w:rsidR="000F3549" w:rsidRPr="000F3549" w:rsidRDefault="000F3549" w:rsidP="000F3549">
      <w:pPr>
        <w:spacing w:after="0" w:line="240" w:lineRule="auto"/>
        <w:rPr>
          <w:rFonts w:asciiTheme="minorHAnsi" w:hAnsiTheme="minorHAnsi"/>
          <w:color w:val="0C3666"/>
          <w:sz w:val="44"/>
          <w:szCs w:val="44"/>
          <w:lang w:eastAsia="zh-CN"/>
        </w:rPr>
      </w:pPr>
      <w:r w:rsidRPr="000F3549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CD3A5D0">
                <wp:simplePos x="0" y="0"/>
                <wp:positionH relativeFrom="column">
                  <wp:posOffset>-45720</wp:posOffset>
                </wp:positionH>
                <wp:positionV relativeFrom="paragraph">
                  <wp:posOffset>307340</wp:posOffset>
                </wp:positionV>
                <wp:extent cx="720153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015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FE78C9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6pt,24.2pt" to="563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0F3549">
        <w:rPr>
          <w:rFonts w:asciiTheme="minorHAnsi" w:hAnsiTheme="minorHAnsi" w:hint="eastAsia"/>
          <w:color w:val="0C3666"/>
          <w:sz w:val="44"/>
          <w:szCs w:val="44"/>
          <w:lang w:eastAsia="zh-CN"/>
        </w:rPr>
        <w:t>CEILING CHANNEL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7E11427B" w14:textId="140DBF96" w:rsidR="00F0490C" w:rsidRPr="00533D75" w:rsidRDefault="00533D75" w:rsidP="00533D75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0CD8C51" wp14:editId="1B7D2370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-423545</wp:posOffset>
                      </wp:positionV>
                      <wp:extent cx="3512185" cy="731520"/>
                      <wp:effectExtent l="0" t="0" r="0" b="0"/>
                      <wp:wrapNone/>
                      <wp:docPr id="1041954405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2185" cy="7315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EBA4D5" w14:textId="77777777" w:rsidR="00533D75" w:rsidRPr="001224E5" w:rsidRDefault="00533D75" w:rsidP="00533D75">
                                  <w:pPr>
                                    <w:spacing w:beforeLines="100" w:before="240" w:after="8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DXL-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MC SERIES</w:t>
                                  </w:r>
                                </w:p>
                                <w:p w14:paraId="52F02793" w14:textId="381F448A" w:rsidR="00533D75" w:rsidRDefault="00533D75" w:rsidP="00533D75">
                                  <w:pPr>
                                    <w:ind w:firstLineChars="150" w:firstLine="240"/>
                                  </w:pPr>
                                  <w:r w:rsidRPr="0069458F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Main Channels are cold-formed galvanized steel sections used as primary support members in suspended ceiling systems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CD8C5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left:0;text-align:left;margin-left:1.9pt;margin-top:-33.35pt;width:276.55pt;height:57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" filled="f" stroked="f" strokeweight=".5pt">
                      <v:textbox>
                        <w:txbxContent>
                          <w:p w14:paraId="31EBA4D5" w14:textId="77777777" w:rsidR="00533D75" w:rsidRPr="001224E5" w:rsidRDefault="00533D75" w:rsidP="00533D75">
                            <w:pPr>
                              <w:spacing w:beforeLines="100" w:before="240" w:after="8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DXL-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MC SERIES</w:t>
                            </w:r>
                          </w:p>
                          <w:p w14:paraId="52F02793" w14:textId="381F448A" w:rsidR="00533D75" w:rsidRDefault="00533D75" w:rsidP="00533D75">
                            <w:pPr>
                              <w:ind w:firstLineChars="150" w:firstLine="240"/>
                            </w:pPr>
                            <w:r w:rsidRPr="0069458F">
                              <w:rPr>
                                <w:rFonts w:asciiTheme="minorHAnsi" w:hAnsiTheme="minorHAnsi"/>
                                <w:sz w:val="16"/>
                              </w:rPr>
                              <w:t>DXL Main Channels are cold-formed galvanized steel sections used as primary support members in suspended ceiling systems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9458F" w:rsidRPr="0069458F">
              <w:rPr>
                <w:rFonts w:asciiTheme="minorHAnsi" w:hAnsiTheme="minorHAnsi"/>
                <w:sz w:val="16"/>
              </w:rPr>
              <w:t>.</w:t>
            </w:r>
          </w:p>
          <w:p w14:paraId="6230018B" w14:textId="71158F8D" w:rsidR="00533D75" w:rsidRDefault="001A092A" w:rsidP="00533D75">
            <w:pPr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29F993F3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298450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3055DA" w14:textId="728E8FD0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A55B0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7A9DEA80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2F051581" w:rsidR="00CA2534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 Main Channel</w:t>
                  </w:r>
                </w:p>
              </w:tc>
            </w:tr>
            <w:tr w:rsidR="00F0490C" w:rsidRPr="008E2A84" w14:paraId="37252975" w14:textId="77777777" w:rsidTr="00EA55B0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173A2A0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Model No.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3580BD58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69458F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MC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A55B0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2D6B66B9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19E140C7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EA55B0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0C509DA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3BA2052F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9458F">
                    <w:rPr>
                      <w:rFonts w:asciiTheme="minorHAnsi" w:hAnsiTheme="minorHAnsi"/>
                      <w:szCs w:val="18"/>
                    </w:rPr>
                    <w:t>Suspended ceiling support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24000617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A55B0">
              <w:tc>
                <w:tcPr>
                  <w:tcW w:w="2268" w:type="dxa"/>
                  <w:vAlign w:val="center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1F2B89AA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38 50</w:t>
                  </w:r>
                </w:p>
              </w:tc>
            </w:tr>
            <w:tr w:rsidR="00F0490C" w:rsidRPr="008E2A84" w14:paraId="41BE7E2D" w14:textId="77777777" w:rsidTr="00EA55B0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58BA7A5A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1.0 </w:t>
                  </w:r>
                  <w:r w:rsidR="00191CB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/ 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1.2</w:t>
                  </w:r>
                </w:p>
              </w:tc>
            </w:tr>
            <w:tr w:rsidR="00F0490C" w:rsidRPr="008E2A84" w14:paraId="322824FA" w14:textId="77777777" w:rsidTr="00EA55B0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2FF6613F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A55B0">
              <w:tc>
                <w:tcPr>
                  <w:tcW w:w="2268" w:type="dxa"/>
                  <w:vAlign w:val="center"/>
                </w:tcPr>
                <w:p w14:paraId="2B385B45" w14:textId="6545B66A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44327F5A" w:rsidR="00F0490C" w:rsidRPr="008E2A84" w:rsidRDefault="00325FD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EA55B0">
              <w:tc>
                <w:tcPr>
                  <w:tcW w:w="2268" w:type="dxa"/>
                  <w:vAlign w:val="center"/>
                </w:tcPr>
                <w:p w14:paraId="48D514A7" w14:textId="2F9AA3C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A55B0">
              <w:tc>
                <w:tcPr>
                  <w:tcW w:w="2268" w:type="dxa"/>
                  <w:vAlign w:val="center"/>
                </w:tcPr>
                <w:p w14:paraId="1F493909" w14:textId="50750EE9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361F22A2" w:rsidR="00F0490C" w:rsidRPr="008E2A84" w:rsidRDefault="00325FD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19FD6CE7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0F4B4B">
              <w:tc>
                <w:tcPr>
                  <w:tcW w:w="2268" w:type="dxa"/>
                </w:tcPr>
                <w:p w14:paraId="3F682845" w14:textId="63C009A4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6DBBE29E" w:rsidR="00F0490C" w:rsidRPr="008E2A84" w:rsidRDefault="001C194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4327A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0F4B4B">
              <w:tc>
                <w:tcPr>
                  <w:tcW w:w="2268" w:type="dxa"/>
                </w:tcPr>
                <w:p w14:paraId="49E4719B" w14:textId="5829A3B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6AAAD0EE" w:rsidR="00F0490C" w:rsidRPr="008E2A84" w:rsidRDefault="001C194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0F4B4B">
              <w:tc>
                <w:tcPr>
                  <w:tcW w:w="2268" w:type="dxa"/>
                </w:tcPr>
                <w:p w14:paraId="332A758C" w14:textId="5079B21D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3D33E62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1C1942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099C3E38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23DB3C9C" w:rsidR="005D7839" w:rsidRDefault="00CB6D28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CB0F26E" wp14:editId="3FF7DDC2">
                        <wp:extent cx="2510790" cy="1673860"/>
                        <wp:effectExtent l="0" t="0" r="3810" b="2540"/>
                        <wp:docPr id="111274989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12749894" name="图片 111274989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42741A5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BF2F79B" w14:textId="1E7E8125" w:rsidR="00CB6D28" w:rsidRDefault="00CB6D28" w:rsidP="001E3ADD">
                  <w:pPr>
                    <w:spacing w:after="0" w:line="240" w:lineRule="auto"/>
                    <w:rPr>
                      <w:noProof/>
                    </w:rPr>
                  </w:pPr>
                  <w:bookmarkStart w:id="0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669BD869" wp14:editId="547B17E7">
                        <wp:simplePos x="0" y="0"/>
                        <wp:positionH relativeFrom="column">
                          <wp:posOffset>295910</wp:posOffset>
                        </wp:positionH>
                        <wp:positionV relativeFrom="paragraph">
                          <wp:posOffset>-165735</wp:posOffset>
                        </wp:positionV>
                        <wp:extent cx="2393315" cy="1601470"/>
                        <wp:effectExtent l="0" t="0" r="0" b="0"/>
                        <wp:wrapNone/>
                        <wp:docPr id="129699165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96991656" name="图片 1296991656"/>
                                <pic:cNvPicPr/>
                              </pic:nvPicPr>
                              <pic:blipFill rotWithShape="1">
                                <a:blip r:embed="rId11"/>
                                <a:srcRect l="34229" t="11949" r="27967" b="203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93315" cy="160147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3C7E8F6C" w14:textId="68F873C7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67B2E331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7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" stroked="f">
                      <v:textbox>
                        <w:txbxContent>
                          <w:p w14:paraId="29E8DFC6" w14:textId="67B2E331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11F52FA" w14:textId="0EFCDFE4" w:rsidR="00A65E09" w:rsidRDefault="00A65E09">
      <w:pPr>
        <w:rPr>
          <w:lang w:eastAsia="zh-CN"/>
        </w:rPr>
      </w:pPr>
    </w:p>
    <w:p w14:paraId="218129EC" w14:textId="77777777" w:rsidR="001D2BFF" w:rsidRDefault="001D2BFF">
      <w:pPr>
        <w:rPr>
          <w:lang w:eastAsia="zh-CN"/>
        </w:rPr>
      </w:pPr>
    </w:p>
    <w:p w14:paraId="62122102" w14:textId="77777777" w:rsidR="001D2BFF" w:rsidRDefault="001D2BFF">
      <w:pPr>
        <w:rPr>
          <w:lang w:eastAsia="zh-CN"/>
        </w:rPr>
      </w:pPr>
    </w:p>
    <w:p w14:paraId="40177E89" w14:textId="77777777" w:rsidR="00325FD8" w:rsidRDefault="00325FD8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682" w:type="dxa"/>
        <w:tblLook w:val="04A0" w:firstRow="1" w:lastRow="0" w:firstColumn="1" w:lastColumn="0" w:noHBand="0" w:noVBand="1"/>
      </w:tblPr>
      <w:tblGrid>
        <w:gridCol w:w="1827"/>
        <w:gridCol w:w="1531"/>
        <w:gridCol w:w="1625"/>
        <w:gridCol w:w="1953"/>
        <w:gridCol w:w="2149"/>
        <w:gridCol w:w="1597"/>
      </w:tblGrid>
      <w:tr w:rsidR="006D71D4" w14:paraId="5A60ACED" w14:textId="70622354" w:rsidTr="006D71D4">
        <w:trPr>
          <w:trHeight w:val="490"/>
        </w:trPr>
        <w:tc>
          <w:tcPr>
            <w:tcW w:w="1827" w:type="dxa"/>
            <w:vAlign w:val="center"/>
          </w:tcPr>
          <w:p w14:paraId="3AB3671D" w14:textId="337FC6B5" w:rsidR="006D71D4" w:rsidRDefault="006D71D4" w:rsidP="00325FD8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31" w:type="dxa"/>
            <w:vAlign w:val="center"/>
          </w:tcPr>
          <w:p w14:paraId="0F8796EF" w14:textId="6E91244F" w:rsidR="006D71D4" w:rsidRDefault="006D71D4" w:rsidP="00325FD8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625" w:type="dxa"/>
            <w:vAlign w:val="center"/>
          </w:tcPr>
          <w:p w14:paraId="5FB608AB" w14:textId="2027C0D6" w:rsidR="006D71D4" w:rsidRDefault="006D71D4" w:rsidP="00325F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953" w:type="dxa"/>
            <w:vAlign w:val="center"/>
          </w:tcPr>
          <w:p w14:paraId="65776AA6" w14:textId="5658688A" w:rsidR="006D71D4" w:rsidRDefault="006D71D4" w:rsidP="00325FD8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49" w:type="dxa"/>
            <w:vAlign w:val="center"/>
          </w:tcPr>
          <w:p w14:paraId="31435D0A" w14:textId="73B8B532" w:rsidR="006D71D4" w:rsidRDefault="006D71D4" w:rsidP="00325F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597" w:type="dxa"/>
            <w:vAlign w:val="center"/>
          </w:tcPr>
          <w:p w14:paraId="7FF24878" w14:textId="3A310994" w:rsidR="006D71D4" w:rsidRDefault="006D71D4" w:rsidP="00325FD8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6D71D4" w14:paraId="609D7D7B" w14:textId="0CD326A6" w:rsidTr="006D71D4">
        <w:trPr>
          <w:trHeight w:val="445"/>
        </w:trPr>
        <w:tc>
          <w:tcPr>
            <w:tcW w:w="1827" w:type="dxa"/>
            <w:vAlign w:val="center"/>
          </w:tcPr>
          <w:p w14:paraId="49D6D957" w14:textId="5831D781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DXL-MC-38</w:t>
            </w:r>
          </w:p>
        </w:tc>
        <w:tc>
          <w:tcPr>
            <w:tcW w:w="1531" w:type="dxa"/>
            <w:vAlign w:val="center"/>
          </w:tcPr>
          <w:p w14:paraId="525CAD48" w14:textId="5F65EE2F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38</w:t>
            </w:r>
          </w:p>
        </w:tc>
        <w:tc>
          <w:tcPr>
            <w:tcW w:w="1625" w:type="dxa"/>
            <w:vAlign w:val="center"/>
          </w:tcPr>
          <w:p w14:paraId="4870725B" w14:textId="1EE9F033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1953" w:type="dxa"/>
            <w:vAlign w:val="center"/>
          </w:tcPr>
          <w:p w14:paraId="1CDFE6AD" w14:textId="371F6826" w:rsidR="006D71D4" w:rsidRPr="00AB53A3" w:rsidRDefault="006D71D4" w:rsidP="00191CB2">
            <w:pPr>
              <w:jc w:val="both"/>
              <w:rPr>
                <w:rFonts w:cs="Arial"/>
                <w:lang w:eastAsia="zh-CN"/>
              </w:rPr>
            </w:pPr>
            <w:r w:rsidRPr="00AB53A3">
              <w:rPr>
                <w:rFonts w:cs="Arial"/>
                <w:szCs w:val="18"/>
                <w:lang w:eastAsia="zh-CN"/>
              </w:rPr>
              <w:t>1.0 / 1.2</w:t>
            </w:r>
          </w:p>
        </w:tc>
        <w:tc>
          <w:tcPr>
            <w:tcW w:w="2149" w:type="dxa"/>
            <w:vAlign w:val="center"/>
          </w:tcPr>
          <w:p w14:paraId="54A1379D" w14:textId="565D5256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97" w:type="dxa"/>
            <w:vAlign w:val="center"/>
          </w:tcPr>
          <w:p w14:paraId="1B7E55F2" w14:textId="700449B1" w:rsidR="006D71D4" w:rsidRDefault="006D71D4" w:rsidP="00191CB2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6D71D4" w14:paraId="499B4627" w14:textId="58B3DBC3" w:rsidTr="006D71D4">
        <w:trPr>
          <w:trHeight w:val="490"/>
        </w:trPr>
        <w:tc>
          <w:tcPr>
            <w:tcW w:w="1827" w:type="dxa"/>
            <w:vAlign w:val="center"/>
          </w:tcPr>
          <w:p w14:paraId="14E3D45E" w14:textId="635607CC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DXL-MC-50</w:t>
            </w:r>
          </w:p>
        </w:tc>
        <w:tc>
          <w:tcPr>
            <w:tcW w:w="1531" w:type="dxa"/>
            <w:vAlign w:val="center"/>
          </w:tcPr>
          <w:p w14:paraId="0356D738" w14:textId="72072E25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625" w:type="dxa"/>
            <w:vAlign w:val="center"/>
          </w:tcPr>
          <w:p w14:paraId="358B343E" w14:textId="30333442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1953" w:type="dxa"/>
            <w:vAlign w:val="center"/>
          </w:tcPr>
          <w:p w14:paraId="38601181" w14:textId="4AEB4362" w:rsidR="006D71D4" w:rsidRPr="00AB53A3" w:rsidRDefault="006D71D4" w:rsidP="00191CB2">
            <w:pPr>
              <w:jc w:val="both"/>
              <w:rPr>
                <w:rFonts w:cs="Arial"/>
                <w:lang w:eastAsia="zh-CN"/>
              </w:rPr>
            </w:pPr>
            <w:r w:rsidRPr="00AB53A3">
              <w:rPr>
                <w:rFonts w:cs="Arial"/>
                <w:szCs w:val="18"/>
                <w:lang w:eastAsia="zh-CN"/>
              </w:rPr>
              <w:t>1.0 / 1.2</w:t>
            </w:r>
          </w:p>
        </w:tc>
        <w:tc>
          <w:tcPr>
            <w:tcW w:w="2149" w:type="dxa"/>
            <w:vAlign w:val="center"/>
          </w:tcPr>
          <w:p w14:paraId="588C59AE" w14:textId="320A1F83" w:rsidR="006D71D4" w:rsidRDefault="006D71D4" w:rsidP="00191C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97" w:type="dxa"/>
            <w:vAlign w:val="center"/>
          </w:tcPr>
          <w:p w14:paraId="0702A02F" w14:textId="0420F964" w:rsidR="006D71D4" w:rsidRDefault="006D71D4" w:rsidP="00191CB2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6D71D4" w14:paraId="44AA4A9A" w14:textId="0AC7E479" w:rsidTr="006D71D4">
        <w:trPr>
          <w:trHeight w:val="445"/>
        </w:trPr>
        <w:tc>
          <w:tcPr>
            <w:tcW w:w="1827" w:type="dxa"/>
            <w:vAlign w:val="center"/>
          </w:tcPr>
          <w:p w14:paraId="64DF30A4" w14:textId="63365F42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31" w:type="dxa"/>
            <w:vAlign w:val="center"/>
          </w:tcPr>
          <w:p w14:paraId="6159E1B0" w14:textId="68741D2C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625" w:type="dxa"/>
            <w:vAlign w:val="center"/>
          </w:tcPr>
          <w:p w14:paraId="5033FC2C" w14:textId="382B0D8F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953" w:type="dxa"/>
            <w:vAlign w:val="center"/>
          </w:tcPr>
          <w:p w14:paraId="755DF8A7" w14:textId="735F35DE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2149" w:type="dxa"/>
            <w:vAlign w:val="center"/>
          </w:tcPr>
          <w:p w14:paraId="31190240" w14:textId="4B10264B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97" w:type="dxa"/>
          </w:tcPr>
          <w:p w14:paraId="3194AEAE" w14:textId="77777777" w:rsidR="006D71D4" w:rsidRDefault="006D71D4" w:rsidP="00223CB6">
            <w:pPr>
              <w:rPr>
                <w:lang w:eastAsia="zh-CN"/>
              </w:rPr>
            </w:pPr>
          </w:p>
        </w:tc>
      </w:tr>
      <w:tr w:rsidR="006D71D4" w14:paraId="1751F208" w14:textId="2FFE0FF2" w:rsidTr="006D71D4">
        <w:trPr>
          <w:trHeight w:val="445"/>
        </w:trPr>
        <w:tc>
          <w:tcPr>
            <w:tcW w:w="1827" w:type="dxa"/>
            <w:vAlign w:val="center"/>
          </w:tcPr>
          <w:p w14:paraId="30E4D4E2" w14:textId="37F15A97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31" w:type="dxa"/>
            <w:vAlign w:val="center"/>
          </w:tcPr>
          <w:p w14:paraId="55C7B4BF" w14:textId="49901965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625" w:type="dxa"/>
            <w:vAlign w:val="center"/>
          </w:tcPr>
          <w:p w14:paraId="696DEAA3" w14:textId="66B406EE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953" w:type="dxa"/>
            <w:vAlign w:val="center"/>
          </w:tcPr>
          <w:p w14:paraId="38CF5498" w14:textId="26A27658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2149" w:type="dxa"/>
            <w:vAlign w:val="center"/>
          </w:tcPr>
          <w:p w14:paraId="04ED1BD8" w14:textId="51E69B35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97" w:type="dxa"/>
          </w:tcPr>
          <w:p w14:paraId="40B67C5F" w14:textId="77777777" w:rsidR="006D71D4" w:rsidRDefault="006D71D4" w:rsidP="00223CB6">
            <w:pPr>
              <w:rPr>
                <w:lang w:eastAsia="zh-CN"/>
              </w:rPr>
            </w:pPr>
          </w:p>
        </w:tc>
      </w:tr>
      <w:tr w:rsidR="006D71D4" w14:paraId="4DCEA2F7" w14:textId="33CE30F6" w:rsidTr="006D71D4">
        <w:trPr>
          <w:trHeight w:val="445"/>
        </w:trPr>
        <w:tc>
          <w:tcPr>
            <w:tcW w:w="1827" w:type="dxa"/>
            <w:vAlign w:val="center"/>
          </w:tcPr>
          <w:p w14:paraId="3DBED81A" w14:textId="412D371C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31" w:type="dxa"/>
            <w:vAlign w:val="center"/>
          </w:tcPr>
          <w:p w14:paraId="5D7523F4" w14:textId="09D10FFE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625" w:type="dxa"/>
            <w:vAlign w:val="center"/>
          </w:tcPr>
          <w:p w14:paraId="71F11E8E" w14:textId="093D3933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953" w:type="dxa"/>
            <w:vAlign w:val="center"/>
          </w:tcPr>
          <w:p w14:paraId="4A2E2266" w14:textId="704533DF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2149" w:type="dxa"/>
            <w:vAlign w:val="center"/>
          </w:tcPr>
          <w:p w14:paraId="66EA83C9" w14:textId="1A61D1DD" w:rsidR="006D71D4" w:rsidRDefault="006D71D4" w:rsidP="00223CB6">
            <w:pPr>
              <w:rPr>
                <w:lang w:eastAsia="zh-CN"/>
              </w:rPr>
            </w:pPr>
          </w:p>
        </w:tc>
        <w:tc>
          <w:tcPr>
            <w:tcW w:w="1597" w:type="dxa"/>
          </w:tcPr>
          <w:p w14:paraId="08392F27" w14:textId="77777777" w:rsidR="006D71D4" w:rsidRDefault="006D71D4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765884DA" w:rsidR="005D7839" w:rsidRPr="00325FD8" w:rsidRDefault="00325FD8" w:rsidP="00325FD8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5D7839" w:rsidRPr="00325FD8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67757" w14:textId="77777777" w:rsidR="00220F86" w:rsidRDefault="00220F86">
      <w:pPr>
        <w:spacing w:after="0" w:line="240" w:lineRule="auto"/>
      </w:pPr>
      <w:r>
        <w:separator/>
      </w:r>
    </w:p>
  </w:endnote>
  <w:endnote w:type="continuationSeparator" w:id="0">
    <w:p w14:paraId="3144921D" w14:textId="77777777" w:rsidR="00220F86" w:rsidRDefault="00220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053E7" w14:textId="6BBF8BC6" w:rsidR="00E26EEF" w:rsidRDefault="00E26EEF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B6F35C" wp14:editId="29B6B58E">
              <wp:simplePos x="0" y="0"/>
              <wp:positionH relativeFrom="column">
                <wp:posOffset>-368732</wp:posOffset>
              </wp:positionH>
              <wp:positionV relativeFrom="paragraph">
                <wp:posOffset>149504</wp:posOffset>
              </wp:positionV>
              <wp:extent cx="7846355" cy="578612"/>
              <wp:effectExtent l="57150" t="19050" r="59690" b="69215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78612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C78860" w14:textId="77777777" w:rsidR="00E26EEF" w:rsidRPr="00582B61" w:rsidRDefault="00E26EEF" w:rsidP="00E26EEF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05C7BF64" w14:textId="77777777" w:rsidR="00E26EEF" w:rsidRPr="00582B61" w:rsidRDefault="00E26EEF" w:rsidP="00E26EEF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B6F35C" id="矩形 5" o:spid="_x0000_s1028" style="position:absolute;margin-left:-29.05pt;margin-top:11.75pt;width:617.8pt;height:4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" fillcolor="#00458a" stroked="f">
              <v:shadow on="t" color="black" opacity="22937f" origin=",.5" offset="0,.63889mm"/>
              <v:textbox>
                <w:txbxContent>
                  <w:p w14:paraId="54C78860" w14:textId="77777777" w:rsidR="00E26EEF" w:rsidRPr="00582B61" w:rsidRDefault="00E26EEF" w:rsidP="00E26EEF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05C7BF64" w14:textId="77777777" w:rsidR="00E26EEF" w:rsidRPr="00582B61" w:rsidRDefault="00E26EEF" w:rsidP="00E26EEF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172FD9E6" w14:textId="341A3066" w:rsidR="00E26EEF" w:rsidRDefault="00E26EE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2C514" w14:textId="77777777" w:rsidR="00220F86" w:rsidRDefault="00220F86">
      <w:pPr>
        <w:spacing w:after="0" w:line="240" w:lineRule="auto"/>
      </w:pPr>
      <w:r>
        <w:separator/>
      </w:r>
    </w:p>
  </w:footnote>
  <w:footnote w:type="continuationSeparator" w:id="0">
    <w:p w14:paraId="396E2771" w14:textId="77777777" w:rsidR="00220F86" w:rsidRDefault="00220F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40CB8"/>
    <w:rsid w:val="0006063C"/>
    <w:rsid w:val="00071919"/>
    <w:rsid w:val="00083ADF"/>
    <w:rsid w:val="000B1106"/>
    <w:rsid w:val="000B2FA2"/>
    <w:rsid w:val="000E676A"/>
    <w:rsid w:val="000F3549"/>
    <w:rsid w:val="000F4B4B"/>
    <w:rsid w:val="00110E74"/>
    <w:rsid w:val="00115B27"/>
    <w:rsid w:val="001224E5"/>
    <w:rsid w:val="00141136"/>
    <w:rsid w:val="0015074B"/>
    <w:rsid w:val="00183B5F"/>
    <w:rsid w:val="00191CB2"/>
    <w:rsid w:val="001A092A"/>
    <w:rsid w:val="001C1942"/>
    <w:rsid w:val="001D2BFF"/>
    <w:rsid w:val="001E3ADD"/>
    <w:rsid w:val="001F16ED"/>
    <w:rsid w:val="001F4358"/>
    <w:rsid w:val="00205362"/>
    <w:rsid w:val="00211066"/>
    <w:rsid w:val="00220F86"/>
    <w:rsid w:val="00223CB6"/>
    <w:rsid w:val="0022501A"/>
    <w:rsid w:val="00234D5E"/>
    <w:rsid w:val="002358A4"/>
    <w:rsid w:val="00236D8E"/>
    <w:rsid w:val="00241ADC"/>
    <w:rsid w:val="0025326F"/>
    <w:rsid w:val="00270E57"/>
    <w:rsid w:val="00281D1D"/>
    <w:rsid w:val="0029639D"/>
    <w:rsid w:val="002A3BAB"/>
    <w:rsid w:val="002C4EB7"/>
    <w:rsid w:val="002D4093"/>
    <w:rsid w:val="002D7F0F"/>
    <w:rsid w:val="00313D59"/>
    <w:rsid w:val="00325FD8"/>
    <w:rsid w:val="00326F90"/>
    <w:rsid w:val="00363B02"/>
    <w:rsid w:val="00377148"/>
    <w:rsid w:val="003B65ED"/>
    <w:rsid w:val="003D2476"/>
    <w:rsid w:val="00423CB6"/>
    <w:rsid w:val="00431453"/>
    <w:rsid w:val="004327A2"/>
    <w:rsid w:val="004436DD"/>
    <w:rsid w:val="004A24CE"/>
    <w:rsid w:val="004B6852"/>
    <w:rsid w:val="004D1C23"/>
    <w:rsid w:val="004E1656"/>
    <w:rsid w:val="004F6543"/>
    <w:rsid w:val="00516DF0"/>
    <w:rsid w:val="00533D75"/>
    <w:rsid w:val="00553276"/>
    <w:rsid w:val="00582B61"/>
    <w:rsid w:val="005A214E"/>
    <w:rsid w:val="005B38EC"/>
    <w:rsid w:val="005B722E"/>
    <w:rsid w:val="005D7839"/>
    <w:rsid w:val="00621274"/>
    <w:rsid w:val="0065603F"/>
    <w:rsid w:val="00661D87"/>
    <w:rsid w:val="006864AC"/>
    <w:rsid w:val="0069458F"/>
    <w:rsid w:val="006968DF"/>
    <w:rsid w:val="006D71D4"/>
    <w:rsid w:val="006F4391"/>
    <w:rsid w:val="00706F32"/>
    <w:rsid w:val="0070790A"/>
    <w:rsid w:val="00745F59"/>
    <w:rsid w:val="00776DFC"/>
    <w:rsid w:val="007A6891"/>
    <w:rsid w:val="008112FF"/>
    <w:rsid w:val="008371AD"/>
    <w:rsid w:val="008649FC"/>
    <w:rsid w:val="008A455D"/>
    <w:rsid w:val="008B7B81"/>
    <w:rsid w:val="008C1E05"/>
    <w:rsid w:val="008D27CC"/>
    <w:rsid w:val="008E2A84"/>
    <w:rsid w:val="00913C5A"/>
    <w:rsid w:val="00916D09"/>
    <w:rsid w:val="00917064"/>
    <w:rsid w:val="009342A1"/>
    <w:rsid w:val="0094708A"/>
    <w:rsid w:val="00984677"/>
    <w:rsid w:val="009A5DCA"/>
    <w:rsid w:val="009E0F08"/>
    <w:rsid w:val="009E675F"/>
    <w:rsid w:val="009E79C0"/>
    <w:rsid w:val="009F07E2"/>
    <w:rsid w:val="00A0784F"/>
    <w:rsid w:val="00A23C60"/>
    <w:rsid w:val="00A65E09"/>
    <w:rsid w:val="00A670F0"/>
    <w:rsid w:val="00A72C61"/>
    <w:rsid w:val="00A81CEE"/>
    <w:rsid w:val="00A859A9"/>
    <w:rsid w:val="00A87442"/>
    <w:rsid w:val="00AA1D8D"/>
    <w:rsid w:val="00AA3A2A"/>
    <w:rsid w:val="00AA5F44"/>
    <w:rsid w:val="00AB53A3"/>
    <w:rsid w:val="00AD45A0"/>
    <w:rsid w:val="00B172B3"/>
    <w:rsid w:val="00B20B68"/>
    <w:rsid w:val="00B47730"/>
    <w:rsid w:val="00B801FB"/>
    <w:rsid w:val="00C01C32"/>
    <w:rsid w:val="00C121B0"/>
    <w:rsid w:val="00C522F0"/>
    <w:rsid w:val="00C52897"/>
    <w:rsid w:val="00C8373A"/>
    <w:rsid w:val="00CA2534"/>
    <w:rsid w:val="00CB0664"/>
    <w:rsid w:val="00CB3FD8"/>
    <w:rsid w:val="00CB6D28"/>
    <w:rsid w:val="00CE3AFC"/>
    <w:rsid w:val="00CF3F56"/>
    <w:rsid w:val="00D318DF"/>
    <w:rsid w:val="00D46797"/>
    <w:rsid w:val="00D540EF"/>
    <w:rsid w:val="00D840C5"/>
    <w:rsid w:val="00D951F9"/>
    <w:rsid w:val="00D96E04"/>
    <w:rsid w:val="00DB08F9"/>
    <w:rsid w:val="00DB1A05"/>
    <w:rsid w:val="00DB45E8"/>
    <w:rsid w:val="00DF5A9A"/>
    <w:rsid w:val="00E21DEA"/>
    <w:rsid w:val="00E2576E"/>
    <w:rsid w:val="00E26EEF"/>
    <w:rsid w:val="00E3655F"/>
    <w:rsid w:val="00E46394"/>
    <w:rsid w:val="00E66A93"/>
    <w:rsid w:val="00E826F8"/>
    <w:rsid w:val="00EA55B0"/>
    <w:rsid w:val="00EC1C6D"/>
    <w:rsid w:val="00F0490C"/>
    <w:rsid w:val="00F10275"/>
    <w:rsid w:val="00F354C9"/>
    <w:rsid w:val="00F429C0"/>
    <w:rsid w:val="00FA453B"/>
    <w:rsid w:val="00FB372A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2026-06-08T07:10:00Z</dcterms:created>
  <dcterms:modified xsi:type="dcterms:W3CDTF">2026-06-08T07:10:00Z</dcterms:modified>
  <cp:category/>
</cp:coreProperties>
</file>