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7F574EC5" w:rsidR="00F0490C" w:rsidRDefault="00661D87" w:rsidP="000F3549">
      <w:pPr>
        <w:spacing w:after="0" w:line="240" w:lineRule="auto"/>
        <w:rPr>
          <w:rFonts w:asciiTheme="minorHAnsi" w:hAnsiTheme="minorHAnsi"/>
          <w:b/>
          <w:color w:val="0C3666"/>
          <w:sz w:val="44"/>
          <w:szCs w:val="44"/>
        </w:rPr>
      </w:pPr>
      <w:r w:rsidRPr="000F3549"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MAIN CHANNEL</w:t>
      </w:r>
      <w:r w:rsidR="00776DFC" w:rsidRPr="000F3549">
        <w:rPr>
          <w:rFonts w:asciiTheme="minorHAnsi" w:hAnsiTheme="minorHAnsi"/>
          <w:b/>
          <w:color w:val="0C3666"/>
          <w:sz w:val="44"/>
          <w:szCs w:val="44"/>
        </w:rPr>
        <w:t xml:space="preserve"> </w:t>
      </w:r>
    </w:p>
    <w:p w14:paraId="48523939" w14:textId="5375E163" w:rsidR="000F3549" w:rsidRPr="000F3549" w:rsidRDefault="000F3549" w:rsidP="000F3549">
      <w:pPr>
        <w:spacing w:after="0" w:line="240" w:lineRule="auto"/>
        <w:rPr>
          <w:rFonts w:asciiTheme="minorHAnsi" w:hAnsiTheme="minorHAnsi"/>
          <w:color w:val="0C3666"/>
          <w:sz w:val="44"/>
          <w:szCs w:val="44"/>
          <w:lang w:eastAsia="zh-CN"/>
        </w:rPr>
      </w:pPr>
      <w:r w:rsidRPr="000F3549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07D22FD8">
                <wp:simplePos x="0" y="0"/>
                <wp:positionH relativeFrom="column">
                  <wp:posOffset>-45720</wp:posOffset>
                </wp:positionH>
                <wp:positionV relativeFrom="paragraph">
                  <wp:posOffset>307340</wp:posOffset>
                </wp:positionV>
                <wp:extent cx="7201535" cy="0"/>
                <wp:effectExtent l="38100" t="38100" r="75565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0153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CE481A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6pt,24.2pt" to="563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0F3549">
        <w:rPr>
          <w:rFonts w:asciiTheme="minorHAnsi" w:hAnsiTheme="minorHAnsi" w:hint="eastAsia"/>
          <w:color w:val="0C3666"/>
          <w:sz w:val="44"/>
          <w:szCs w:val="44"/>
          <w:lang w:eastAsia="zh-CN"/>
        </w:rPr>
        <w:t>CEILING CHANNEL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2DE03CAF" w:rsidR="00F0490C" w:rsidRPr="001224E5" w:rsidRDefault="00000000" w:rsidP="00D46797">
            <w:pPr>
              <w:spacing w:beforeLines="100" w:before="240" w:after="120" w:line="240" w:lineRule="auto"/>
              <w:ind w:leftChars="100" w:left="180"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69458F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MC SERIES</w:t>
            </w:r>
          </w:p>
          <w:p w14:paraId="7D89B5BF" w14:textId="477E4247" w:rsidR="0069458F" w:rsidRPr="0069458F" w:rsidRDefault="0069458F" w:rsidP="0069458F">
            <w:pPr>
              <w:tabs>
                <w:tab w:val="left" w:pos="3006"/>
              </w:tabs>
              <w:spacing w:after="0"/>
              <w:ind w:leftChars="100" w:left="180" w:firstLineChars="100" w:firstLine="160"/>
              <w:rPr>
                <w:rFonts w:asciiTheme="minorHAnsi" w:hAnsiTheme="minorHAnsi"/>
                <w:sz w:val="16"/>
              </w:rPr>
            </w:pPr>
            <w:r w:rsidRPr="0069458F">
              <w:rPr>
                <w:rFonts w:asciiTheme="minorHAnsi" w:hAnsiTheme="minorHAnsi"/>
                <w:sz w:val="16"/>
              </w:rPr>
              <w:t>DXL Main Channels are cold-formed galvanized steel sections used as primary support members in suspended ceiling systems.</w:t>
            </w:r>
          </w:p>
          <w:p w14:paraId="7E11427B" w14:textId="51C17AEE" w:rsidR="00F0490C" w:rsidRPr="008E2A84" w:rsidRDefault="0069458F" w:rsidP="0069458F">
            <w:pPr>
              <w:tabs>
                <w:tab w:val="left" w:pos="3006"/>
              </w:tabs>
              <w:ind w:leftChars="100" w:left="180" w:firstLineChars="100" w:firstLine="240"/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35D3B5FC">
                  <wp:simplePos x="0" y="0"/>
                  <wp:positionH relativeFrom="column">
                    <wp:posOffset>-198755</wp:posOffset>
                  </wp:positionH>
                  <wp:positionV relativeFrom="paragraph">
                    <wp:posOffset>450215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458F">
              <w:rPr>
                <w:rFonts w:asciiTheme="minorHAnsi" w:hAnsiTheme="minorHAnsi" w:hint="eastAsia"/>
                <w:sz w:val="16"/>
                <w:lang w:eastAsia="zh-CN"/>
              </w:rPr>
              <w:t xml:space="preserve">DXL </w:t>
            </w:r>
            <w:r w:rsidRPr="0069458F">
              <w:rPr>
                <w:rFonts w:asciiTheme="minorHAnsi" w:hAnsiTheme="minorHAnsi" w:hint="eastAsia"/>
                <w:sz w:val="16"/>
                <w:lang w:eastAsia="zh-CN"/>
              </w:rPr>
              <w:t>主龙骨采用优质冷轧镀锌钢板成型，用作吊顶系统中的主要承载支撑构件。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2F051581" w:rsidR="00CA2534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 Main Channel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3580BD58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69458F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MC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19E140C7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3BA2052F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69458F">
                    <w:rPr>
                      <w:rFonts w:asciiTheme="minorHAnsi" w:hAnsiTheme="minorHAnsi"/>
                      <w:szCs w:val="18"/>
                    </w:rPr>
                    <w:t>Suspended ceiling support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</w:tcPr>
                <w:p w14:paraId="03F016CB" w14:textId="1F2B89AA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38 50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2AE5C61E" w:rsidR="00F0490C" w:rsidRPr="008E2A84" w:rsidRDefault="0069458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1.0 1.2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23DB3C9C" w:rsidR="005D7839" w:rsidRDefault="00CB6D28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CB0F26E" wp14:editId="3FF7DDC2">
                        <wp:extent cx="2510790" cy="1673860"/>
                        <wp:effectExtent l="0" t="0" r="3810" b="2540"/>
                        <wp:docPr id="1112749894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12749894" name="图片 111274989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1BF2F79B" w14:textId="1E7E8125" w:rsidR="00CB6D28" w:rsidRDefault="00CB6D28" w:rsidP="001E3ADD">
                  <w:pPr>
                    <w:spacing w:after="0" w:line="240" w:lineRule="auto"/>
                    <w:rPr>
                      <w:noProof/>
                    </w:rPr>
                  </w:pPr>
                  <w:bookmarkStart w:id="1" w:name="_Hlk228031567"/>
                  <w:r>
                    <w:rPr>
                      <w:noProof/>
                    </w:rPr>
                    <w:drawing>
                      <wp:anchor distT="0" distB="0" distL="114300" distR="114300" simplePos="0" relativeHeight="251686912" behindDoc="0" locked="0" layoutInCell="1" allowOverlap="1" wp14:anchorId="669BD869" wp14:editId="547B17E7">
                        <wp:simplePos x="0" y="0"/>
                        <wp:positionH relativeFrom="column">
                          <wp:posOffset>295910</wp:posOffset>
                        </wp:positionH>
                        <wp:positionV relativeFrom="paragraph">
                          <wp:posOffset>-165735</wp:posOffset>
                        </wp:positionV>
                        <wp:extent cx="2393315" cy="1601470"/>
                        <wp:effectExtent l="0" t="0" r="0" b="0"/>
                        <wp:wrapNone/>
                        <wp:docPr id="1296991656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96991656" name="图片 1296991656"/>
                                <pic:cNvPicPr/>
                              </pic:nvPicPr>
                              <pic:blipFill rotWithShape="1">
                                <a:blip r:embed="rId11"/>
                                <a:srcRect l="34229" t="11949" r="27967" b="203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93315" cy="160147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3C7E8F6C" w14:textId="68F873C7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lastRenderedPageBreak/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6E91244F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843" w:type="dxa"/>
            <w:vAlign w:val="center"/>
          </w:tcPr>
          <w:p w14:paraId="5FB608AB" w14:textId="2027C0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5831D781" w:rsidR="00C522F0" w:rsidRDefault="00C522F0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205362">
              <w:rPr>
                <w:rFonts w:hint="eastAsia"/>
                <w:lang w:eastAsia="zh-CN"/>
              </w:rPr>
              <w:t>MC-38</w:t>
            </w:r>
          </w:p>
        </w:tc>
        <w:tc>
          <w:tcPr>
            <w:tcW w:w="1758" w:type="dxa"/>
            <w:vAlign w:val="center"/>
          </w:tcPr>
          <w:p w14:paraId="525CAD48" w14:textId="5F65EE2F" w:rsidR="00C522F0" w:rsidRDefault="00E2576E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38</w:t>
            </w:r>
          </w:p>
        </w:tc>
        <w:tc>
          <w:tcPr>
            <w:tcW w:w="1843" w:type="dxa"/>
            <w:vAlign w:val="center"/>
          </w:tcPr>
          <w:p w14:paraId="4870725B" w14:textId="1EE9F033" w:rsidR="00C522F0" w:rsidRDefault="00E2576E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2123" w:type="dxa"/>
            <w:vAlign w:val="center"/>
          </w:tcPr>
          <w:p w14:paraId="1CDFE6AD" w14:textId="450ACA5D" w:rsidR="00C522F0" w:rsidRDefault="00A81CEE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1.0 1.2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635607CC" w:rsidR="00223CB6" w:rsidRDefault="00223CB6" w:rsidP="00223CB6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205362">
              <w:rPr>
                <w:rFonts w:hint="eastAsia"/>
                <w:lang w:eastAsia="zh-CN"/>
              </w:rPr>
              <w:t>MC-50</w:t>
            </w:r>
          </w:p>
        </w:tc>
        <w:tc>
          <w:tcPr>
            <w:tcW w:w="1758" w:type="dxa"/>
            <w:vAlign w:val="center"/>
          </w:tcPr>
          <w:p w14:paraId="0356D738" w14:textId="72072E25" w:rsidR="00223CB6" w:rsidRDefault="00E2576E" w:rsidP="00223CB6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843" w:type="dxa"/>
            <w:vAlign w:val="center"/>
          </w:tcPr>
          <w:p w14:paraId="358B343E" w14:textId="795C63F8" w:rsidR="00223CB6" w:rsidRDefault="00E2576E" w:rsidP="00223CB6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18</w:t>
            </w:r>
          </w:p>
        </w:tc>
        <w:tc>
          <w:tcPr>
            <w:tcW w:w="2123" w:type="dxa"/>
            <w:vAlign w:val="center"/>
          </w:tcPr>
          <w:p w14:paraId="38601181" w14:textId="0A8330F8" w:rsidR="00223CB6" w:rsidRDefault="00A81CEE" w:rsidP="00223CB6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1.0 1.2</w:t>
            </w:r>
          </w:p>
        </w:tc>
        <w:tc>
          <w:tcPr>
            <w:tcW w:w="2980" w:type="dxa"/>
            <w:vAlign w:val="center"/>
          </w:tcPr>
          <w:p w14:paraId="588C59AE" w14:textId="320A1F8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786AE48B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6159E1B0" w14:textId="68741D2C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5033FC2C" w14:textId="382B0D8F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755DF8A7" w14:textId="735F35D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31190240" w14:textId="4B10264B" w:rsidR="00223CB6" w:rsidRDefault="00223CB6" w:rsidP="00223CB6">
            <w:pPr>
              <w:rPr>
                <w:lang w:eastAsia="zh-CN"/>
              </w:rPr>
            </w:pPr>
          </w:p>
        </w:tc>
      </w:tr>
      <w:tr w:rsidR="00223CB6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542C488A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5C7B4BF" w14:textId="49901965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696DEAA3" w14:textId="66B406E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38CF5498" w14:textId="26A27658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04ED1BD8" w14:textId="51E69B35" w:rsidR="00223CB6" w:rsidRDefault="00223CB6" w:rsidP="00223CB6">
            <w:pPr>
              <w:rPr>
                <w:lang w:eastAsia="zh-CN"/>
              </w:rPr>
            </w:pPr>
          </w:p>
        </w:tc>
      </w:tr>
      <w:tr w:rsidR="00223CB6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63F87D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D7523F4" w14:textId="09D10FF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71F11E8E" w14:textId="093D3933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4A2E2266" w14:textId="704533DF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66EA83C9" w14:textId="1A61D1DD" w:rsidR="00223CB6" w:rsidRDefault="00223CB6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7E1FF" w14:textId="77777777" w:rsidR="006968DF" w:rsidRDefault="006968DF">
      <w:pPr>
        <w:spacing w:after="0" w:line="240" w:lineRule="auto"/>
      </w:pPr>
      <w:r>
        <w:separator/>
      </w:r>
    </w:p>
  </w:endnote>
  <w:endnote w:type="continuationSeparator" w:id="0">
    <w:p w14:paraId="4FBF9C5C" w14:textId="77777777" w:rsidR="006968DF" w:rsidRDefault="00696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8C4C5" w14:textId="77777777" w:rsidR="006968DF" w:rsidRDefault="006968DF">
      <w:pPr>
        <w:spacing w:after="0" w:line="240" w:lineRule="auto"/>
      </w:pPr>
      <w:r>
        <w:separator/>
      </w:r>
    </w:p>
  </w:footnote>
  <w:footnote w:type="continuationSeparator" w:id="0">
    <w:p w14:paraId="7B7C3921" w14:textId="77777777" w:rsidR="006968DF" w:rsidRDefault="00696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1919"/>
    <w:rsid w:val="00083ADF"/>
    <w:rsid w:val="000B1106"/>
    <w:rsid w:val="000B2FA2"/>
    <w:rsid w:val="000F3549"/>
    <w:rsid w:val="00115B27"/>
    <w:rsid w:val="001224E5"/>
    <w:rsid w:val="00141136"/>
    <w:rsid w:val="0015074B"/>
    <w:rsid w:val="00183B5F"/>
    <w:rsid w:val="001E3ADD"/>
    <w:rsid w:val="001F16ED"/>
    <w:rsid w:val="001F4358"/>
    <w:rsid w:val="00205362"/>
    <w:rsid w:val="00211066"/>
    <w:rsid w:val="00223CB6"/>
    <w:rsid w:val="0022501A"/>
    <w:rsid w:val="00234D5E"/>
    <w:rsid w:val="00236D8E"/>
    <w:rsid w:val="00241ADC"/>
    <w:rsid w:val="0025326F"/>
    <w:rsid w:val="00270E57"/>
    <w:rsid w:val="00281D1D"/>
    <w:rsid w:val="0029639D"/>
    <w:rsid w:val="002A3BAB"/>
    <w:rsid w:val="002C4EB7"/>
    <w:rsid w:val="002D4093"/>
    <w:rsid w:val="002D7F0F"/>
    <w:rsid w:val="00326F90"/>
    <w:rsid w:val="00363B02"/>
    <w:rsid w:val="00377148"/>
    <w:rsid w:val="003D2476"/>
    <w:rsid w:val="00423CB6"/>
    <w:rsid w:val="004A24CE"/>
    <w:rsid w:val="004B6852"/>
    <w:rsid w:val="004D1C23"/>
    <w:rsid w:val="004E1656"/>
    <w:rsid w:val="004F6543"/>
    <w:rsid w:val="00516DF0"/>
    <w:rsid w:val="00553276"/>
    <w:rsid w:val="00582B61"/>
    <w:rsid w:val="005A214E"/>
    <w:rsid w:val="005B38EC"/>
    <w:rsid w:val="005D7839"/>
    <w:rsid w:val="00661D87"/>
    <w:rsid w:val="006864AC"/>
    <w:rsid w:val="0069458F"/>
    <w:rsid w:val="006968DF"/>
    <w:rsid w:val="006F4391"/>
    <w:rsid w:val="00706F32"/>
    <w:rsid w:val="00745F59"/>
    <w:rsid w:val="00776DFC"/>
    <w:rsid w:val="007A6891"/>
    <w:rsid w:val="008112FF"/>
    <w:rsid w:val="008371AD"/>
    <w:rsid w:val="008A455D"/>
    <w:rsid w:val="008E2A84"/>
    <w:rsid w:val="00916D09"/>
    <w:rsid w:val="00917064"/>
    <w:rsid w:val="0094708A"/>
    <w:rsid w:val="00984677"/>
    <w:rsid w:val="009A5DCA"/>
    <w:rsid w:val="009E675F"/>
    <w:rsid w:val="009F07E2"/>
    <w:rsid w:val="00A0784F"/>
    <w:rsid w:val="00A23C60"/>
    <w:rsid w:val="00A65E09"/>
    <w:rsid w:val="00A670F0"/>
    <w:rsid w:val="00A81CEE"/>
    <w:rsid w:val="00A859A9"/>
    <w:rsid w:val="00A87442"/>
    <w:rsid w:val="00AA1D8D"/>
    <w:rsid w:val="00AD45A0"/>
    <w:rsid w:val="00B172B3"/>
    <w:rsid w:val="00B20B68"/>
    <w:rsid w:val="00B47730"/>
    <w:rsid w:val="00B801FB"/>
    <w:rsid w:val="00C01C32"/>
    <w:rsid w:val="00C121B0"/>
    <w:rsid w:val="00C522F0"/>
    <w:rsid w:val="00C52897"/>
    <w:rsid w:val="00C8373A"/>
    <w:rsid w:val="00CA2534"/>
    <w:rsid w:val="00CB0664"/>
    <w:rsid w:val="00CB3FD8"/>
    <w:rsid w:val="00CB6D28"/>
    <w:rsid w:val="00CE3AFC"/>
    <w:rsid w:val="00CF3F56"/>
    <w:rsid w:val="00D318DF"/>
    <w:rsid w:val="00D46797"/>
    <w:rsid w:val="00D540EF"/>
    <w:rsid w:val="00D951F9"/>
    <w:rsid w:val="00D96E04"/>
    <w:rsid w:val="00DF5A9A"/>
    <w:rsid w:val="00E21DEA"/>
    <w:rsid w:val="00E2576E"/>
    <w:rsid w:val="00E3655F"/>
    <w:rsid w:val="00E66A93"/>
    <w:rsid w:val="00E826F8"/>
    <w:rsid w:val="00EC1C6D"/>
    <w:rsid w:val="00F0490C"/>
    <w:rsid w:val="00F10275"/>
    <w:rsid w:val="00F354C9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2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35</cp:revision>
  <cp:lastPrinted>2026-04-25T13:16:00Z</cp:lastPrinted>
  <dcterms:created xsi:type="dcterms:W3CDTF">2026-04-23T14:12:00Z</dcterms:created>
  <dcterms:modified xsi:type="dcterms:W3CDTF">2026-04-27T03:15:00Z</dcterms:modified>
  <cp:category/>
</cp:coreProperties>
</file>