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6D4EA5A1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5634F26D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479CBA95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7FF1EB02" w:rsidR="00F0490C" w:rsidRPr="004D1C23" w:rsidRDefault="004D1C23" w:rsidP="007E410E">
      <w:pPr>
        <w:spacing w:after="120"/>
        <w:rPr>
          <w:rFonts w:asciiTheme="minorHAnsi" w:hAnsiTheme="minorHAnsi"/>
          <w:sz w:val="72"/>
          <w:szCs w:val="72"/>
          <w:lang w:eastAsia="zh-CN"/>
        </w:rPr>
      </w:pPr>
      <w:r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4E0B0C35">
                <wp:simplePos x="0" y="0"/>
                <wp:positionH relativeFrom="column">
                  <wp:posOffset>7620</wp:posOffset>
                </wp:positionH>
                <wp:positionV relativeFrom="paragraph">
                  <wp:posOffset>481995</wp:posOffset>
                </wp:positionV>
                <wp:extent cx="714438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43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1D23AE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37.95pt" to="563.15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76DFC" w:rsidRPr="004D1C23">
        <w:rPr>
          <w:rFonts w:asciiTheme="minorHAnsi" w:hAnsiTheme="minorHAnsi"/>
          <w:b/>
          <w:color w:val="0C3666"/>
          <w:sz w:val="72"/>
          <w:szCs w:val="72"/>
          <w:lang w:eastAsia="zh-CN"/>
        </w:rPr>
        <w:t>DRY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WALL </w:t>
      </w:r>
      <w:r w:rsidR="007E4201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STUD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 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773055DA" w14:textId="50C71812" w:rsidR="00F0490C" w:rsidRPr="008E2A84" w:rsidRDefault="00B0503D" w:rsidP="00E66A93">
            <w:pPr>
              <w:ind w:firstLineChars="100" w:firstLine="24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0F599180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-53975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DCE19F7" wp14:editId="4763E967">
                      <wp:simplePos x="0" y="0"/>
                      <wp:positionH relativeFrom="column">
                        <wp:posOffset>-92075</wp:posOffset>
                      </wp:positionH>
                      <wp:positionV relativeFrom="paragraph">
                        <wp:posOffset>-695325</wp:posOffset>
                      </wp:positionV>
                      <wp:extent cx="3540760" cy="643255"/>
                      <wp:effectExtent l="0" t="0" r="0" b="4445"/>
                      <wp:wrapNone/>
                      <wp:docPr id="2096286202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40760" cy="6432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9AE15B8" w14:textId="77777777" w:rsidR="00B0503D" w:rsidRPr="001224E5" w:rsidRDefault="00B0503D" w:rsidP="00B0503D">
                                  <w:pPr>
                                    <w:spacing w:after="120" w:line="240" w:lineRule="auto"/>
                                    <w:ind w:firstLineChars="50" w:firstLine="120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DXL-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WS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-SERIES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4683E273" w14:textId="77777777" w:rsidR="00B0503D" w:rsidRPr="008E2A84" w:rsidRDefault="00B0503D" w:rsidP="00B0503D">
                                  <w:pPr>
                                    <w:tabs>
                                      <w:tab w:val="left" w:pos="3006"/>
                                    </w:tabs>
                                    <w:ind w:leftChars="100" w:left="180" w:firstLineChars="150" w:firstLine="240"/>
                                    <w:rPr>
                                      <w:rFonts w:asciiTheme="minorHAnsi" w:hAnsiTheme="minorHAnsi"/>
                                      <w:lang w:eastAsia="zh-CN"/>
                                    </w:rPr>
                                  </w:pPr>
                                  <w:r w:rsidRPr="008E2A84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 xml:space="preserve">DXL </w:t>
                                  </w:r>
                                  <w:r w:rsidRPr="008E2A84">
                                    <w:rPr>
                                      <w:rFonts w:asciiTheme="minorHAnsi" w:hAnsiTheme="minorHAnsi"/>
                                      <w:sz w:val="16"/>
                                      <w:lang w:eastAsia="zh-CN"/>
                                    </w:rPr>
                                    <w:t>Dryw</w:t>
                                  </w:r>
                                  <w:r w:rsidRPr="008E2A84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 xml:space="preserve">all Studs are cold-formed steel sections used in non-load bearing </w:t>
                                  </w:r>
                                  <w:r w:rsidRPr="008E2A84">
                                    <w:rPr>
                                      <w:rFonts w:asciiTheme="minorHAnsi" w:hAnsiTheme="minorHAnsi"/>
                                      <w:sz w:val="16"/>
                                      <w:lang w:eastAsia="zh-CN"/>
                                    </w:rPr>
                                    <w:t>dry</w:t>
                                  </w:r>
                                  <w:r w:rsidRPr="008E2A84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wall framing systems.</w:t>
                                  </w:r>
                                </w:p>
                                <w:p w14:paraId="577022CB" w14:textId="77777777" w:rsidR="00B0503D" w:rsidRDefault="00B0503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CE19F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4" o:spid="_x0000_s1026" type="#_x0000_t202" style="position:absolute;left:0;text-align:left;margin-left:-7.25pt;margin-top:-54.75pt;width:278.8pt;height:50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" filled="f" stroked="f" strokeweight=".5pt">
                      <v:textbox>
                        <w:txbxContent>
                          <w:p w14:paraId="19AE15B8" w14:textId="77777777" w:rsidR="00B0503D" w:rsidRPr="001224E5" w:rsidRDefault="00B0503D" w:rsidP="00B0503D">
                            <w:pPr>
                              <w:spacing w:after="120" w:line="240" w:lineRule="auto"/>
                              <w:ind w:firstLineChars="50" w:firstLine="120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DXL-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WS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-SERIES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683E273" w14:textId="77777777" w:rsidR="00B0503D" w:rsidRPr="008E2A84" w:rsidRDefault="00B0503D" w:rsidP="00B0503D">
                            <w:pPr>
                              <w:tabs>
                                <w:tab w:val="left" w:pos="3006"/>
                              </w:tabs>
                              <w:ind w:leftChars="100" w:left="180" w:firstLineChars="150" w:firstLine="240"/>
                              <w:rPr>
                                <w:rFonts w:asciiTheme="minorHAnsi" w:hAnsiTheme="minorHAnsi"/>
                                <w:lang w:eastAsia="zh-CN"/>
                              </w:rPr>
                            </w:pPr>
                            <w:r w:rsidRPr="008E2A84">
                              <w:rPr>
                                <w:rFonts w:asciiTheme="minorHAnsi" w:hAnsiTheme="minorHAnsi"/>
                                <w:sz w:val="16"/>
                              </w:rPr>
                              <w:t xml:space="preserve">DXL </w:t>
                            </w:r>
                            <w:r w:rsidRPr="008E2A84">
                              <w:rPr>
                                <w:rFonts w:asciiTheme="minorHAnsi" w:hAnsiTheme="minorHAnsi"/>
                                <w:sz w:val="16"/>
                                <w:lang w:eastAsia="zh-CN"/>
                              </w:rPr>
                              <w:t>Dryw</w:t>
                            </w:r>
                            <w:r w:rsidRPr="008E2A84">
                              <w:rPr>
                                <w:rFonts w:asciiTheme="minorHAnsi" w:hAnsiTheme="minorHAnsi"/>
                                <w:sz w:val="16"/>
                              </w:rPr>
                              <w:t xml:space="preserve">all Studs are cold-formed steel sections used in non-load bearing </w:t>
                            </w:r>
                            <w:r w:rsidRPr="008E2A84">
                              <w:rPr>
                                <w:rFonts w:asciiTheme="minorHAnsi" w:hAnsiTheme="minorHAnsi"/>
                                <w:sz w:val="16"/>
                                <w:lang w:eastAsia="zh-CN"/>
                              </w:rPr>
                              <w:t>dry</w:t>
                            </w:r>
                            <w:r w:rsidRPr="008E2A84">
                              <w:rPr>
                                <w:rFonts w:asciiTheme="minorHAnsi" w:hAnsiTheme="minorHAnsi"/>
                                <w:sz w:val="16"/>
                              </w:rPr>
                              <w:t>wall framing systems.</w:t>
                            </w:r>
                          </w:p>
                          <w:p w14:paraId="577022CB" w14:textId="77777777" w:rsidR="00B0503D" w:rsidRDefault="00B0503D"/>
                        </w:txbxContent>
                      </v:textbox>
                    </v:shape>
                  </w:pict>
                </mc:Fallback>
              </mc:AlternateConten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</w:p>
          <w:tbl>
            <w:tblPr>
              <w:tblStyle w:val="aff1"/>
              <w:tblW w:w="5306" w:type="dxa"/>
              <w:jc w:val="center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B0503D">
              <w:trPr>
                <w:trHeight w:val="348"/>
                <w:jc w:val="center"/>
              </w:trPr>
              <w:tc>
                <w:tcPr>
                  <w:tcW w:w="2280" w:type="dxa"/>
                  <w:vAlign w:val="center"/>
                </w:tcPr>
                <w:p w14:paraId="145A7F10" w14:textId="0B3477B3" w:rsidR="00F0490C" w:rsidRPr="008E2A84" w:rsidRDefault="00000000" w:rsidP="00B0503D">
                  <w:pPr>
                    <w:spacing w:line="276" w:lineRule="auto"/>
                    <w:jc w:val="both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Product Name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610B2DE6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all Stud </w:t>
                  </w:r>
                </w:p>
              </w:tc>
            </w:tr>
            <w:tr w:rsidR="00F0490C" w:rsidRPr="008E2A84" w14:paraId="37252975" w14:textId="77777777" w:rsidTr="00B0503D">
              <w:trPr>
                <w:trHeight w:val="363"/>
                <w:jc w:val="center"/>
              </w:trPr>
              <w:tc>
                <w:tcPr>
                  <w:tcW w:w="2280" w:type="dxa"/>
                  <w:vAlign w:val="center"/>
                </w:tcPr>
                <w:p w14:paraId="1CEA4F65" w14:textId="76E0B942" w:rsidR="00F0490C" w:rsidRPr="008E2A84" w:rsidRDefault="00000000" w:rsidP="00B0503D">
                  <w:pPr>
                    <w:spacing w:line="276" w:lineRule="auto"/>
                    <w:jc w:val="both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Model No.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7D1B9B30" w:rsidR="00A859A9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DXL-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WS</w:t>
                  </w:r>
                  <w:r w:rsidR="00A859A9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B0503D">
              <w:trPr>
                <w:trHeight w:val="348"/>
                <w:jc w:val="center"/>
              </w:trPr>
              <w:tc>
                <w:tcPr>
                  <w:tcW w:w="2280" w:type="dxa"/>
                  <w:vAlign w:val="center"/>
                </w:tcPr>
                <w:p w14:paraId="27B4459F" w14:textId="263011C3" w:rsidR="00F0490C" w:rsidRPr="008E2A84" w:rsidRDefault="00000000" w:rsidP="00B0503D">
                  <w:pPr>
                    <w:spacing w:line="276" w:lineRule="auto"/>
                    <w:jc w:val="both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Category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6BA17306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B0503D">
              <w:trPr>
                <w:trHeight w:val="348"/>
                <w:jc w:val="center"/>
              </w:trPr>
              <w:tc>
                <w:tcPr>
                  <w:tcW w:w="2280" w:type="dxa"/>
                  <w:vAlign w:val="center"/>
                </w:tcPr>
                <w:p w14:paraId="161C2BA8" w14:textId="1D263830" w:rsidR="00F0490C" w:rsidRPr="008E2A84" w:rsidRDefault="00000000" w:rsidP="00B0503D">
                  <w:pPr>
                    <w:spacing w:line="276" w:lineRule="auto"/>
                    <w:jc w:val="both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Application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Interior Partition Walls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4B30A56D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B0579E">
              <w:tc>
                <w:tcPr>
                  <w:tcW w:w="2268" w:type="dxa"/>
                  <w:vAlign w:val="center"/>
                </w:tcPr>
                <w:p w14:paraId="0D8A0BB7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Web Width (A)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F016CB" w14:textId="1C9820F5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64 73 92 100 150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0490C" w:rsidRPr="008E2A84" w14:paraId="41BE7E2D" w14:textId="77777777" w:rsidTr="00B0579E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BC2AB1" w14:textId="68FE77F8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0.4</w:t>
                  </w:r>
                  <w:r w:rsidR="003D196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0 -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0.6</w:t>
                  </w:r>
                  <w:r w:rsidR="003D196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0490C" w:rsidRPr="008E2A84" w14:paraId="322824FA" w14:textId="77777777" w:rsidTr="00B0579E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0BE3A0" w14:textId="2C794FEE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="009A5DCA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="009A5DCA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="009A5DCA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="009A5DCA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6EC3B67B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248920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244715B9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624CD3">
              <w:tc>
                <w:tcPr>
                  <w:tcW w:w="2268" w:type="dxa"/>
                </w:tcPr>
                <w:p w14:paraId="2B385B45" w14:textId="56192CDA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3D622D20" w:rsidR="00F0490C" w:rsidRPr="008E2A84" w:rsidRDefault="00AF4E7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624CD3">
              <w:tc>
                <w:tcPr>
                  <w:tcW w:w="2268" w:type="dxa"/>
                </w:tcPr>
                <w:p w14:paraId="48D514A7" w14:textId="2B60962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Zinc Coating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AF4E70">
              <w:tc>
                <w:tcPr>
                  <w:tcW w:w="2268" w:type="dxa"/>
                  <w:vAlign w:val="center"/>
                </w:tcPr>
                <w:p w14:paraId="1F493909" w14:textId="143F93C6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5AB0DD60" w:rsidR="00F0490C" w:rsidRPr="008E2A84" w:rsidRDefault="00AF4E7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009DC780" w:rsidR="004D1C23" w:rsidRPr="008E2A84" w:rsidRDefault="006C6F7C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574369D8">
                  <wp:simplePos x="0" y="0"/>
                  <wp:positionH relativeFrom="column">
                    <wp:posOffset>-194310</wp:posOffset>
                  </wp:positionH>
                  <wp:positionV relativeFrom="paragraph">
                    <wp:posOffset>213360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48AFD710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301C90">
              <w:tc>
                <w:tcPr>
                  <w:tcW w:w="2268" w:type="dxa"/>
                </w:tcPr>
                <w:p w14:paraId="3F682845" w14:textId="29C3D55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7F255ECA" w:rsidR="00F0490C" w:rsidRPr="008E2A84" w:rsidRDefault="00E066F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B43623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301C90">
              <w:tc>
                <w:tcPr>
                  <w:tcW w:w="2268" w:type="dxa"/>
                </w:tcPr>
                <w:p w14:paraId="49E4719B" w14:textId="1BF8EE74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7FF3D722" w:rsidR="00F0490C" w:rsidRPr="008E2A84" w:rsidRDefault="00E066F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0.5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37E0A3BE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2977" w:type="dxa"/>
                </w:tcPr>
                <w:p w14:paraId="7EEC4523" w14:textId="62115645" w:rsidR="00F0490C" w:rsidRPr="008E2A84" w:rsidRDefault="00991AB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±</w:t>
                  </w:r>
                  <w:r w:rsidR="00D212F6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58A9AACE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606F6FBC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Product Photo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4C9F3ACD" w:rsidR="005D7839" w:rsidRDefault="00C01C32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E024797" wp14:editId="71B3DD19">
                        <wp:extent cx="2663673" cy="1775782"/>
                        <wp:effectExtent l="0" t="0" r="6985" b="0"/>
                        <wp:docPr id="72279695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2279695" name="图片 5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63673" cy="17757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114ECEB4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52118101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7869F1AF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592732A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</w:t>
            </w:r>
          </w:p>
          <w:p w14:paraId="5E832767" w14:textId="00C84AFA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4709740E" w14:textId="77777777" w:rsidR="003C743E" w:rsidRDefault="003C743E" w:rsidP="00CF3F56">
                  <w:pPr>
                    <w:spacing w:after="0" w:line="240" w:lineRule="auto"/>
                    <w:jc w:val="center"/>
                    <w:rPr>
                      <w:noProof/>
                    </w:rPr>
                  </w:pPr>
                  <w:bookmarkStart w:id="0" w:name="_Hlk228031567"/>
                </w:p>
                <w:p w14:paraId="1815C4A8" w14:textId="1329D628" w:rsidR="00CF3F56" w:rsidRDefault="003C743E" w:rsidP="00CF3F56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77988504" wp14:editId="412A15FC">
                        <wp:extent cx="1986915" cy="1513703"/>
                        <wp:effectExtent l="0" t="0" r="0" b="0"/>
                        <wp:docPr id="782209473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2209473" name="图片 782209473"/>
                                <pic:cNvPicPr/>
                              </pic:nvPicPr>
                              <pic:blipFill rotWithShape="1">
                                <a:blip r:embed="rId11"/>
                                <a:srcRect l="26647" r="2432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19337" cy="153840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3FF6946D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7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" stroked="f">
                      <v:textbox>
                        <w:txbxContent>
                          <w:p w14:paraId="29E8DFC6" w14:textId="3FF6946D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5732B497" w14:textId="77777777" w:rsidR="00792408" w:rsidRDefault="00792408" w:rsidP="00CE2743">
      <w:pPr>
        <w:rPr>
          <w:lang w:eastAsia="zh-CN"/>
        </w:rPr>
      </w:pPr>
    </w:p>
    <w:p w14:paraId="6E239CF8" w14:textId="77777777" w:rsidR="00CE2743" w:rsidRDefault="00CE2743" w:rsidP="00CE2743">
      <w:pPr>
        <w:rPr>
          <w:lang w:eastAsia="zh-CN"/>
        </w:rPr>
      </w:pPr>
    </w:p>
    <w:p w14:paraId="6D733FED" w14:textId="77777777" w:rsidR="004A7AE2" w:rsidRDefault="004A7AE2" w:rsidP="00CE2743">
      <w:pPr>
        <w:rPr>
          <w:lang w:eastAsia="zh-CN"/>
        </w:rPr>
      </w:pPr>
    </w:p>
    <w:p w14:paraId="1FB9DAF1" w14:textId="77777777" w:rsidR="00CA781B" w:rsidRDefault="00CA781B" w:rsidP="00CE2743">
      <w:pPr>
        <w:rPr>
          <w:lang w:eastAsia="zh-CN"/>
        </w:rPr>
      </w:pPr>
    </w:p>
    <w:p w14:paraId="354CE6ED" w14:textId="77777777" w:rsidR="004A7AE2" w:rsidRDefault="004A7AE2" w:rsidP="00CE2743">
      <w:pPr>
        <w:rPr>
          <w:lang w:eastAsia="zh-CN"/>
        </w:rPr>
      </w:pPr>
    </w:p>
    <w:p w14:paraId="2500EAF2" w14:textId="7DE44861" w:rsidR="00A65E09" w:rsidRPr="00A65E09" w:rsidRDefault="00A65E09" w:rsidP="000F0A40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316" w:type="dxa"/>
        <w:jc w:val="center"/>
        <w:tblLook w:val="04A0" w:firstRow="1" w:lastRow="0" w:firstColumn="1" w:lastColumn="0" w:noHBand="0" w:noVBand="1"/>
      </w:tblPr>
      <w:tblGrid>
        <w:gridCol w:w="1861"/>
        <w:gridCol w:w="1524"/>
        <w:gridCol w:w="1524"/>
        <w:gridCol w:w="1966"/>
        <w:gridCol w:w="1966"/>
        <w:gridCol w:w="1475"/>
      </w:tblGrid>
      <w:tr w:rsidR="008F2C99" w14:paraId="5A60ACED" w14:textId="76CB9693" w:rsidTr="008F2C99">
        <w:trPr>
          <w:trHeight w:val="509"/>
          <w:jc w:val="center"/>
        </w:trPr>
        <w:tc>
          <w:tcPr>
            <w:tcW w:w="1861" w:type="dxa"/>
            <w:vAlign w:val="center"/>
          </w:tcPr>
          <w:p w14:paraId="3AB3671D" w14:textId="337FC6B5" w:rsidR="008F2C99" w:rsidRDefault="008F2C99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524" w:type="dxa"/>
            <w:vAlign w:val="center"/>
          </w:tcPr>
          <w:p w14:paraId="0F8796EF" w14:textId="14A6F5E7" w:rsidR="008F2C99" w:rsidRDefault="008F2C99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524" w:type="dxa"/>
            <w:vAlign w:val="center"/>
          </w:tcPr>
          <w:p w14:paraId="5FB608AB" w14:textId="2027C0D6" w:rsidR="008F2C99" w:rsidRDefault="008F2C99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966" w:type="dxa"/>
            <w:vAlign w:val="center"/>
          </w:tcPr>
          <w:p w14:paraId="65776AA6" w14:textId="5658688A" w:rsidR="008F2C99" w:rsidRDefault="008F2C99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966" w:type="dxa"/>
            <w:vAlign w:val="center"/>
          </w:tcPr>
          <w:p w14:paraId="48A56334" w14:textId="678BB7E5" w:rsidR="008F2C99" w:rsidRDefault="008F2C99" w:rsidP="004A7983">
            <w:pPr>
              <w:spacing w:line="276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(L)</w:t>
            </w:r>
          </w:p>
          <w:p w14:paraId="31435D0A" w14:textId="143A8273" w:rsidR="008F2C99" w:rsidRDefault="008F2C99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475" w:type="dxa"/>
            <w:vAlign w:val="center"/>
          </w:tcPr>
          <w:p w14:paraId="3169767F" w14:textId="59B873AC" w:rsidR="008F2C99" w:rsidRDefault="008F2C99" w:rsidP="00CA239F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8F2C99" w14:paraId="609D7D7B" w14:textId="23510D2B" w:rsidTr="008F2C99">
        <w:trPr>
          <w:trHeight w:val="462"/>
          <w:jc w:val="center"/>
        </w:trPr>
        <w:tc>
          <w:tcPr>
            <w:tcW w:w="1861" w:type="dxa"/>
            <w:vAlign w:val="center"/>
          </w:tcPr>
          <w:p w14:paraId="49D6D957" w14:textId="75DA6463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DXL-WS64</w:t>
            </w:r>
          </w:p>
        </w:tc>
        <w:tc>
          <w:tcPr>
            <w:tcW w:w="1524" w:type="dxa"/>
            <w:vAlign w:val="center"/>
          </w:tcPr>
          <w:p w14:paraId="525CAD48" w14:textId="1877E487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64</w:t>
            </w:r>
          </w:p>
        </w:tc>
        <w:tc>
          <w:tcPr>
            <w:tcW w:w="1524" w:type="dxa"/>
            <w:vAlign w:val="center"/>
          </w:tcPr>
          <w:p w14:paraId="4870725B" w14:textId="22985330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</w:t>
            </w:r>
          </w:p>
        </w:tc>
        <w:tc>
          <w:tcPr>
            <w:tcW w:w="1966" w:type="dxa"/>
            <w:vAlign w:val="center"/>
          </w:tcPr>
          <w:p w14:paraId="1CDFE6AD" w14:textId="0A3782BC" w:rsidR="008F2C99" w:rsidRDefault="008F2C99" w:rsidP="003D1968">
            <w:pPr>
              <w:jc w:val="both"/>
              <w:rPr>
                <w:lang w:eastAsia="zh-CN"/>
              </w:rPr>
            </w:pPr>
            <w:r w:rsidRPr="00612398">
              <w:rPr>
                <w:rFonts w:asciiTheme="minorHAnsi" w:hAnsiTheme="minorHAnsi"/>
                <w:szCs w:val="18"/>
              </w:rPr>
              <w:t>0.4</w:t>
            </w:r>
            <w:r w:rsidRPr="00612398">
              <w:rPr>
                <w:rFonts w:asciiTheme="minorHAnsi" w:hAnsiTheme="minorHAnsi" w:hint="eastAsia"/>
                <w:szCs w:val="18"/>
                <w:lang w:eastAsia="zh-CN"/>
              </w:rPr>
              <w:t xml:space="preserve">0 - </w:t>
            </w:r>
            <w:r w:rsidRPr="00612398">
              <w:rPr>
                <w:rFonts w:asciiTheme="minorHAnsi" w:hAnsiTheme="minorHAnsi"/>
                <w:szCs w:val="18"/>
              </w:rPr>
              <w:t>0.6</w:t>
            </w:r>
            <w:r w:rsidRPr="00612398">
              <w:rPr>
                <w:rFonts w:asciiTheme="minorHAnsi" w:hAnsiTheme="minorHAnsi" w:hint="eastAsia"/>
                <w:szCs w:val="18"/>
                <w:lang w:eastAsia="zh-CN"/>
              </w:rPr>
              <w:t>0</w:t>
            </w:r>
            <w:r w:rsidRPr="00612398">
              <w:rPr>
                <w:rFonts w:asciiTheme="minorHAnsi" w:hAnsiTheme="minorHAnsi"/>
                <w:szCs w:val="18"/>
              </w:rPr>
              <w:t xml:space="preserve"> mm</w:t>
            </w:r>
          </w:p>
        </w:tc>
        <w:tc>
          <w:tcPr>
            <w:tcW w:w="1966" w:type="dxa"/>
            <w:vAlign w:val="center"/>
          </w:tcPr>
          <w:p w14:paraId="54A1379D" w14:textId="61801AF6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1000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75" w:type="dxa"/>
            <w:vAlign w:val="center"/>
          </w:tcPr>
          <w:p w14:paraId="612481FE" w14:textId="64675A5A" w:rsidR="008F2C99" w:rsidRPr="00FA40D9" w:rsidRDefault="008F2C99" w:rsidP="003D1968">
            <w:pPr>
              <w:rPr>
                <w:sz w:val="16"/>
                <w:szCs w:val="16"/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8F2C99" w14:paraId="499B4627" w14:textId="0D82ADF7" w:rsidTr="008F2C99">
        <w:trPr>
          <w:trHeight w:val="509"/>
          <w:jc w:val="center"/>
        </w:trPr>
        <w:tc>
          <w:tcPr>
            <w:tcW w:w="1861" w:type="dxa"/>
            <w:vAlign w:val="center"/>
          </w:tcPr>
          <w:p w14:paraId="14E3D45E" w14:textId="75F5C8BA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DXL-WS73</w:t>
            </w:r>
          </w:p>
        </w:tc>
        <w:tc>
          <w:tcPr>
            <w:tcW w:w="1524" w:type="dxa"/>
            <w:vAlign w:val="center"/>
          </w:tcPr>
          <w:p w14:paraId="0356D738" w14:textId="3236F394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73</w:t>
            </w:r>
          </w:p>
        </w:tc>
        <w:tc>
          <w:tcPr>
            <w:tcW w:w="1524" w:type="dxa"/>
            <w:vAlign w:val="center"/>
          </w:tcPr>
          <w:p w14:paraId="358B343E" w14:textId="7224960A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32</w:t>
            </w:r>
          </w:p>
        </w:tc>
        <w:tc>
          <w:tcPr>
            <w:tcW w:w="1966" w:type="dxa"/>
            <w:vAlign w:val="center"/>
          </w:tcPr>
          <w:p w14:paraId="38601181" w14:textId="0A645ED1" w:rsidR="008F2C99" w:rsidRDefault="008F2C99" w:rsidP="003D1968">
            <w:pPr>
              <w:jc w:val="both"/>
              <w:rPr>
                <w:lang w:eastAsia="zh-CN"/>
              </w:rPr>
            </w:pPr>
            <w:r w:rsidRPr="00612398">
              <w:rPr>
                <w:rFonts w:asciiTheme="minorHAnsi" w:hAnsiTheme="minorHAnsi"/>
                <w:szCs w:val="18"/>
              </w:rPr>
              <w:t>0.4</w:t>
            </w:r>
            <w:r w:rsidRPr="00612398">
              <w:rPr>
                <w:rFonts w:asciiTheme="minorHAnsi" w:hAnsiTheme="minorHAnsi" w:hint="eastAsia"/>
                <w:szCs w:val="18"/>
                <w:lang w:eastAsia="zh-CN"/>
              </w:rPr>
              <w:t xml:space="preserve">0 - </w:t>
            </w:r>
            <w:r w:rsidRPr="00612398">
              <w:rPr>
                <w:rFonts w:asciiTheme="minorHAnsi" w:hAnsiTheme="minorHAnsi"/>
                <w:szCs w:val="18"/>
              </w:rPr>
              <w:t>0.6</w:t>
            </w:r>
            <w:r w:rsidRPr="00612398">
              <w:rPr>
                <w:rFonts w:asciiTheme="minorHAnsi" w:hAnsiTheme="minorHAnsi" w:hint="eastAsia"/>
                <w:szCs w:val="18"/>
                <w:lang w:eastAsia="zh-CN"/>
              </w:rPr>
              <w:t>0</w:t>
            </w:r>
            <w:r w:rsidRPr="00612398">
              <w:rPr>
                <w:rFonts w:asciiTheme="minorHAnsi" w:hAnsiTheme="minorHAnsi"/>
                <w:szCs w:val="18"/>
              </w:rPr>
              <w:t xml:space="preserve"> mm</w:t>
            </w:r>
          </w:p>
        </w:tc>
        <w:tc>
          <w:tcPr>
            <w:tcW w:w="1966" w:type="dxa"/>
            <w:vAlign w:val="center"/>
          </w:tcPr>
          <w:p w14:paraId="588C59AE" w14:textId="6813F9E2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1000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75" w:type="dxa"/>
            <w:vAlign w:val="center"/>
          </w:tcPr>
          <w:p w14:paraId="071AC835" w14:textId="5118D927" w:rsidR="008F2C99" w:rsidRDefault="008F2C99" w:rsidP="003D1968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8F2C99" w14:paraId="44AA4A9A" w14:textId="03D5279F" w:rsidTr="008F2C99">
        <w:trPr>
          <w:trHeight w:val="462"/>
          <w:jc w:val="center"/>
        </w:trPr>
        <w:tc>
          <w:tcPr>
            <w:tcW w:w="1861" w:type="dxa"/>
            <w:vAlign w:val="center"/>
          </w:tcPr>
          <w:p w14:paraId="64DF30A4" w14:textId="7067CACF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DXL-WS92</w:t>
            </w:r>
          </w:p>
        </w:tc>
        <w:tc>
          <w:tcPr>
            <w:tcW w:w="1524" w:type="dxa"/>
            <w:vAlign w:val="center"/>
          </w:tcPr>
          <w:p w14:paraId="6159E1B0" w14:textId="75EEFC6B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95</w:t>
            </w:r>
          </w:p>
        </w:tc>
        <w:tc>
          <w:tcPr>
            <w:tcW w:w="1524" w:type="dxa"/>
            <w:vAlign w:val="center"/>
          </w:tcPr>
          <w:p w14:paraId="5033FC2C" w14:textId="1DDA797F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</w:t>
            </w:r>
          </w:p>
        </w:tc>
        <w:tc>
          <w:tcPr>
            <w:tcW w:w="1966" w:type="dxa"/>
            <w:vAlign w:val="center"/>
          </w:tcPr>
          <w:p w14:paraId="755DF8A7" w14:textId="6A395B7D" w:rsidR="008F2C99" w:rsidRDefault="008F2C99" w:rsidP="003D1968">
            <w:pPr>
              <w:jc w:val="both"/>
              <w:rPr>
                <w:lang w:eastAsia="zh-CN"/>
              </w:rPr>
            </w:pPr>
            <w:r w:rsidRPr="00612398">
              <w:rPr>
                <w:rFonts w:asciiTheme="minorHAnsi" w:hAnsiTheme="minorHAnsi"/>
                <w:szCs w:val="18"/>
              </w:rPr>
              <w:t>0.4</w:t>
            </w:r>
            <w:r w:rsidRPr="00612398">
              <w:rPr>
                <w:rFonts w:asciiTheme="minorHAnsi" w:hAnsiTheme="minorHAnsi" w:hint="eastAsia"/>
                <w:szCs w:val="18"/>
                <w:lang w:eastAsia="zh-CN"/>
              </w:rPr>
              <w:t xml:space="preserve">0 - </w:t>
            </w:r>
            <w:r w:rsidRPr="00612398">
              <w:rPr>
                <w:rFonts w:asciiTheme="minorHAnsi" w:hAnsiTheme="minorHAnsi"/>
                <w:szCs w:val="18"/>
              </w:rPr>
              <w:t>0.6</w:t>
            </w:r>
            <w:r w:rsidRPr="00612398">
              <w:rPr>
                <w:rFonts w:asciiTheme="minorHAnsi" w:hAnsiTheme="minorHAnsi" w:hint="eastAsia"/>
                <w:szCs w:val="18"/>
                <w:lang w:eastAsia="zh-CN"/>
              </w:rPr>
              <w:t>0</w:t>
            </w:r>
            <w:r w:rsidRPr="00612398">
              <w:rPr>
                <w:rFonts w:asciiTheme="minorHAnsi" w:hAnsiTheme="minorHAnsi"/>
                <w:szCs w:val="18"/>
              </w:rPr>
              <w:t xml:space="preserve"> mm</w:t>
            </w:r>
          </w:p>
        </w:tc>
        <w:tc>
          <w:tcPr>
            <w:tcW w:w="1966" w:type="dxa"/>
            <w:vAlign w:val="center"/>
          </w:tcPr>
          <w:p w14:paraId="31190240" w14:textId="2C20F9D2" w:rsidR="008F2C99" w:rsidRDefault="008F2C99" w:rsidP="003D196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1000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75" w:type="dxa"/>
            <w:vAlign w:val="center"/>
          </w:tcPr>
          <w:p w14:paraId="116ACDBC" w14:textId="414F8176" w:rsidR="008F2C99" w:rsidRDefault="008F2C99" w:rsidP="003D1968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8F2C99" w14:paraId="1751F208" w14:textId="5D8E5431" w:rsidTr="008F2C99">
        <w:trPr>
          <w:trHeight w:val="462"/>
          <w:jc w:val="center"/>
        </w:trPr>
        <w:tc>
          <w:tcPr>
            <w:tcW w:w="1861" w:type="dxa"/>
            <w:vAlign w:val="center"/>
          </w:tcPr>
          <w:p w14:paraId="30E4D4E2" w14:textId="712416F3" w:rsidR="008F2C99" w:rsidRDefault="008F2C99" w:rsidP="003D1968">
            <w:pPr>
              <w:rPr>
                <w:lang w:eastAsia="zh-CN"/>
              </w:rPr>
            </w:pPr>
          </w:p>
        </w:tc>
        <w:tc>
          <w:tcPr>
            <w:tcW w:w="1524" w:type="dxa"/>
            <w:vAlign w:val="center"/>
          </w:tcPr>
          <w:p w14:paraId="55C7B4BF" w14:textId="021EC2CE" w:rsidR="008F2C99" w:rsidRDefault="008F2C99" w:rsidP="003D1968">
            <w:pPr>
              <w:rPr>
                <w:rFonts w:hint="eastAsia"/>
                <w:lang w:eastAsia="zh-CN"/>
              </w:rPr>
            </w:pPr>
          </w:p>
        </w:tc>
        <w:tc>
          <w:tcPr>
            <w:tcW w:w="1524" w:type="dxa"/>
            <w:vAlign w:val="center"/>
          </w:tcPr>
          <w:p w14:paraId="696DEAA3" w14:textId="4369D140" w:rsidR="008F2C99" w:rsidRDefault="008F2C99" w:rsidP="003D1968">
            <w:pPr>
              <w:rPr>
                <w:lang w:eastAsia="zh-CN"/>
              </w:rPr>
            </w:pPr>
          </w:p>
        </w:tc>
        <w:tc>
          <w:tcPr>
            <w:tcW w:w="1966" w:type="dxa"/>
            <w:vAlign w:val="center"/>
          </w:tcPr>
          <w:p w14:paraId="38CF5498" w14:textId="4E9C9356" w:rsidR="008F2C99" w:rsidRDefault="008F2C99" w:rsidP="003D1968">
            <w:pPr>
              <w:jc w:val="both"/>
              <w:rPr>
                <w:lang w:eastAsia="zh-CN"/>
              </w:rPr>
            </w:pPr>
          </w:p>
        </w:tc>
        <w:tc>
          <w:tcPr>
            <w:tcW w:w="1966" w:type="dxa"/>
            <w:vAlign w:val="center"/>
          </w:tcPr>
          <w:p w14:paraId="04ED1BD8" w14:textId="78B49AC5" w:rsidR="008F2C99" w:rsidRDefault="008F2C99" w:rsidP="003D1968">
            <w:pPr>
              <w:rPr>
                <w:lang w:eastAsia="zh-CN"/>
              </w:rPr>
            </w:pPr>
          </w:p>
        </w:tc>
        <w:tc>
          <w:tcPr>
            <w:tcW w:w="1475" w:type="dxa"/>
            <w:vAlign w:val="center"/>
          </w:tcPr>
          <w:p w14:paraId="01858A4C" w14:textId="7D350B01" w:rsidR="008F2C99" w:rsidRDefault="008F2C99" w:rsidP="003D1968">
            <w:pPr>
              <w:rPr>
                <w:lang w:eastAsia="zh-CN"/>
              </w:rPr>
            </w:pPr>
          </w:p>
        </w:tc>
      </w:tr>
      <w:tr w:rsidR="008F2C99" w14:paraId="4DCEA2F7" w14:textId="275C910B" w:rsidTr="008F2C99">
        <w:trPr>
          <w:trHeight w:val="462"/>
          <w:jc w:val="center"/>
        </w:trPr>
        <w:tc>
          <w:tcPr>
            <w:tcW w:w="1861" w:type="dxa"/>
            <w:vAlign w:val="center"/>
          </w:tcPr>
          <w:p w14:paraId="3DBED81A" w14:textId="10915860" w:rsidR="008F2C99" w:rsidRDefault="008F2C99" w:rsidP="003D1968">
            <w:pPr>
              <w:rPr>
                <w:lang w:eastAsia="zh-CN"/>
              </w:rPr>
            </w:pPr>
          </w:p>
        </w:tc>
        <w:tc>
          <w:tcPr>
            <w:tcW w:w="1524" w:type="dxa"/>
            <w:vAlign w:val="center"/>
          </w:tcPr>
          <w:p w14:paraId="5D7523F4" w14:textId="595B1731" w:rsidR="008F2C99" w:rsidRDefault="008F2C99" w:rsidP="003D1968">
            <w:pPr>
              <w:rPr>
                <w:lang w:eastAsia="zh-CN"/>
              </w:rPr>
            </w:pPr>
          </w:p>
        </w:tc>
        <w:tc>
          <w:tcPr>
            <w:tcW w:w="1524" w:type="dxa"/>
            <w:vAlign w:val="center"/>
          </w:tcPr>
          <w:p w14:paraId="71F11E8E" w14:textId="62698497" w:rsidR="008F2C99" w:rsidRDefault="008F2C99" w:rsidP="003D1968">
            <w:pPr>
              <w:rPr>
                <w:lang w:eastAsia="zh-CN"/>
              </w:rPr>
            </w:pPr>
          </w:p>
        </w:tc>
        <w:tc>
          <w:tcPr>
            <w:tcW w:w="1966" w:type="dxa"/>
            <w:vAlign w:val="center"/>
          </w:tcPr>
          <w:p w14:paraId="4A2E2266" w14:textId="7313C495" w:rsidR="008F2C99" w:rsidRDefault="008F2C99" w:rsidP="003D1968">
            <w:pPr>
              <w:jc w:val="both"/>
              <w:rPr>
                <w:lang w:eastAsia="zh-CN"/>
              </w:rPr>
            </w:pPr>
          </w:p>
        </w:tc>
        <w:tc>
          <w:tcPr>
            <w:tcW w:w="1966" w:type="dxa"/>
            <w:vAlign w:val="center"/>
          </w:tcPr>
          <w:p w14:paraId="66EA83C9" w14:textId="43A263FD" w:rsidR="008F2C99" w:rsidRDefault="008F2C99" w:rsidP="003D1968">
            <w:pPr>
              <w:rPr>
                <w:lang w:eastAsia="zh-CN"/>
              </w:rPr>
            </w:pPr>
          </w:p>
        </w:tc>
        <w:tc>
          <w:tcPr>
            <w:tcW w:w="1475" w:type="dxa"/>
            <w:vAlign w:val="center"/>
          </w:tcPr>
          <w:p w14:paraId="45F88707" w14:textId="10DE2ED0" w:rsidR="008F2C99" w:rsidRDefault="008F2C99" w:rsidP="003D1968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056A8A28" w14:textId="6AB6C328" w:rsidR="00CA239F" w:rsidRDefault="00CA239F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bookmarkStart w:id="1" w:name="_Hlk230632415"/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</w:p>
    <w:bookmarkEnd w:id="1"/>
    <w:p w14:paraId="69DC7EC7" w14:textId="2C1CBB84" w:rsidR="005D7839" w:rsidRPr="00CA239F" w:rsidRDefault="005D7839" w:rsidP="00CA239F">
      <w:pPr>
        <w:rPr>
          <w:i/>
          <w:iCs/>
          <w:sz w:val="20"/>
          <w:szCs w:val="20"/>
          <w:lang w:eastAsia="zh-CN"/>
        </w:rPr>
      </w:pPr>
    </w:p>
    <w:sectPr w:rsidR="005D7839" w:rsidRPr="00CA239F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FA804" w14:textId="77777777" w:rsidR="00985416" w:rsidRDefault="00985416">
      <w:pPr>
        <w:spacing w:after="0" w:line="240" w:lineRule="auto"/>
      </w:pPr>
      <w:r>
        <w:separator/>
      </w:r>
    </w:p>
  </w:endnote>
  <w:endnote w:type="continuationSeparator" w:id="0">
    <w:p w14:paraId="41F9D2AB" w14:textId="77777777" w:rsidR="00985416" w:rsidRDefault="009854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7B216" w14:textId="13E6A909" w:rsidR="00792408" w:rsidRDefault="00792408" w:rsidP="00792408">
    <w:pPr>
      <w:pStyle w:val="a7"/>
      <w:rPr>
        <w:lang w:eastAsia="zh-CN"/>
      </w:rPr>
    </w:pPr>
    <w:r>
      <w:rPr>
        <w:i/>
        <w:iCs/>
        <w:noProof/>
        <w:sz w:val="20"/>
        <w:szCs w:val="20"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EF7F16" wp14:editId="657935BA">
              <wp:simplePos x="0" y="0"/>
              <wp:positionH relativeFrom="column">
                <wp:posOffset>-366322</wp:posOffset>
              </wp:positionH>
              <wp:positionV relativeFrom="paragraph">
                <wp:posOffset>7235</wp:posOffset>
              </wp:positionV>
              <wp:extent cx="7764174" cy="574208"/>
              <wp:effectExtent l="57150" t="19050" r="84455" b="92710"/>
              <wp:wrapNone/>
              <wp:docPr id="369654617" name="矩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4174" cy="574208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txbx>
                      <w:txbxContent>
                        <w:p w14:paraId="416066CA" w14:textId="77777777" w:rsidR="00792408" w:rsidRPr="00582B61" w:rsidRDefault="00792408" w:rsidP="00792408">
                          <w:pPr>
                            <w:spacing w:beforeLines="25" w:before="60" w:after="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2A542E6C" w14:textId="77777777" w:rsidR="00792408" w:rsidRPr="00582B61" w:rsidRDefault="00792408" w:rsidP="00D45CC4">
                          <w:pPr>
                            <w:spacing w:beforeLines="25" w:before="60"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  <w:p w14:paraId="7A85B34E" w14:textId="77777777" w:rsidR="00792408" w:rsidRDefault="00792408" w:rsidP="00792408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EF7F16" id="矩形 4" o:spid="_x0000_s1028" style="position:absolute;margin-left:-28.85pt;margin-top:.55pt;width:611.35pt;height:4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" fillcolor="#00458a" strokecolor="#4a7ebb">
              <v:shadow on="t" color="black" opacity="22937f" origin=",.5" offset="0,.63889mm"/>
              <v:textbox>
                <w:txbxContent>
                  <w:p w14:paraId="416066CA" w14:textId="77777777" w:rsidR="00792408" w:rsidRPr="00582B61" w:rsidRDefault="00792408" w:rsidP="00792408">
                    <w:pPr>
                      <w:spacing w:beforeLines="25" w:before="60" w:after="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2A542E6C" w14:textId="77777777" w:rsidR="00792408" w:rsidRPr="00582B61" w:rsidRDefault="00792408" w:rsidP="00D45CC4">
                    <w:pPr>
                      <w:spacing w:beforeLines="25" w:before="60"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  <w:p w14:paraId="7A85B34E" w14:textId="77777777" w:rsidR="00792408" w:rsidRDefault="00792408" w:rsidP="00792408">
                    <w:pPr>
                      <w:jc w:val="center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B7CA4" w14:textId="77777777" w:rsidR="00985416" w:rsidRDefault="00985416">
      <w:pPr>
        <w:spacing w:after="0" w:line="240" w:lineRule="auto"/>
      </w:pPr>
      <w:r>
        <w:separator/>
      </w:r>
    </w:p>
  </w:footnote>
  <w:footnote w:type="continuationSeparator" w:id="0">
    <w:p w14:paraId="2C58BDC9" w14:textId="77777777" w:rsidR="00985416" w:rsidRDefault="009854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AF2"/>
    <w:rsid w:val="00031E1F"/>
    <w:rsid w:val="00034616"/>
    <w:rsid w:val="00043B87"/>
    <w:rsid w:val="0006063C"/>
    <w:rsid w:val="00083ADF"/>
    <w:rsid w:val="000B1106"/>
    <w:rsid w:val="000F0A40"/>
    <w:rsid w:val="00104443"/>
    <w:rsid w:val="001224E5"/>
    <w:rsid w:val="00141136"/>
    <w:rsid w:val="0015074B"/>
    <w:rsid w:val="00183B5F"/>
    <w:rsid w:val="001F16ED"/>
    <w:rsid w:val="001F4358"/>
    <w:rsid w:val="0020548B"/>
    <w:rsid w:val="0022501A"/>
    <w:rsid w:val="00234D5E"/>
    <w:rsid w:val="00241ADC"/>
    <w:rsid w:val="002512E3"/>
    <w:rsid w:val="00270E57"/>
    <w:rsid w:val="00281D1D"/>
    <w:rsid w:val="0029639D"/>
    <w:rsid w:val="002A1C3D"/>
    <w:rsid w:val="002A3BAB"/>
    <w:rsid w:val="002C4EB7"/>
    <w:rsid w:val="002D4093"/>
    <w:rsid w:val="002E2016"/>
    <w:rsid w:val="00301C90"/>
    <w:rsid w:val="00326F90"/>
    <w:rsid w:val="00363451"/>
    <w:rsid w:val="00363B02"/>
    <w:rsid w:val="00373A96"/>
    <w:rsid w:val="00377148"/>
    <w:rsid w:val="0039340F"/>
    <w:rsid w:val="00397C6A"/>
    <w:rsid w:val="003A5CF4"/>
    <w:rsid w:val="003C743E"/>
    <w:rsid w:val="003D1968"/>
    <w:rsid w:val="003D2476"/>
    <w:rsid w:val="00437CC9"/>
    <w:rsid w:val="004529C9"/>
    <w:rsid w:val="00495C3D"/>
    <w:rsid w:val="004A24CE"/>
    <w:rsid w:val="004A7983"/>
    <w:rsid w:val="004A7AE2"/>
    <w:rsid w:val="004B1ED4"/>
    <w:rsid w:val="004B6483"/>
    <w:rsid w:val="004B6852"/>
    <w:rsid w:val="004D1C23"/>
    <w:rsid w:val="004E1656"/>
    <w:rsid w:val="004F6543"/>
    <w:rsid w:val="00516DF0"/>
    <w:rsid w:val="00550C9E"/>
    <w:rsid w:val="00553276"/>
    <w:rsid w:val="00582B61"/>
    <w:rsid w:val="00590C34"/>
    <w:rsid w:val="00591328"/>
    <w:rsid w:val="005945CD"/>
    <w:rsid w:val="005A214E"/>
    <w:rsid w:val="005B38EC"/>
    <w:rsid w:val="005D551A"/>
    <w:rsid w:val="005D7839"/>
    <w:rsid w:val="005F6D12"/>
    <w:rsid w:val="005F7A65"/>
    <w:rsid w:val="00624CD3"/>
    <w:rsid w:val="00626241"/>
    <w:rsid w:val="00626AC2"/>
    <w:rsid w:val="00635F84"/>
    <w:rsid w:val="006864AC"/>
    <w:rsid w:val="006C6F7C"/>
    <w:rsid w:val="006E49F5"/>
    <w:rsid w:val="006F4391"/>
    <w:rsid w:val="00706F32"/>
    <w:rsid w:val="00745F59"/>
    <w:rsid w:val="00774B2F"/>
    <w:rsid w:val="00776DFC"/>
    <w:rsid w:val="00792408"/>
    <w:rsid w:val="007A6891"/>
    <w:rsid w:val="007B445D"/>
    <w:rsid w:val="007E410E"/>
    <w:rsid w:val="007E4201"/>
    <w:rsid w:val="007F3957"/>
    <w:rsid w:val="007F5F29"/>
    <w:rsid w:val="008112FF"/>
    <w:rsid w:val="008117D5"/>
    <w:rsid w:val="0082772E"/>
    <w:rsid w:val="008371AD"/>
    <w:rsid w:val="00862E4B"/>
    <w:rsid w:val="008649FC"/>
    <w:rsid w:val="008A455D"/>
    <w:rsid w:val="008E2A84"/>
    <w:rsid w:val="008F2C99"/>
    <w:rsid w:val="00900CC9"/>
    <w:rsid w:val="00905D85"/>
    <w:rsid w:val="00916D09"/>
    <w:rsid w:val="00917064"/>
    <w:rsid w:val="00945F4C"/>
    <w:rsid w:val="009731A4"/>
    <w:rsid w:val="00984677"/>
    <w:rsid w:val="00985416"/>
    <w:rsid w:val="00991AB5"/>
    <w:rsid w:val="00992C9E"/>
    <w:rsid w:val="009A1112"/>
    <w:rsid w:val="009A5DCA"/>
    <w:rsid w:val="009C09E0"/>
    <w:rsid w:val="009D5DC1"/>
    <w:rsid w:val="009E675F"/>
    <w:rsid w:val="009F07E2"/>
    <w:rsid w:val="00A0784F"/>
    <w:rsid w:val="00A23C60"/>
    <w:rsid w:val="00A65E09"/>
    <w:rsid w:val="00A670F0"/>
    <w:rsid w:val="00A859A9"/>
    <w:rsid w:val="00A87442"/>
    <w:rsid w:val="00AA1D8D"/>
    <w:rsid w:val="00AB7330"/>
    <w:rsid w:val="00AC0946"/>
    <w:rsid w:val="00AD45A0"/>
    <w:rsid w:val="00AE21C7"/>
    <w:rsid w:val="00AF4E70"/>
    <w:rsid w:val="00B0503D"/>
    <w:rsid w:val="00B0579E"/>
    <w:rsid w:val="00B13EE5"/>
    <w:rsid w:val="00B172B3"/>
    <w:rsid w:val="00B17B2D"/>
    <w:rsid w:val="00B249D8"/>
    <w:rsid w:val="00B43623"/>
    <w:rsid w:val="00B47730"/>
    <w:rsid w:val="00B725A7"/>
    <w:rsid w:val="00B736FF"/>
    <w:rsid w:val="00B801FB"/>
    <w:rsid w:val="00C01C32"/>
    <w:rsid w:val="00C024D6"/>
    <w:rsid w:val="00C06205"/>
    <w:rsid w:val="00C121B0"/>
    <w:rsid w:val="00C4074B"/>
    <w:rsid w:val="00C522F0"/>
    <w:rsid w:val="00C52897"/>
    <w:rsid w:val="00C8373A"/>
    <w:rsid w:val="00C92A86"/>
    <w:rsid w:val="00CA239F"/>
    <w:rsid w:val="00CA781B"/>
    <w:rsid w:val="00CB0664"/>
    <w:rsid w:val="00CB3FD8"/>
    <w:rsid w:val="00CE2743"/>
    <w:rsid w:val="00CF3F56"/>
    <w:rsid w:val="00D212F6"/>
    <w:rsid w:val="00D31347"/>
    <w:rsid w:val="00D318DF"/>
    <w:rsid w:val="00D45CC4"/>
    <w:rsid w:val="00D540EF"/>
    <w:rsid w:val="00D832F4"/>
    <w:rsid w:val="00D951F9"/>
    <w:rsid w:val="00D96E04"/>
    <w:rsid w:val="00DA6236"/>
    <w:rsid w:val="00DD4D2C"/>
    <w:rsid w:val="00E066F0"/>
    <w:rsid w:val="00E21DEA"/>
    <w:rsid w:val="00E3655F"/>
    <w:rsid w:val="00E66854"/>
    <w:rsid w:val="00E66A93"/>
    <w:rsid w:val="00E826F8"/>
    <w:rsid w:val="00E90A77"/>
    <w:rsid w:val="00EB5653"/>
    <w:rsid w:val="00EC1C6D"/>
    <w:rsid w:val="00EC6D61"/>
    <w:rsid w:val="00F0490C"/>
    <w:rsid w:val="00F10275"/>
    <w:rsid w:val="00F13D81"/>
    <w:rsid w:val="00F354C9"/>
    <w:rsid w:val="00F355C1"/>
    <w:rsid w:val="00F429C0"/>
    <w:rsid w:val="00F64DCC"/>
    <w:rsid w:val="00FA40D9"/>
    <w:rsid w:val="00FC693F"/>
    <w:rsid w:val="00FD6C76"/>
    <w:rsid w:val="00FF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2</cp:revision>
  <cp:lastPrinted>2026-04-25T13:16:00Z</cp:lastPrinted>
  <dcterms:created xsi:type="dcterms:W3CDTF">2026-06-08T07:03:00Z</dcterms:created>
  <dcterms:modified xsi:type="dcterms:W3CDTF">2026-06-08T07:03:00Z</dcterms:modified>
  <cp:category/>
</cp:coreProperties>
</file>