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475B2C" w14:textId="06753E1C" w:rsidR="00141136" w:rsidRDefault="00141136">
      <w:r>
        <w:rPr>
          <w:rFonts w:asciiTheme="minorHAnsi" w:hAnsiTheme="minorHAnsi"/>
          <w:noProof/>
          <w:sz w:val="40"/>
          <w:szCs w:val="40"/>
        </w:rPr>
        <w:drawing>
          <wp:anchor distT="0" distB="0" distL="114300" distR="114300" simplePos="0" relativeHeight="251660288" behindDoc="1" locked="0" layoutInCell="1" allowOverlap="1" wp14:anchorId="6FB5B09F" wp14:editId="348E72EB">
            <wp:simplePos x="0" y="0"/>
            <wp:positionH relativeFrom="column">
              <wp:posOffset>5138779</wp:posOffset>
            </wp:positionH>
            <wp:positionV relativeFrom="page">
              <wp:posOffset>263465</wp:posOffset>
            </wp:positionV>
            <wp:extent cx="1690370" cy="1235075"/>
            <wp:effectExtent l="0" t="0" r="5080" b="3175"/>
            <wp:wrapTight wrapText="bothSides">
              <wp:wrapPolygon edited="0">
                <wp:start x="974" y="0"/>
                <wp:lineTo x="0" y="666"/>
                <wp:lineTo x="0" y="20989"/>
                <wp:lineTo x="974" y="21322"/>
                <wp:lineTo x="20448" y="21322"/>
                <wp:lineTo x="21421" y="20989"/>
                <wp:lineTo x="21421" y="666"/>
                <wp:lineTo x="20448" y="0"/>
                <wp:lineTo x="974" y="0"/>
              </wp:wrapPolygon>
            </wp:wrapTight>
            <wp:docPr id="2135541210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5541210" name="图片 2135541210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690370" cy="123507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Theme="minorHAnsi" w:hAnsiTheme="minorHAnsi"/>
          <w:sz w:val="20"/>
          <w:szCs w:val="20"/>
          <w:lang w:eastAsia="zh-CN"/>
        </w:rPr>
        <w:t>Publication</w:t>
      </w:r>
      <w:r>
        <w:rPr>
          <w:rFonts w:asciiTheme="minorHAnsi" w:hAnsiTheme="minorHAnsi" w:hint="eastAsia"/>
          <w:sz w:val="20"/>
          <w:szCs w:val="20"/>
          <w:lang w:eastAsia="zh-CN"/>
        </w:rPr>
        <w:t xml:space="preserve"> </w:t>
      </w:r>
      <w:r w:rsidRPr="009F07E2">
        <w:rPr>
          <w:rFonts w:asciiTheme="minorHAnsi" w:hAnsiTheme="minorHAnsi"/>
          <w:sz w:val="20"/>
          <w:szCs w:val="20"/>
        </w:rPr>
        <w:t>Date 202</w:t>
      </w:r>
      <w:r w:rsidRPr="009F07E2">
        <w:rPr>
          <w:rFonts w:asciiTheme="minorHAnsi" w:hAnsiTheme="minorHAnsi" w:hint="eastAsia"/>
          <w:sz w:val="20"/>
          <w:szCs w:val="20"/>
          <w:lang w:eastAsia="zh-CN"/>
        </w:rPr>
        <w:t>5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678"/>
        <w:gridCol w:w="259"/>
      </w:tblGrid>
      <w:tr w:rsidR="00F0490C" w:rsidRPr="008E2A84" w14:paraId="20055008" w14:textId="77777777" w:rsidTr="00141136">
        <w:tc>
          <w:tcPr>
            <w:tcW w:w="4678" w:type="dxa"/>
          </w:tcPr>
          <w:p w14:paraId="444C3FAC" w14:textId="3BB3495D" w:rsidR="00776DFC" w:rsidRPr="00141136" w:rsidRDefault="00000000" w:rsidP="00141136">
            <w:pPr>
              <w:rPr>
                <w:rFonts w:asciiTheme="minorHAnsi" w:hAnsiTheme="minorHAnsi"/>
                <w:sz w:val="22"/>
                <w:lang w:eastAsia="zh-CN"/>
              </w:rPr>
            </w:pPr>
            <w:r w:rsidRPr="008E2A84">
              <w:rPr>
                <w:rFonts w:asciiTheme="minorHAnsi" w:hAnsiTheme="minorHAnsi"/>
                <w:b/>
                <w:color w:val="0C3666"/>
                <w:sz w:val="28"/>
              </w:rPr>
              <w:t>DXL STEEL FRAMING SYSTEMS</w:t>
            </w:r>
            <w:r w:rsidRPr="008E2A84">
              <w:rPr>
                <w:rFonts w:asciiTheme="minorHAnsi" w:hAnsiTheme="minorHAnsi"/>
                <w:b/>
                <w:color w:val="0C3666"/>
                <w:sz w:val="28"/>
              </w:rPr>
              <w:br/>
            </w:r>
            <w:r w:rsidRPr="008E2A84">
              <w:rPr>
                <w:rFonts w:asciiTheme="minorHAnsi" w:hAnsiTheme="minorHAnsi"/>
                <w:sz w:val="22"/>
              </w:rPr>
              <w:t xml:space="preserve">PRODUCT DATA SHEET </w:t>
            </w:r>
          </w:p>
        </w:tc>
        <w:tc>
          <w:tcPr>
            <w:tcW w:w="259" w:type="dxa"/>
          </w:tcPr>
          <w:p w14:paraId="3C33886B" w14:textId="4D8BC79A" w:rsidR="00F0490C" w:rsidRPr="009F07E2" w:rsidRDefault="00000000" w:rsidP="009F07E2">
            <w:pPr>
              <w:wordWrap w:val="0"/>
              <w:jc w:val="right"/>
              <w:rPr>
                <w:rFonts w:asciiTheme="minorHAnsi" w:hAnsiTheme="minorHAnsi"/>
                <w:sz w:val="20"/>
                <w:szCs w:val="20"/>
                <w:lang w:eastAsia="zh-CN"/>
              </w:rPr>
            </w:pPr>
            <w:r w:rsidRPr="009F07E2">
              <w:rPr>
                <w:rFonts w:asciiTheme="minorHAnsi" w:hAnsiTheme="minorHAnsi"/>
                <w:sz w:val="20"/>
                <w:szCs w:val="20"/>
              </w:rPr>
              <w:br/>
            </w:r>
          </w:p>
        </w:tc>
      </w:tr>
    </w:tbl>
    <w:p w14:paraId="06DC109C" w14:textId="673C43E1" w:rsidR="00F0490C" w:rsidRPr="004D1C23" w:rsidRDefault="004D1C23" w:rsidP="007E410E">
      <w:pPr>
        <w:spacing w:after="120"/>
        <w:rPr>
          <w:rFonts w:asciiTheme="minorHAnsi" w:hAnsiTheme="minorHAnsi"/>
          <w:sz w:val="72"/>
          <w:szCs w:val="72"/>
          <w:lang w:eastAsia="zh-CN"/>
        </w:rPr>
      </w:pPr>
      <w:r w:rsidRPr="004D1C23">
        <w:rPr>
          <w:rFonts w:asciiTheme="minorHAnsi" w:hAnsiTheme="minorHAnsi"/>
          <w:noProof/>
          <w:sz w:val="72"/>
          <w:szCs w:val="7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87989F6" wp14:editId="22BEAAB5">
                <wp:simplePos x="0" y="0"/>
                <wp:positionH relativeFrom="column">
                  <wp:posOffset>7620</wp:posOffset>
                </wp:positionH>
                <wp:positionV relativeFrom="paragraph">
                  <wp:posOffset>481995</wp:posOffset>
                </wp:positionV>
                <wp:extent cx="7144385" cy="0"/>
                <wp:effectExtent l="38100" t="38100" r="75565" b="95250"/>
                <wp:wrapNone/>
                <wp:docPr id="1864000506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144385" cy="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52A3CE3" id="直接连接符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.6pt,37.95pt" to="563.15pt,37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" strokecolor="#4f81bd [3204]" strokeweight="2pt">
                <v:shadow on="t" color="black" opacity="24903f" origin=",.5" offset="0,.55556mm"/>
              </v:line>
            </w:pict>
          </mc:Fallback>
        </mc:AlternateContent>
      </w:r>
      <w:r w:rsidR="00776DFC" w:rsidRPr="004D1C23">
        <w:rPr>
          <w:rFonts w:asciiTheme="minorHAnsi" w:hAnsiTheme="minorHAnsi"/>
          <w:b/>
          <w:color w:val="0C3666"/>
          <w:sz w:val="72"/>
          <w:szCs w:val="72"/>
          <w:lang w:eastAsia="zh-CN"/>
        </w:rPr>
        <w:t>DRY</w:t>
      </w:r>
      <w:r w:rsidR="00776DFC" w:rsidRPr="004D1C23">
        <w:rPr>
          <w:rFonts w:asciiTheme="minorHAnsi" w:hAnsiTheme="minorHAnsi"/>
          <w:b/>
          <w:color w:val="0C3666"/>
          <w:sz w:val="72"/>
          <w:szCs w:val="72"/>
        </w:rPr>
        <w:t xml:space="preserve">WALL </w:t>
      </w:r>
      <w:r w:rsidR="007E4201">
        <w:rPr>
          <w:rFonts w:asciiTheme="minorHAnsi" w:hAnsiTheme="minorHAnsi" w:hint="eastAsia"/>
          <w:b/>
          <w:color w:val="0C3666"/>
          <w:sz w:val="72"/>
          <w:szCs w:val="72"/>
          <w:lang w:eastAsia="zh-CN"/>
        </w:rPr>
        <w:t>STUD</w:t>
      </w:r>
      <w:r w:rsidR="00776DFC" w:rsidRPr="004D1C23">
        <w:rPr>
          <w:rFonts w:asciiTheme="minorHAnsi" w:hAnsiTheme="minorHAnsi"/>
          <w:b/>
          <w:color w:val="0C3666"/>
          <w:sz w:val="72"/>
          <w:szCs w:val="72"/>
        </w:rPr>
        <w:t xml:space="preserve"> </w:t>
      </w:r>
    </w:p>
    <w:tbl>
      <w:tblPr>
        <w:tblW w:w="11649" w:type="dxa"/>
        <w:tblInd w:w="-142" w:type="dxa"/>
        <w:tblLook w:val="04A0" w:firstRow="1" w:lastRow="0" w:firstColumn="1" w:lastColumn="0" w:noHBand="0" w:noVBand="1"/>
      </w:tblPr>
      <w:tblGrid>
        <w:gridCol w:w="5864"/>
        <w:gridCol w:w="5785"/>
      </w:tblGrid>
      <w:tr w:rsidR="006864AC" w:rsidRPr="006864AC" w14:paraId="7FF846DC" w14:textId="77777777" w:rsidTr="00281D1D">
        <w:tc>
          <w:tcPr>
            <w:tcW w:w="5864" w:type="dxa"/>
            <w:vAlign w:val="center"/>
          </w:tcPr>
          <w:p w14:paraId="1ED21F8E" w14:textId="3E9ABB52" w:rsidR="00F0490C" w:rsidRPr="001224E5" w:rsidRDefault="00000000" w:rsidP="008117D5">
            <w:pPr>
              <w:spacing w:after="120" w:line="240" w:lineRule="auto"/>
              <w:ind w:firstLineChars="100" w:firstLine="240"/>
              <w:rPr>
                <w:rFonts w:asciiTheme="minorHAnsi" w:hAnsiTheme="minorHAnsi"/>
                <w:sz w:val="24"/>
                <w:szCs w:val="24"/>
              </w:rPr>
            </w:pPr>
            <w:r w:rsidRPr="001224E5">
              <w:rPr>
                <w:rFonts w:asciiTheme="minorHAnsi" w:hAnsiTheme="minorHAnsi"/>
                <w:b/>
                <w:color w:val="0C3666"/>
                <w:sz w:val="24"/>
                <w:szCs w:val="24"/>
              </w:rPr>
              <w:t>DXL-</w:t>
            </w:r>
            <w:r w:rsidR="00917064" w:rsidRPr="001224E5">
              <w:rPr>
                <w:rFonts w:asciiTheme="minorHAnsi" w:hAnsiTheme="minorHAnsi"/>
                <w:b/>
                <w:color w:val="0C3666"/>
                <w:sz w:val="24"/>
                <w:szCs w:val="24"/>
                <w:lang w:eastAsia="zh-CN"/>
              </w:rPr>
              <w:t>WS</w:t>
            </w:r>
            <w:r w:rsidR="009C09E0">
              <w:rPr>
                <w:rFonts w:asciiTheme="minorHAnsi" w:hAnsiTheme="minorHAnsi" w:hint="eastAsia"/>
                <w:b/>
                <w:color w:val="0C3666"/>
                <w:sz w:val="24"/>
                <w:szCs w:val="24"/>
                <w:lang w:eastAsia="zh-CN"/>
              </w:rPr>
              <w:t>-</w:t>
            </w:r>
            <w:r w:rsidR="000B1106">
              <w:rPr>
                <w:rFonts w:asciiTheme="minorHAnsi" w:hAnsiTheme="minorHAnsi" w:hint="eastAsia"/>
                <w:b/>
                <w:color w:val="0C3666"/>
                <w:sz w:val="24"/>
                <w:szCs w:val="24"/>
                <w:lang w:eastAsia="zh-CN"/>
              </w:rPr>
              <w:t>SERIES</w:t>
            </w:r>
            <w:r w:rsidRPr="001224E5">
              <w:rPr>
                <w:rFonts w:asciiTheme="minorHAnsi" w:hAnsiTheme="minorHAnsi"/>
                <w:b/>
                <w:color w:val="0C3666"/>
                <w:sz w:val="24"/>
                <w:szCs w:val="24"/>
              </w:rPr>
              <w:t xml:space="preserve"> </w:t>
            </w:r>
          </w:p>
          <w:p w14:paraId="7E11427B" w14:textId="7C902BC4" w:rsidR="00F0490C" w:rsidRPr="008E2A84" w:rsidRDefault="001F16ED" w:rsidP="00C8373A">
            <w:pPr>
              <w:tabs>
                <w:tab w:val="left" w:pos="3006"/>
              </w:tabs>
              <w:ind w:leftChars="100" w:left="180" w:firstLineChars="100" w:firstLine="240"/>
              <w:rPr>
                <w:rFonts w:asciiTheme="minorHAnsi" w:hAnsiTheme="minorHAnsi"/>
                <w:lang w:eastAsia="zh-CN"/>
              </w:rPr>
            </w:pPr>
            <w:r>
              <w:rPr>
                <w:rFonts w:asciiTheme="minorHAnsi" w:hAnsiTheme="minorHAnsi"/>
                <w:b/>
                <w:noProof/>
                <w:color w:val="0C3666"/>
                <w:sz w:val="24"/>
                <w:szCs w:val="24"/>
              </w:rPr>
              <w:drawing>
                <wp:anchor distT="0" distB="0" distL="114300" distR="114300" simplePos="0" relativeHeight="251678720" behindDoc="0" locked="0" layoutInCell="1" allowOverlap="1" wp14:anchorId="59F6565F" wp14:editId="0DF4B06F">
                  <wp:simplePos x="0" y="0"/>
                  <wp:positionH relativeFrom="column">
                    <wp:posOffset>-186055</wp:posOffset>
                  </wp:positionH>
                  <wp:positionV relativeFrom="paragraph">
                    <wp:posOffset>547370</wp:posOffset>
                  </wp:positionV>
                  <wp:extent cx="262255" cy="243205"/>
                  <wp:effectExtent l="0" t="0" r="4445" b="4445"/>
                  <wp:wrapNone/>
                  <wp:docPr id="567939898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7939898" name="图片 567939898"/>
                          <pic:cNvPicPr/>
                        </pic:nvPicPr>
                        <pic:blipFill rotWithShape="1">
                          <a:blip r:embed="rId9"/>
                          <a:srcRect l="61047" t="11548" r="22205" b="6657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2255" cy="24320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8E2A84">
              <w:rPr>
                <w:rFonts w:asciiTheme="minorHAnsi" w:hAnsiTheme="minorHAnsi"/>
                <w:sz w:val="16"/>
              </w:rPr>
              <w:t xml:space="preserve">DXL </w:t>
            </w:r>
            <w:r w:rsidR="00D318DF" w:rsidRPr="008E2A84">
              <w:rPr>
                <w:rFonts w:asciiTheme="minorHAnsi" w:hAnsiTheme="minorHAnsi"/>
                <w:sz w:val="16"/>
                <w:lang w:eastAsia="zh-CN"/>
              </w:rPr>
              <w:t>Dryw</w:t>
            </w:r>
            <w:r w:rsidRPr="008E2A84">
              <w:rPr>
                <w:rFonts w:asciiTheme="minorHAnsi" w:hAnsiTheme="minorHAnsi"/>
                <w:sz w:val="16"/>
              </w:rPr>
              <w:t xml:space="preserve">all Studs are cold-formed steel sections used in non-load bearing </w:t>
            </w:r>
            <w:r w:rsidR="00D318DF" w:rsidRPr="008E2A84">
              <w:rPr>
                <w:rFonts w:asciiTheme="minorHAnsi" w:hAnsiTheme="minorHAnsi"/>
                <w:sz w:val="16"/>
                <w:lang w:eastAsia="zh-CN"/>
              </w:rPr>
              <w:t>dry</w:t>
            </w:r>
            <w:r w:rsidRPr="008E2A84">
              <w:rPr>
                <w:rFonts w:asciiTheme="minorHAnsi" w:hAnsiTheme="minorHAnsi"/>
                <w:sz w:val="16"/>
              </w:rPr>
              <w:t>wall framing systems.</w:t>
            </w:r>
            <w:r w:rsidRPr="008E2A84">
              <w:rPr>
                <w:rFonts w:asciiTheme="minorHAnsi" w:hAnsiTheme="minorHAnsi"/>
                <w:sz w:val="16"/>
              </w:rPr>
              <w:br/>
            </w:r>
            <w:r w:rsidRPr="008E2A84">
              <w:rPr>
                <w:rFonts w:asciiTheme="minorHAnsi" w:hAnsiTheme="minorHAnsi"/>
                <w:sz w:val="16"/>
                <w:lang w:eastAsia="zh-CN"/>
              </w:rPr>
              <w:t xml:space="preserve">DXL </w:t>
            </w:r>
            <w:r w:rsidRPr="008E2A84">
              <w:rPr>
                <w:rFonts w:asciiTheme="minorHAnsi" w:hAnsiTheme="minorHAnsi"/>
                <w:sz w:val="16"/>
                <w:lang w:eastAsia="zh-CN"/>
              </w:rPr>
              <w:t>竖向龙骨采用优质冷轧镀锌钢板成型，用于非承重隔墙系统。</w:t>
            </w:r>
          </w:p>
          <w:p w14:paraId="773055DA" w14:textId="38A29AFC" w:rsidR="00F0490C" w:rsidRPr="008E2A84" w:rsidRDefault="00000000" w:rsidP="00E66A93">
            <w:pPr>
              <w:ind w:firstLineChars="100" w:firstLine="240"/>
              <w:rPr>
                <w:rFonts w:asciiTheme="minorHAnsi" w:hAnsiTheme="minorHAnsi"/>
              </w:rPr>
            </w:pPr>
            <w:r w:rsidRPr="001224E5">
              <w:rPr>
                <w:rFonts w:asciiTheme="minorHAnsi" w:hAnsiTheme="minorHAnsi"/>
                <w:b/>
                <w:color w:val="0C3666"/>
                <w:sz w:val="24"/>
                <w:szCs w:val="24"/>
              </w:rPr>
              <w:t>1. PRODUCT INFORMATION</w:t>
            </w:r>
            <w:r w:rsidRPr="008E2A84">
              <w:rPr>
                <w:rFonts w:asciiTheme="minorHAnsi" w:hAnsiTheme="minorHAnsi"/>
                <w:b/>
                <w:color w:val="0C3666"/>
                <w:sz w:val="20"/>
              </w:rPr>
              <w:t xml:space="preserve"> / </w:t>
            </w:r>
            <w:proofErr w:type="spellStart"/>
            <w:r w:rsidRPr="008E2A84">
              <w:rPr>
                <w:rFonts w:asciiTheme="minorHAnsi" w:hAnsiTheme="minorHAnsi"/>
                <w:b/>
                <w:color w:val="0C3666"/>
                <w:sz w:val="20"/>
              </w:rPr>
              <w:t>产品信息</w:t>
            </w:r>
            <w:proofErr w:type="spellEnd"/>
          </w:p>
          <w:tbl>
            <w:tblPr>
              <w:tblStyle w:val="aff1"/>
              <w:tblW w:w="5306" w:type="dxa"/>
              <w:tblInd w:w="167" w:type="dxa"/>
              <w:tblLook w:val="04A0" w:firstRow="1" w:lastRow="0" w:firstColumn="1" w:lastColumn="0" w:noHBand="0" w:noVBand="1"/>
            </w:tblPr>
            <w:tblGrid>
              <w:gridCol w:w="2280"/>
              <w:gridCol w:w="3026"/>
            </w:tblGrid>
            <w:tr w:rsidR="00F0490C" w:rsidRPr="008E2A84" w14:paraId="3BBB564B" w14:textId="77777777" w:rsidTr="00E66A93">
              <w:trPr>
                <w:trHeight w:val="348"/>
              </w:trPr>
              <w:tc>
                <w:tcPr>
                  <w:tcW w:w="2280" w:type="dxa"/>
                </w:tcPr>
                <w:p w14:paraId="145A7F10" w14:textId="77777777" w:rsidR="00F0490C" w:rsidRPr="008E2A84" w:rsidRDefault="00000000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 xml:space="preserve">Product Name </w:t>
                  </w:r>
                  <w:proofErr w:type="spellStart"/>
                  <w:r w:rsidRPr="008E2A84">
                    <w:rPr>
                      <w:rFonts w:asciiTheme="minorHAnsi" w:hAnsiTheme="minorHAnsi"/>
                      <w:szCs w:val="18"/>
                    </w:rPr>
                    <w:t>产品名称</w:t>
                  </w:r>
                  <w:proofErr w:type="spellEnd"/>
                </w:p>
              </w:tc>
              <w:tc>
                <w:tcPr>
                  <w:tcW w:w="3026" w:type="dxa"/>
                </w:tcPr>
                <w:p w14:paraId="6EC94DD2" w14:textId="29BD6429" w:rsidR="00F0490C" w:rsidRPr="008E2A84" w:rsidRDefault="00D318DF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  <w:lang w:eastAsia="zh-CN"/>
                    </w:rPr>
                    <w:t>Dryw</w:t>
                  </w:r>
                  <w:r w:rsidRPr="008E2A84">
                    <w:rPr>
                      <w:rFonts w:asciiTheme="minorHAnsi" w:hAnsiTheme="minorHAnsi"/>
                      <w:szCs w:val="18"/>
                    </w:rPr>
                    <w:t xml:space="preserve">all Stud </w:t>
                  </w:r>
                  <w:proofErr w:type="spellStart"/>
                  <w:r w:rsidRPr="008E2A84">
                    <w:rPr>
                      <w:rFonts w:asciiTheme="minorHAnsi" w:hAnsiTheme="minorHAnsi"/>
                      <w:szCs w:val="18"/>
                    </w:rPr>
                    <w:t>竖向龙骨</w:t>
                  </w:r>
                  <w:proofErr w:type="spellEnd"/>
                </w:p>
              </w:tc>
            </w:tr>
            <w:tr w:rsidR="00F0490C" w:rsidRPr="008E2A84" w14:paraId="37252975" w14:textId="77777777" w:rsidTr="00E66A93">
              <w:trPr>
                <w:trHeight w:val="363"/>
              </w:trPr>
              <w:tc>
                <w:tcPr>
                  <w:tcW w:w="2280" w:type="dxa"/>
                </w:tcPr>
                <w:p w14:paraId="1CEA4F65" w14:textId="1CB543A2" w:rsidR="00F0490C" w:rsidRPr="008E2A84" w:rsidRDefault="00000000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 xml:space="preserve">Model No. </w:t>
                  </w:r>
                  <w:proofErr w:type="spellStart"/>
                  <w:r w:rsidRPr="008E2A84">
                    <w:rPr>
                      <w:rFonts w:asciiTheme="minorHAnsi" w:hAnsiTheme="minorHAnsi"/>
                      <w:szCs w:val="18"/>
                    </w:rPr>
                    <w:t>型号</w:t>
                  </w:r>
                  <w:proofErr w:type="spellEnd"/>
                </w:p>
              </w:tc>
              <w:tc>
                <w:tcPr>
                  <w:tcW w:w="3026" w:type="dxa"/>
                </w:tcPr>
                <w:p w14:paraId="63F4887E" w14:textId="7D1B9B30" w:rsidR="00A859A9" w:rsidRPr="008E2A84" w:rsidRDefault="00000000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  <w:lang w:eastAsia="zh-CN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>DXL-</w:t>
                  </w:r>
                  <w:r w:rsidR="00D318DF" w:rsidRPr="008E2A84">
                    <w:rPr>
                      <w:rFonts w:asciiTheme="minorHAnsi" w:hAnsiTheme="minorHAnsi"/>
                      <w:szCs w:val="18"/>
                      <w:lang w:eastAsia="zh-CN"/>
                    </w:rPr>
                    <w:t>WS</w:t>
                  </w:r>
                  <w:r w:rsidR="00A859A9" w:rsidRPr="008E2A84">
                    <w:rPr>
                      <w:rFonts w:asciiTheme="minorHAnsi" w:hAnsiTheme="minorHAnsi"/>
                      <w:szCs w:val="18"/>
                      <w:lang w:eastAsia="zh-CN"/>
                    </w:rPr>
                    <w:t xml:space="preserve"> Series</w:t>
                  </w:r>
                </w:p>
              </w:tc>
            </w:tr>
            <w:tr w:rsidR="00F0490C" w:rsidRPr="008E2A84" w14:paraId="2561057C" w14:textId="77777777" w:rsidTr="00E66A93">
              <w:trPr>
                <w:trHeight w:val="348"/>
              </w:trPr>
              <w:tc>
                <w:tcPr>
                  <w:tcW w:w="2280" w:type="dxa"/>
                </w:tcPr>
                <w:p w14:paraId="27B4459F" w14:textId="2EF61F16" w:rsidR="00F0490C" w:rsidRPr="008E2A84" w:rsidRDefault="00000000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 xml:space="preserve">Category </w:t>
                  </w:r>
                  <w:proofErr w:type="spellStart"/>
                  <w:r w:rsidRPr="008E2A84">
                    <w:rPr>
                      <w:rFonts w:asciiTheme="minorHAnsi" w:hAnsiTheme="minorHAnsi"/>
                      <w:szCs w:val="18"/>
                    </w:rPr>
                    <w:t>类别</w:t>
                  </w:r>
                  <w:proofErr w:type="spellEnd"/>
                </w:p>
              </w:tc>
              <w:tc>
                <w:tcPr>
                  <w:tcW w:w="3026" w:type="dxa"/>
                </w:tcPr>
                <w:p w14:paraId="49DFAF9D" w14:textId="6BA17306" w:rsidR="00F0490C" w:rsidRPr="008E2A84" w:rsidRDefault="00D318DF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  <w:lang w:eastAsia="zh-CN"/>
                    </w:rPr>
                    <w:t>Dryw</w:t>
                  </w:r>
                  <w:r w:rsidRPr="008E2A84">
                    <w:rPr>
                      <w:rFonts w:asciiTheme="minorHAnsi" w:hAnsiTheme="minorHAnsi"/>
                      <w:szCs w:val="18"/>
                    </w:rPr>
                    <w:t>all Framing System</w:t>
                  </w:r>
                </w:p>
              </w:tc>
            </w:tr>
            <w:tr w:rsidR="00F0490C" w:rsidRPr="008E2A84" w14:paraId="58469EA0" w14:textId="77777777" w:rsidTr="00E66A93">
              <w:trPr>
                <w:trHeight w:val="348"/>
              </w:trPr>
              <w:tc>
                <w:tcPr>
                  <w:tcW w:w="2280" w:type="dxa"/>
                </w:tcPr>
                <w:p w14:paraId="161C2BA8" w14:textId="77777777" w:rsidR="00F0490C" w:rsidRPr="008E2A84" w:rsidRDefault="00000000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 xml:space="preserve">Application </w:t>
                  </w:r>
                  <w:proofErr w:type="spellStart"/>
                  <w:r w:rsidRPr="008E2A84">
                    <w:rPr>
                      <w:rFonts w:asciiTheme="minorHAnsi" w:hAnsiTheme="minorHAnsi"/>
                      <w:szCs w:val="18"/>
                    </w:rPr>
                    <w:t>应用</w:t>
                  </w:r>
                  <w:proofErr w:type="spellEnd"/>
                </w:p>
              </w:tc>
              <w:tc>
                <w:tcPr>
                  <w:tcW w:w="3026" w:type="dxa"/>
                </w:tcPr>
                <w:p w14:paraId="51C39C0E" w14:textId="77777777" w:rsidR="00F0490C" w:rsidRPr="008E2A84" w:rsidRDefault="00000000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>Interior Partition Walls</w:t>
                  </w:r>
                </w:p>
              </w:tc>
            </w:tr>
          </w:tbl>
          <w:p w14:paraId="4355A665" w14:textId="468631DC" w:rsidR="00F0490C" w:rsidRPr="008E2A84" w:rsidRDefault="00C8373A">
            <w:pPr>
              <w:rPr>
                <w:rFonts w:asciiTheme="minorHAnsi" w:hAnsiTheme="minorHAnsi"/>
                <w:lang w:eastAsia="zh-CN"/>
              </w:rPr>
            </w:pPr>
            <w:r>
              <w:rPr>
                <w:rFonts w:asciiTheme="minorHAnsi" w:hAnsiTheme="minorHAnsi"/>
                <w:b/>
                <w:noProof/>
                <w:color w:val="0C3666"/>
                <w:sz w:val="24"/>
                <w:szCs w:val="24"/>
              </w:rPr>
              <w:drawing>
                <wp:anchor distT="0" distB="0" distL="114300" distR="114300" simplePos="0" relativeHeight="251679744" behindDoc="0" locked="0" layoutInCell="1" allowOverlap="1" wp14:anchorId="51FD460F" wp14:editId="4AC594D6">
                  <wp:simplePos x="0" y="0"/>
                  <wp:positionH relativeFrom="column">
                    <wp:posOffset>-187960</wp:posOffset>
                  </wp:positionH>
                  <wp:positionV relativeFrom="paragraph">
                    <wp:posOffset>238760</wp:posOffset>
                  </wp:positionV>
                  <wp:extent cx="258445" cy="234950"/>
                  <wp:effectExtent l="0" t="0" r="8255" b="0"/>
                  <wp:wrapNone/>
                  <wp:docPr id="1838013173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7939898" name="图片 567939898"/>
                          <pic:cNvPicPr/>
                        </pic:nvPicPr>
                        <pic:blipFill rotWithShape="1">
                          <a:blip r:embed="rId9"/>
                          <a:srcRect l="42078" t="11376" r="41896" b="6678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8445" cy="2349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47DD3D6B" w14:textId="365799D1" w:rsidR="00F0490C" w:rsidRPr="008E2A84" w:rsidRDefault="00000000" w:rsidP="00E66A93">
            <w:pPr>
              <w:ind w:firstLineChars="100" w:firstLine="240"/>
              <w:rPr>
                <w:rFonts w:asciiTheme="minorHAnsi" w:hAnsiTheme="minorHAnsi"/>
              </w:rPr>
            </w:pPr>
            <w:r w:rsidRPr="001224E5">
              <w:rPr>
                <w:rFonts w:asciiTheme="minorHAnsi" w:hAnsiTheme="minorHAnsi"/>
                <w:b/>
                <w:color w:val="0C3666"/>
                <w:sz w:val="24"/>
                <w:szCs w:val="24"/>
              </w:rPr>
              <w:t xml:space="preserve">2. DIMENSIONS </w:t>
            </w:r>
            <w:bookmarkStart w:id="0" w:name="_Hlk227920392"/>
            <w:r w:rsidRPr="008E2A84">
              <w:rPr>
                <w:rFonts w:asciiTheme="minorHAnsi" w:hAnsiTheme="minorHAnsi"/>
                <w:b/>
                <w:color w:val="0C3666"/>
                <w:sz w:val="20"/>
              </w:rPr>
              <w:t xml:space="preserve">/ </w:t>
            </w:r>
            <w:proofErr w:type="spellStart"/>
            <w:r w:rsidRPr="008E2A84">
              <w:rPr>
                <w:rFonts w:asciiTheme="minorHAnsi" w:hAnsiTheme="minorHAnsi"/>
                <w:b/>
                <w:color w:val="0C3666"/>
                <w:sz w:val="20"/>
              </w:rPr>
              <w:t>尺寸参数</w:t>
            </w:r>
            <w:bookmarkEnd w:id="0"/>
            <w:proofErr w:type="spellEnd"/>
          </w:p>
          <w:tbl>
            <w:tblPr>
              <w:tblStyle w:val="aff1"/>
              <w:tblW w:w="5245" w:type="dxa"/>
              <w:tblInd w:w="167" w:type="dxa"/>
              <w:tblLook w:val="04A0" w:firstRow="1" w:lastRow="0" w:firstColumn="1" w:lastColumn="0" w:noHBand="0" w:noVBand="1"/>
            </w:tblPr>
            <w:tblGrid>
              <w:gridCol w:w="2268"/>
              <w:gridCol w:w="2977"/>
            </w:tblGrid>
            <w:tr w:rsidR="00F0490C" w:rsidRPr="008E2A84" w14:paraId="2CA71CC6" w14:textId="77777777" w:rsidTr="00E66A93">
              <w:tc>
                <w:tcPr>
                  <w:tcW w:w="2268" w:type="dxa"/>
                </w:tcPr>
                <w:p w14:paraId="0D8A0BB7" w14:textId="77777777" w:rsidR="00F0490C" w:rsidRPr="008E2A84" w:rsidRDefault="00000000" w:rsidP="00A859A9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>Web Width (A)</w:t>
                  </w:r>
                </w:p>
              </w:tc>
              <w:tc>
                <w:tcPr>
                  <w:tcW w:w="2977" w:type="dxa"/>
                </w:tcPr>
                <w:p w14:paraId="03F016CB" w14:textId="1C9820F5" w:rsidR="00F0490C" w:rsidRPr="008E2A84" w:rsidRDefault="00A859A9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  <w:lang w:eastAsia="zh-CN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  <w:lang w:eastAsia="zh-CN"/>
                    </w:rPr>
                    <w:t>64 73 92 100 150</w:t>
                  </w:r>
                  <w:r w:rsidRPr="008E2A84">
                    <w:rPr>
                      <w:rFonts w:asciiTheme="minorHAnsi" w:hAnsiTheme="minorHAnsi"/>
                      <w:szCs w:val="18"/>
                    </w:rPr>
                    <w:t xml:space="preserve"> mm</w:t>
                  </w:r>
                </w:p>
              </w:tc>
            </w:tr>
            <w:tr w:rsidR="00F0490C" w:rsidRPr="008E2A84" w14:paraId="41BE7E2D" w14:textId="77777777" w:rsidTr="00E66A93">
              <w:tc>
                <w:tcPr>
                  <w:tcW w:w="2268" w:type="dxa"/>
                </w:tcPr>
                <w:p w14:paraId="7F12866E" w14:textId="77777777" w:rsidR="00F0490C" w:rsidRPr="008E2A84" w:rsidRDefault="00000000" w:rsidP="00A859A9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>Thickness (T)</w:t>
                  </w:r>
                </w:p>
              </w:tc>
              <w:tc>
                <w:tcPr>
                  <w:tcW w:w="2977" w:type="dxa"/>
                </w:tcPr>
                <w:p w14:paraId="04BC2AB1" w14:textId="2394BAF1" w:rsidR="00F0490C" w:rsidRPr="008E2A84" w:rsidRDefault="00000000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>0.4</w:t>
                  </w:r>
                  <w:r w:rsidR="00B801FB" w:rsidRPr="008E2A84">
                    <w:rPr>
                      <w:rFonts w:asciiTheme="minorHAnsi" w:hAnsiTheme="minorHAnsi"/>
                      <w:szCs w:val="18"/>
                      <w:lang w:eastAsia="zh-CN"/>
                    </w:rPr>
                    <w:t xml:space="preserve"> 0.5</w:t>
                  </w:r>
                  <w:r w:rsidRPr="008E2A84">
                    <w:rPr>
                      <w:rFonts w:asciiTheme="minorHAnsi" w:hAnsiTheme="minorHAnsi"/>
                      <w:szCs w:val="18"/>
                    </w:rPr>
                    <w:t xml:space="preserve"> 0.6 mm</w:t>
                  </w:r>
                </w:p>
              </w:tc>
            </w:tr>
            <w:tr w:rsidR="00F0490C" w:rsidRPr="008E2A84" w14:paraId="322824FA" w14:textId="77777777" w:rsidTr="00E66A93">
              <w:tc>
                <w:tcPr>
                  <w:tcW w:w="2268" w:type="dxa"/>
                </w:tcPr>
                <w:p w14:paraId="43FB4ED4" w14:textId="63578E7B" w:rsidR="00F0490C" w:rsidRPr="008E2A84" w:rsidRDefault="00A859A9" w:rsidP="00A859A9">
                  <w:pPr>
                    <w:spacing w:line="276" w:lineRule="auto"/>
                    <w:rPr>
                      <w:rFonts w:asciiTheme="minorHAnsi" w:eastAsia="黑体" w:hAnsiTheme="minorHAnsi"/>
                      <w:szCs w:val="18"/>
                      <w:lang w:eastAsia="zh-CN"/>
                    </w:rPr>
                  </w:pPr>
                  <w:r w:rsidRPr="008E2A84">
                    <w:rPr>
                      <w:rFonts w:asciiTheme="minorHAnsi" w:eastAsia="黑体" w:hAnsiTheme="minorHAnsi"/>
                      <w:szCs w:val="18"/>
                      <w:lang w:eastAsia="zh-CN"/>
                    </w:rPr>
                    <w:t>Length</w:t>
                  </w:r>
                </w:p>
              </w:tc>
              <w:tc>
                <w:tcPr>
                  <w:tcW w:w="2977" w:type="dxa"/>
                </w:tcPr>
                <w:p w14:paraId="1B0BE3A0" w14:textId="2C794FEE" w:rsidR="00F0490C" w:rsidRPr="008E2A84" w:rsidRDefault="00000000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>2</w:t>
                  </w:r>
                  <w:r w:rsidR="009A5DCA" w:rsidRPr="008E2A84">
                    <w:rPr>
                      <w:rFonts w:asciiTheme="minorHAnsi" w:hAnsiTheme="minorHAnsi"/>
                      <w:szCs w:val="18"/>
                      <w:lang w:eastAsia="zh-CN"/>
                    </w:rPr>
                    <w:t>8</w:t>
                  </w:r>
                  <w:r w:rsidRPr="008E2A84">
                    <w:rPr>
                      <w:rFonts w:asciiTheme="minorHAnsi" w:hAnsiTheme="minorHAnsi"/>
                      <w:szCs w:val="18"/>
                    </w:rPr>
                    <w:t>00 / 3000 / Custom</w:t>
                  </w:r>
                  <w:r w:rsidR="009A5DCA" w:rsidRPr="008E2A84">
                    <w:rPr>
                      <w:rFonts w:asciiTheme="minorHAnsi" w:hAnsiTheme="minorHAnsi"/>
                      <w:szCs w:val="18"/>
                      <w:lang w:eastAsia="zh-CN"/>
                    </w:rPr>
                    <w:t>（</w:t>
                  </w:r>
                  <w:r w:rsidR="009A5DCA" w:rsidRPr="008E2A84">
                    <w:rPr>
                      <w:rFonts w:asciiTheme="minorHAnsi" w:hAnsiTheme="minorHAnsi"/>
                      <w:szCs w:val="18"/>
                      <w:lang w:eastAsia="zh-CN"/>
                    </w:rPr>
                    <w:t>≥2000</w:t>
                  </w:r>
                  <w:r w:rsidR="009A5DCA" w:rsidRPr="008E2A84">
                    <w:rPr>
                      <w:rFonts w:asciiTheme="minorHAnsi" w:hAnsiTheme="minorHAnsi"/>
                      <w:szCs w:val="18"/>
                      <w:lang w:eastAsia="zh-CN"/>
                    </w:rPr>
                    <w:t>）</w:t>
                  </w:r>
                </w:p>
              </w:tc>
            </w:tr>
          </w:tbl>
          <w:p w14:paraId="52A50D3E" w14:textId="59B4CA5B" w:rsidR="00F0490C" w:rsidRPr="008E2A84" w:rsidRDefault="001F16ED">
            <w:pPr>
              <w:rPr>
                <w:rFonts w:asciiTheme="minorHAnsi" w:hAnsiTheme="minorHAnsi"/>
                <w:lang w:eastAsia="zh-CN"/>
              </w:rPr>
            </w:pPr>
            <w:r>
              <w:rPr>
                <w:rFonts w:asciiTheme="minorHAnsi" w:hAnsiTheme="minorHAnsi"/>
                <w:b/>
                <w:noProof/>
                <w:color w:val="0C3666"/>
                <w:sz w:val="24"/>
                <w:szCs w:val="24"/>
              </w:rPr>
              <w:drawing>
                <wp:anchor distT="0" distB="0" distL="114300" distR="114300" simplePos="0" relativeHeight="251680768" behindDoc="0" locked="0" layoutInCell="1" allowOverlap="1" wp14:anchorId="3E3C4827" wp14:editId="34168769">
                  <wp:simplePos x="0" y="0"/>
                  <wp:positionH relativeFrom="column">
                    <wp:posOffset>-164465</wp:posOffset>
                  </wp:positionH>
                  <wp:positionV relativeFrom="paragraph">
                    <wp:posOffset>251460</wp:posOffset>
                  </wp:positionV>
                  <wp:extent cx="231775" cy="220980"/>
                  <wp:effectExtent l="0" t="0" r="0" b="7620"/>
                  <wp:wrapNone/>
                  <wp:docPr id="1033022693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7939898" name="图片 567939898"/>
                          <pic:cNvPicPr/>
                        </pic:nvPicPr>
                        <pic:blipFill rotWithShape="1">
                          <a:blip r:embed="rId9"/>
                          <a:srcRect l="62016" t="40182" r="23303" b="3889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1775" cy="2209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20F9D3A0" w14:textId="7042B844" w:rsidR="00F0490C" w:rsidRPr="008E2A84" w:rsidRDefault="00000000" w:rsidP="00E66A93">
            <w:pPr>
              <w:ind w:firstLineChars="100" w:firstLine="240"/>
              <w:rPr>
                <w:rFonts w:asciiTheme="minorHAnsi" w:hAnsiTheme="minorHAnsi"/>
              </w:rPr>
            </w:pPr>
            <w:r w:rsidRPr="001224E5">
              <w:rPr>
                <w:rFonts w:asciiTheme="minorHAnsi" w:hAnsiTheme="minorHAnsi"/>
                <w:b/>
                <w:color w:val="0C3666"/>
                <w:sz w:val="24"/>
                <w:szCs w:val="24"/>
              </w:rPr>
              <w:t>3. MATERIAL</w:t>
            </w:r>
            <w:r w:rsidRPr="008E2A84">
              <w:rPr>
                <w:rFonts w:asciiTheme="minorHAnsi" w:hAnsiTheme="minorHAnsi"/>
                <w:b/>
                <w:color w:val="0C3666"/>
                <w:sz w:val="20"/>
              </w:rPr>
              <w:t xml:space="preserve"> / </w:t>
            </w:r>
            <w:proofErr w:type="spellStart"/>
            <w:r w:rsidRPr="008E2A84">
              <w:rPr>
                <w:rFonts w:asciiTheme="minorHAnsi" w:hAnsiTheme="minorHAnsi"/>
                <w:b/>
                <w:color w:val="0C3666"/>
                <w:sz w:val="20"/>
              </w:rPr>
              <w:t>材料与表面处理</w:t>
            </w:r>
            <w:proofErr w:type="spellEnd"/>
          </w:p>
          <w:tbl>
            <w:tblPr>
              <w:tblStyle w:val="aff1"/>
              <w:tblW w:w="5245" w:type="dxa"/>
              <w:tblInd w:w="167" w:type="dxa"/>
              <w:tblLook w:val="04A0" w:firstRow="1" w:lastRow="0" w:firstColumn="1" w:lastColumn="0" w:noHBand="0" w:noVBand="1"/>
            </w:tblPr>
            <w:tblGrid>
              <w:gridCol w:w="2268"/>
              <w:gridCol w:w="2977"/>
            </w:tblGrid>
            <w:tr w:rsidR="00F0490C" w:rsidRPr="008E2A84" w14:paraId="52E57C0E" w14:textId="77777777" w:rsidTr="00E66A93">
              <w:tc>
                <w:tcPr>
                  <w:tcW w:w="2268" w:type="dxa"/>
                </w:tcPr>
                <w:p w14:paraId="2B385B45" w14:textId="6A300722" w:rsidR="00F0490C" w:rsidRPr="008E2A84" w:rsidRDefault="00D318DF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  <w:lang w:eastAsia="zh-CN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  <w:lang w:eastAsia="zh-CN"/>
                    </w:rPr>
                    <w:t>Material</w:t>
                  </w:r>
                  <w:r w:rsidRPr="008E2A84">
                    <w:rPr>
                      <w:rFonts w:asciiTheme="minorHAnsi" w:hAnsiTheme="minorHAnsi"/>
                      <w:szCs w:val="18"/>
                      <w:lang w:eastAsia="zh-CN"/>
                    </w:rPr>
                    <w:t>材质</w:t>
                  </w:r>
                </w:p>
              </w:tc>
              <w:tc>
                <w:tcPr>
                  <w:tcW w:w="2977" w:type="dxa"/>
                </w:tcPr>
                <w:p w14:paraId="2C123E1C" w14:textId="234283A7" w:rsidR="00F0490C" w:rsidRPr="008E2A84" w:rsidRDefault="00B801FB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  <w:lang w:eastAsia="zh-CN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  <w:lang w:eastAsia="zh-CN"/>
                    </w:rPr>
                    <w:t>G</w:t>
                  </w:r>
                  <w:r w:rsidR="00D318DF" w:rsidRPr="008E2A84">
                    <w:rPr>
                      <w:rFonts w:asciiTheme="minorHAnsi" w:hAnsiTheme="minorHAnsi"/>
                      <w:szCs w:val="18"/>
                      <w:lang w:eastAsia="zh-CN"/>
                    </w:rPr>
                    <w:t>alvanized steel</w:t>
                  </w:r>
                </w:p>
              </w:tc>
            </w:tr>
            <w:tr w:rsidR="00F0490C" w:rsidRPr="008E2A84" w14:paraId="04DCA241" w14:textId="77777777" w:rsidTr="00E66A93">
              <w:tc>
                <w:tcPr>
                  <w:tcW w:w="2268" w:type="dxa"/>
                </w:tcPr>
                <w:p w14:paraId="48D514A7" w14:textId="55ACEB89" w:rsidR="00F0490C" w:rsidRPr="008E2A84" w:rsidRDefault="00B801FB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  <w:lang w:eastAsia="zh-CN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 xml:space="preserve">Zinc Coating </w:t>
                  </w:r>
                  <w:r w:rsidRPr="008E2A84">
                    <w:rPr>
                      <w:rFonts w:asciiTheme="minorHAnsi" w:hAnsiTheme="minorHAnsi"/>
                      <w:szCs w:val="18"/>
                      <w:lang w:eastAsia="zh-CN"/>
                    </w:rPr>
                    <w:t>镀锌层</w:t>
                  </w:r>
                </w:p>
              </w:tc>
              <w:tc>
                <w:tcPr>
                  <w:tcW w:w="2977" w:type="dxa"/>
                </w:tcPr>
                <w:p w14:paraId="31863644" w14:textId="1E245432" w:rsidR="00F0490C" w:rsidRPr="008E2A84" w:rsidRDefault="00B801FB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>Z100 - Z275 g/m²</w:t>
                  </w:r>
                </w:p>
              </w:tc>
            </w:tr>
            <w:tr w:rsidR="00F0490C" w:rsidRPr="008E2A84" w14:paraId="2BAFCD49" w14:textId="77777777" w:rsidTr="00E66A93">
              <w:tc>
                <w:tcPr>
                  <w:tcW w:w="2268" w:type="dxa"/>
                </w:tcPr>
                <w:p w14:paraId="1F493909" w14:textId="4DB8BDC2" w:rsidR="00F0490C" w:rsidRPr="008E2A84" w:rsidRDefault="00A859A9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  <w:lang w:eastAsia="zh-CN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  <w:lang w:eastAsia="zh-CN"/>
                    </w:rPr>
                    <w:t>Surface finish</w:t>
                  </w:r>
                  <w:r w:rsidRPr="008E2A84">
                    <w:rPr>
                      <w:rFonts w:asciiTheme="minorHAnsi" w:hAnsiTheme="minorHAnsi"/>
                      <w:szCs w:val="18"/>
                    </w:rPr>
                    <w:t xml:space="preserve"> </w:t>
                  </w:r>
                  <w:r w:rsidR="00B801FB" w:rsidRPr="008E2A84">
                    <w:rPr>
                      <w:rFonts w:asciiTheme="minorHAnsi" w:hAnsiTheme="minorHAnsi"/>
                      <w:szCs w:val="18"/>
                      <w:lang w:eastAsia="zh-CN"/>
                    </w:rPr>
                    <w:t>表面处理</w:t>
                  </w:r>
                </w:p>
              </w:tc>
              <w:tc>
                <w:tcPr>
                  <w:tcW w:w="2977" w:type="dxa"/>
                </w:tcPr>
                <w:p w14:paraId="571DC232" w14:textId="07A9796C" w:rsidR="00F0490C" w:rsidRPr="008E2A84" w:rsidRDefault="00B801FB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  <w:lang w:eastAsia="zh-CN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  <w:lang w:eastAsia="zh-CN"/>
                    </w:rPr>
                    <w:t>Hot-dip Galvanized</w:t>
                  </w:r>
                </w:p>
              </w:tc>
            </w:tr>
          </w:tbl>
          <w:p w14:paraId="13D8CDDD" w14:textId="46E9EDC6" w:rsidR="004D1C23" w:rsidRPr="008E2A84" w:rsidRDefault="001F16ED">
            <w:pPr>
              <w:rPr>
                <w:rFonts w:asciiTheme="minorHAnsi" w:hAnsiTheme="minorHAnsi"/>
                <w:lang w:eastAsia="zh-CN"/>
              </w:rPr>
            </w:pPr>
            <w:r>
              <w:rPr>
                <w:rFonts w:asciiTheme="minorHAnsi" w:hAnsiTheme="minorHAnsi"/>
                <w:b/>
                <w:noProof/>
                <w:color w:val="0C3666"/>
                <w:sz w:val="24"/>
                <w:szCs w:val="24"/>
              </w:rPr>
              <w:drawing>
                <wp:anchor distT="0" distB="0" distL="114300" distR="114300" simplePos="0" relativeHeight="251681792" behindDoc="0" locked="0" layoutInCell="1" allowOverlap="1" wp14:anchorId="0000621F" wp14:editId="00856DD4">
                  <wp:simplePos x="0" y="0"/>
                  <wp:positionH relativeFrom="column">
                    <wp:posOffset>-193040</wp:posOffset>
                  </wp:positionH>
                  <wp:positionV relativeFrom="paragraph">
                    <wp:posOffset>233680</wp:posOffset>
                  </wp:positionV>
                  <wp:extent cx="262255" cy="246380"/>
                  <wp:effectExtent l="0" t="0" r="4445" b="1270"/>
                  <wp:wrapNone/>
                  <wp:docPr id="1144924499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7939898" name="图片 567939898"/>
                          <pic:cNvPicPr/>
                        </pic:nvPicPr>
                        <pic:blipFill rotWithShape="1">
                          <a:blip r:embed="rId9"/>
                          <a:srcRect l="4524" t="39803" r="80248" b="3871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2255" cy="246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5FB860D8" w14:textId="02B9E9A8" w:rsidR="00F0490C" w:rsidRPr="008E2A84" w:rsidRDefault="00000000" w:rsidP="00E66A93">
            <w:pPr>
              <w:ind w:firstLineChars="100" w:firstLine="240"/>
              <w:rPr>
                <w:rFonts w:asciiTheme="minorHAnsi" w:hAnsiTheme="minorHAnsi"/>
              </w:rPr>
            </w:pPr>
            <w:r w:rsidRPr="001224E5">
              <w:rPr>
                <w:rFonts w:asciiTheme="minorHAnsi" w:hAnsiTheme="minorHAnsi"/>
                <w:b/>
                <w:color w:val="0C3666"/>
                <w:sz w:val="24"/>
                <w:szCs w:val="24"/>
              </w:rPr>
              <w:t>4. TOLERANCE</w:t>
            </w:r>
            <w:r w:rsidRPr="008E2A84">
              <w:rPr>
                <w:rFonts w:asciiTheme="minorHAnsi" w:hAnsiTheme="minorHAnsi"/>
                <w:b/>
                <w:color w:val="0C3666"/>
                <w:sz w:val="20"/>
              </w:rPr>
              <w:t xml:space="preserve"> / </w:t>
            </w:r>
            <w:proofErr w:type="spellStart"/>
            <w:r w:rsidRPr="008E2A84">
              <w:rPr>
                <w:rFonts w:asciiTheme="minorHAnsi" w:hAnsiTheme="minorHAnsi"/>
                <w:b/>
                <w:color w:val="0C3666"/>
                <w:sz w:val="20"/>
              </w:rPr>
              <w:t>公差标准</w:t>
            </w:r>
            <w:proofErr w:type="spellEnd"/>
          </w:p>
          <w:tbl>
            <w:tblPr>
              <w:tblStyle w:val="aff1"/>
              <w:tblW w:w="0" w:type="auto"/>
              <w:tblInd w:w="167" w:type="dxa"/>
              <w:tblLook w:val="04A0" w:firstRow="1" w:lastRow="0" w:firstColumn="1" w:lastColumn="0" w:noHBand="0" w:noVBand="1"/>
            </w:tblPr>
            <w:tblGrid>
              <w:gridCol w:w="2268"/>
              <w:gridCol w:w="2977"/>
            </w:tblGrid>
            <w:tr w:rsidR="00F354C9" w:rsidRPr="008E2A84" w14:paraId="68C0DCD3" w14:textId="77777777" w:rsidTr="00E66A93">
              <w:tc>
                <w:tcPr>
                  <w:tcW w:w="2268" w:type="dxa"/>
                </w:tcPr>
                <w:p w14:paraId="3F682845" w14:textId="77777777" w:rsidR="00F0490C" w:rsidRPr="008E2A84" w:rsidRDefault="00000000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 xml:space="preserve">Thickness </w:t>
                  </w:r>
                  <w:proofErr w:type="spellStart"/>
                  <w:r w:rsidRPr="008E2A84">
                    <w:rPr>
                      <w:rFonts w:asciiTheme="minorHAnsi" w:hAnsiTheme="minorHAnsi"/>
                      <w:szCs w:val="18"/>
                    </w:rPr>
                    <w:t>厚度公差</w:t>
                  </w:r>
                  <w:proofErr w:type="spellEnd"/>
                </w:p>
              </w:tc>
              <w:tc>
                <w:tcPr>
                  <w:tcW w:w="2977" w:type="dxa"/>
                </w:tcPr>
                <w:p w14:paraId="19DDB04B" w14:textId="77777777" w:rsidR="00F0490C" w:rsidRPr="008E2A84" w:rsidRDefault="00000000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>±0.03 mm</w:t>
                  </w:r>
                </w:p>
              </w:tc>
            </w:tr>
            <w:tr w:rsidR="00F354C9" w:rsidRPr="008E2A84" w14:paraId="4A7CDCAB" w14:textId="77777777" w:rsidTr="00E66A93">
              <w:tc>
                <w:tcPr>
                  <w:tcW w:w="2268" w:type="dxa"/>
                </w:tcPr>
                <w:p w14:paraId="49E4719B" w14:textId="77777777" w:rsidR="00F0490C" w:rsidRPr="008E2A84" w:rsidRDefault="00000000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 xml:space="preserve">Width </w:t>
                  </w:r>
                  <w:proofErr w:type="spellStart"/>
                  <w:r w:rsidRPr="008E2A84">
                    <w:rPr>
                      <w:rFonts w:asciiTheme="minorHAnsi" w:hAnsiTheme="minorHAnsi"/>
                      <w:szCs w:val="18"/>
                    </w:rPr>
                    <w:t>宽度公差</w:t>
                  </w:r>
                  <w:proofErr w:type="spellEnd"/>
                </w:p>
              </w:tc>
              <w:tc>
                <w:tcPr>
                  <w:tcW w:w="2977" w:type="dxa"/>
                </w:tcPr>
                <w:p w14:paraId="5BE710D0" w14:textId="77777777" w:rsidR="00F0490C" w:rsidRPr="008E2A84" w:rsidRDefault="00000000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>±0.50 mm</w:t>
                  </w:r>
                </w:p>
              </w:tc>
            </w:tr>
            <w:tr w:rsidR="00F354C9" w:rsidRPr="008E2A84" w14:paraId="49254248" w14:textId="77777777" w:rsidTr="00E66A93">
              <w:tc>
                <w:tcPr>
                  <w:tcW w:w="2268" w:type="dxa"/>
                </w:tcPr>
                <w:p w14:paraId="332A758C" w14:textId="77777777" w:rsidR="00F0490C" w:rsidRPr="008E2A84" w:rsidRDefault="00000000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 xml:space="preserve">Length </w:t>
                  </w:r>
                  <w:proofErr w:type="spellStart"/>
                  <w:r w:rsidRPr="008E2A84">
                    <w:rPr>
                      <w:rFonts w:asciiTheme="minorHAnsi" w:hAnsiTheme="minorHAnsi"/>
                      <w:szCs w:val="18"/>
                    </w:rPr>
                    <w:t>长度公差</w:t>
                  </w:r>
                  <w:proofErr w:type="spellEnd"/>
                </w:p>
              </w:tc>
              <w:tc>
                <w:tcPr>
                  <w:tcW w:w="2977" w:type="dxa"/>
                </w:tcPr>
                <w:p w14:paraId="7EEC4523" w14:textId="77777777" w:rsidR="00F0490C" w:rsidRPr="008E2A84" w:rsidRDefault="00000000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>±5.0 mm</w:t>
                  </w:r>
                </w:p>
              </w:tc>
            </w:tr>
          </w:tbl>
          <w:p w14:paraId="356C93A8" w14:textId="487F9CB2" w:rsidR="00F0490C" w:rsidRPr="008E2A84" w:rsidRDefault="00F0490C">
            <w:pPr>
              <w:rPr>
                <w:rFonts w:asciiTheme="minorHAnsi" w:hAnsiTheme="minorHAnsi"/>
              </w:rPr>
            </w:pPr>
          </w:p>
          <w:p w14:paraId="21696328" w14:textId="061CB8A7" w:rsidR="008E2A84" w:rsidRPr="008E2A84" w:rsidRDefault="008E2A84" w:rsidP="00A0784F">
            <w:pPr>
              <w:ind w:rightChars="132" w:right="238"/>
              <w:rPr>
                <w:rFonts w:asciiTheme="minorHAnsi" w:hAnsiTheme="minorHAnsi"/>
                <w:lang w:eastAsia="zh-CN"/>
              </w:rPr>
            </w:pPr>
          </w:p>
        </w:tc>
        <w:tc>
          <w:tcPr>
            <w:tcW w:w="5785" w:type="dxa"/>
          </w:tcPr>
          <w:p w14:paraId="43CE2B4C" w14:textId="2BC615F9" w:rsidR="001F16ED" w:rsidRDefault="001F16ED" w:rsidP="001224E5">
            <w:pPr>
              <w:ind w:firstLineChars="300" w:firstLine="720"/>
              <w:rPr>
                <w:rFonts w:asciiTheme="minorHAnsi" w:hAnsiTheme="minorHAnsi"/>
                <w:b/>
                <w:color w:val="0C3666"/>
                <w:sz w:val="24"/>
                <w:szCs w:val="24"/>
                <w:lang w:eastAsia="zh-CN"/>
              </w:rPr>
            </w:pPr>
            <w:r>
              <w:rPr>
                <w:rFonts w:asciiTheme="minorHAnsi" w:hAnsiTheme="minorHAnsi"/>
                <w:b/>
                <w:noProof/>
                <w:color w:val="0C3666"/>
                <w:sz w:val="24"/>
                <w:szCs w:val="24"/>
              </w:rPr>
              <w:drawing>
                <wp:anchor distT="0" distB="0" distL="114300" distR="114300" simplePos="0" relativeHeight="251682816" behindDoc="0" locked="0" layoutInCell="1" allowOverlap="1" wp14:anchorId="45657921" wp14:editId="13325E06">
                  <wp:simplePos x="0" y="0"/>
                  <wp:positionH relativeFrom="column">
                    <wp:posOffset>51435</wp:posOffset>
                  </wp:positionH>
                  <wp:positionV relativeFrom="paragraph">
                    <wp:posOffset>284480</wp:posOffset>
                  </wp:positionV>
                  <wp:extent cx="307975" cy="276225"/>
                  <wp:effectExtent l="0" t="0" r="0" b="9525"/>
                  <wp:wrapNone/>
                  <wp:docPr id="424207452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7939898" name="图片 567939898"/>
                          <pic:cNvPicPr/>
                        </pic:nvPicPr>
                        <pic:blipFill rotWithShape="1">
                          <a:blip r:embed="rId9"/>
                          <a:srcRect l="3949" t="11318" r="79788" b="6679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7975" cy="27622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630DC82D" w14:textId="18CDD737" w:rsidR="00F0490C" w:rsidRPr="008E2A84" w:rsidRDefault="005D7839" w:rsidP="001224E5">
            <w:pPr>
              <w:ind w:firstLineChars="300" w:firstLine="720"/>
              <w:rPr>
                <w:rFonts w:asciiTheme="minorHAnsi" w:hAnsiTheme="minorHAnsi"/>
                <w:lang w:eastAsia="zh-CN"/>
              </w:rPr>
            </w:pPr>
            <w:r w:rsidRPr="001224E5">
              <w:rPr>
                <w:rFonts w:asciiTheme="minorHAnsi" w:hAnsiTheme="minorHAnsi" w:hint="eastAsia"/>
                <w:b/>
                <w:color w:val="0C3666"/>
                <w:sz w:val="24"/>
                <w:szCs w:val="24"/>
                <w:lang w:eastAsia="zh-CN"/>
              </w:rPr>
              <w:t>6.</w:t>
            </w:r>
            <w:r w:rsidRPr="001224E5">
              <w:rPr>
                <w:rFonts w:asciiTheme="minorHAnsi" w:hAnsiTheme="minorHAnsi"/>
                <w:b/>
                <w:color w:val="0C3666"/>
                <w:sz w:val="24"/>
                <w:szCs w:val="24"/>
              </w:rPr>
              <w:t xml:space="preserve">Product Photo / </w:t>
            </w:r>
            <w:proofErr w:type="spellStart"/>
            <w:r w:rsidRPr="001224E5">
              <w:rPr>
                <w:rFonts w:asciiTheme="minorHAnsi" w:hAnsiTheme="minorHAnsi"/>
                <w:b/>
                <w:color w:val="0C3666"/>
                <w:sz w:val="24"/>
                <w:szCs w:val="24"/>
              </w:rPr>
              <w:t>产</w:t>
            </w:r>
            <w:r w:rsidRPr="008E2A84">
              <w:rPr>
                <w:rFonts w:asciiTheme="minorHAnsi" w:hAnsiTheme="minorHAnsi"/>
                <w:b/>
                <w:color w:val="0C3666"/>
                <w:sz w:val="20"/>
              </w:rPr>
              <w:t>品实物</w:t>
            </w:r>
            <w:proofErr w:type="spellEnd"/>
          </w:p>
          <w:tbl>
            <w:tblPr>
              <w:tblpPr w:leftFromText="180" w:rightFromText="180" w:vertAnchor="text" w:horzAnchor="margin" w:tblpXSpec="center" w:tblpY="-33"/>
              <w:tblOverlap w:val="never"/>
              <w:tblW w:w="0" w:type="auto"/>
              <w:tblBorders>
                <w:top w:val="single" w:sz="6" w:space="0" w:color="9E9E9E"/>
                <w:left w:val="single" w:sz="6" w:space="0" w:color="9E9E9E"/>
                <w:bottom w:val="single" w:sz="6" w:space="0" w:color="9E9E9E"/>
                <w:right w:val="single" w:sz="6" w:space="0" w:color="9E9E9E"/>
                <w:insideH w:val="single" w:sz="4" w:space="0" w:color="D9D9D9"/>
                <w:insideV w:val="single" w:sz="4" w:space="0" w:color="D9D9D9"/>
              </w:tblBorders>
              <w:tblLayout w:type="fixed"/>
              <w:tblCellMar>
                <w:left w:w="85" w:type="dxa"/>
                <w:right w:w="85" w:type="dxa"/>
              </w:tblCellMar>
              <w:tblLook w:val="04A0" w:firstRow="1" w:lastRow="0" w:firstColumn="1" w:lastColumn="0" w:noHBand="0" w:noVBand="1"/>
            </w:tblPr>
            <w:tblGrid>
              <w:gridCol w:w="4367"/>
            </w:tblGrid>
            <w:tr w:rsidR="005D7839" w14:paraId="121767A0" w14:textId="77777777" w:rsidTr="00C01C32">
              <w:trPr>
                <w:trHeight w:hRule="exact" w:val="2636"/>
              </w:trPr>
              <w:tc>
                <w:tcPr>
                  <w:tcW w:w="4367" w:type="dxa"/>
                  <w:shd w:val="clear" w:color="auto" w:fill="FFFFFF"/>
                  <w:tcMar>
                    <w:top w:w="80" w:type="dxa"/>
                    <w:left w:w="80" w:type="dxa"/>
                    <w:bottom w:w="80" w:type="dxa"/>
                    <w:right w:w="80" w:type="dxa"/>
                  </w:tcMar>
                  <w:vAlign w:val="center"/>
                </w:tcPr>
                <w:p w14:paraId="6D4884B1" w14:textId="71B23E05" w:rsidR="005D7839" w:rsidRDefault="00C01C32" w:rsidP="005D7839">
                  <w:pPr>
                    <w:spacing w:after="0" w:line="240" w:lineRule="auto"/>
                    <w:jc w:val="center"/>
                  </w:pPr>
                  <w:r>
                    <w:rPr>
                      <w:noProof/>
                    </w:rPr>
                    <w:drawing>
                      <wp:inline distT="0" distB="0" distL="0" distR="0" wp14:anchorId="5E024797" wp14:editId="0490C255">
                        <wp:extent cx="2663673" cy="1775782"/>
                        <wp:effectExtent l="0" t="0" r="6985" b="0"/>
                        <wp:docPr id="72279695" name="图片 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72279695" name="图片 5"/>
                                <pic:cNvPicPr/>
                              </pic:nvPicPr>
                              <pic:blipFill>
                                <a:blip r:embed="rId1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663673" cy="177578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5D7839" w14:paraId="3DA69C95" w14:textId="77777777" w:rsidTr="00C01C32">
              <w:trPr>
                <w:trHeight w:hRule="exact" w:val="311"/>
              </w:trPr>
              <w:tc>
                <w:tcPr>
                  <w:tcW w:w="4367" w:type="dxa"/>
                  <w:shd w:val="clear" w:color="auto" w:fill="2F3E4E"/>
                  <w:tcMar>
                    <w:top w:w="40" w:type="dxa"/>
                    <w:left w:w="140" w:type="dxa"/>
                    <w:bottom w:w="40" w:type="dxa"/>
                    <w:right w:w="90" w:type="dxa"/>
                  </w:tcMar>
                </w:tcPr>
                <w:p w14:paraId="26EF1934" w14:textId="6F35E673" w:rsidR="005D7839" w:rsidRDefault="005D7839" w:rsidP="00AD45A0">
                  <w:pPr>
                    <w:tabs>
                      <w:tab w:val="right" w:pos="4137"/>
                    </w:tabs>
                    <w:spacing w:after="0"/>
                  </w:pPr>
                  <w:r>
                    <w:rPr>
                      <w:b/>
                      <w:color w:val="FFFFFF"/>
                    </w:rPr>
                    <w:t>DXL-WS SERIES</w:t>
                  </w:r>
                  <w:r w:rsidR="00AD45A0">
                    <w:rPr>
                      <w:b/>
                      <w:color w:val="FFFFFF"/>
                    </w:rPr>
                    <w:tab/>
                  </w:r>
                </w:p>
              </w:tc>
            </w:tr>
          </w:tbl>
          <w:p w14:paraId="351C6A6E" w14:textId="6B6E8278" w:rsidR="00D951F9" w:rsidRDefault="00D951F9" w:rsidP="005D7839">
            <w:pPr>
              <w:rPr>
                <w:rFonts w:asciiTheme="minorHAnsi" w:hAnsiTheme="minorHAnsi"/>
                <w:lang w:eastAsia="zh-CN"/>
              </w:rPr>
            </w:pPr>
          </w:p>
          <w:p w14:paraId="5FDBDE4C" w14:textId="4583441C" w:rsidR="00CF3F56" w:rsidRDefault="00CF3F56" w:rsidP="005D7839">
            <w:pPr>
              <w:rPr>
                <w:rFonts w:asciiTheme="minorHAnsi" w:hAnsiTheme="minorHAnsi"/>
                <w:noProof/>
                <w:lang w:eastAsia="zh-CN"/>
              </w:rPr>
            </w:pPr>
          </w:p>
          <w:p w14:paraId="6DA13FCC" w14:textId="171BC493" w:rsidR="00CF3F56" w:rsidRPr="001224E5" w:rsidRDefault="001F16ED" w:rsidP="001224E5">
            <w:pPr>
              <w:spacing w:before="600"/>
              <w:ind w:firstLineChars="300" w:firstLine="720"/>
              <w:rPr>
                <w:rFonts w:asciiTheme="minorHAnsi" w:hAnsiTheme="minorHAnsi"/>
                <w:b/>
                <w:color w:val="0C3666"/>
                <w:sz w:val="24"/>
                <w:szCs w:val="24"/>
                <w:lang w:eastAsia="zh-CN"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>
              <w:rPr>
                <w:rFonts w:asciiTheme="minorHAnsi" w:hAnsiTheme="minorHAnsi"/>
                <w:b/>
                <w:noProof/>
                <w:color w:val="0C3666"/>
                <w:sz w:val="24"/>
                <w:szCs w:val="24"/>
              </w:rPr>
              <w:drawing>
                <wp:anchor distT="0" distB="0" distL="114300" distR="114300" simplePos="0" relativeHeight="251683840" behindDoc="0" locked="0" layoutInCell="1" allowOverlap="1" wp14:anchorId="62F63732" wp14:editId="7A1901EE">
                  <wp:simplePos x="0" y="0"/>
                  <wp:positionH relativeFrom="column">
                    <wp:posOffset>66675</wp:posOffset>
                  </wp:positionH>
                  <wp:positionV relativeFrom="paragraph">
                    <wp:posOffset>1585595</wp:posOffset>
                  </wp:positionV>
                  <wp:extent cx="286021" cy="269522"/>
                  <wp:effectExtent l="0" t="0" r="0" b="0"/>
                  <wp:wrapNone/>
                  <wp:docPr id="1289522096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7939898" name="图片 567939898"/>
                          <pic:cNvPicPr/>
                        </pic:nvPicPr>
                        <pic:blipFill rotWithShape="1">
                          <a:blip r:embed="rId9"/>
                          <a:srcRect l="23369" t="11308" r="60949" b="6652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6021" cy="26952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CF3F56" w:rsidRPr="001224E5">
              <w:rPr>
                <w:rFonts w:asciiTheme="minorHAnsi" w:hAnsiTheme="minorHAnsi" w:hint="eastAsia"/>
                <w:b/>
                <w:color w:val="0C3666"/>
                <w:sz w:val="24"/>
                <w:szCs w:val="24"/>
                <w:lang w:eastAsia="zh-CN"/>
              </w:rPr>
              <w:t>7.</w:t>
            </w:r>
            <w:r w:rsidR="00CF3F56" w:rsidRPr="001224E5">
              <w:rPr>
                <w:rFonts w:asciiTheme="minorHAnsi" w:hAnsiTheme="minorHAnsi"/>
                <w:b/>
                <w:color w:val="0C3666"/>
                <w:sz w:val="24"/>
                <w:szCs w:val="24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 xml:space="preserve">SECTIONVIEW / </w:t>
            </w:r>
            <w:proofErr w:type="spellStart"/>
            <w:r w:rsidR="00CF3F56" w:rsidRPr="001224E5">
              <w:rPr>
                <w:rFonts w:asciiTheme="minorHAnsi" w:hAnsiTheme="minorHAnsi"/>
                <w:b/>
                <w:color w:val="0C3666"/>
                <w:sz w:val="24"/>
                <w:szCs w:val="24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截面图</w:t>
            </w:r>
            <w:proofErr w:type="spellEnd"/>
          </w:p>
          <w:p w14:paraId="5E832767" w14:textId="00C84AFA" w:rsidR="00A670F0" w:rsidRDefault="00A670F0" w:rsidP="00A670F0">
            <w:pPr>
              <w:spacing w:after="0" w:line="240" w:lineRule="auto"/>
              <w:ind w:firstLineChars="200" w:firstLine="360"/>
              <w:rPr>
                <w:rFonts w:asciiTheme="minorHAnsi" w:hAnsiTheme="minorHAnsi"/>
                <w:lang w:eastAsia="zh-CN"/>
              </w:rPr>
            </w:pPr>
          </w:p>
          <w:tbl>
            <w:tblPr>
              <w:tblpPr w:leftFromText="180" w:rightFromText="180" w:vertAnchor="text" w:horzAnchor="margin" w:tblpXSpec="center" w:tblpY="-333"/>
              <w:tblOverlap w:val="never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4382"/>
            </w:tblGrid>
            <w:tr w:rsidR="00CF3F56" w14:paraId="16261F00" w14:textId="77777777" w:rsidTr="00CF3F56">
              <w:trPr>
                <w:trHeight w:hRule="exact" w:val="2636"/>
              </w:trPr>
              <w:tc>
                <w:tcPr>
                  <w:tcW w:w="4382" w:type="dxa"/>
                  <w:tcBorders>
                    <w:top w:val="single" w:sz="6" w:space="0" w:color="9E9E9E"/>
                    <w:left w:val="single" w:sz="6" w:space="0" w:color="9E9E9E"/>
                    <w:bottom w:val="single" w:sz="3" w:space="0" w:color="D9D9D9"/>
                    <w:right w:val="single" w:sz="6" w:space="0" w:color="9E9E9E"/>
                  </w:tcBorders>
                  <w:shd w:val="clear" w:color="auto" w:fill="FFFFFF"/>
                  <w:tcMar>
                    <w:top w:w="80" w:type="dxa"/>
                    <w:left w:w="80" w:type="dxa"/>
                    <w:bottom w:w="80" w:type="dxa"/>
                    <w:right w:w="80" w:type="dxa"/>
                  </w:tcMar>
                  <w:vAlign w:val="center"/>
                </w:tcPr>
                <w:p w14:paraId="1815C4A8" w14:textId="207B2260" w:rsidR="00CF3F56" w:rsidRDefault="00CF3F56" w:rsidP="00CF3F56">
                  <w:pPr>
                    <w:spacing w:after="0" w:line="240" w:lineRule="auto"/>
                    <w:jc w:val="center"/>
                  </w:pPr>
                  <w:bookmarkStart w:id="1" w:name="_Hlk228031567"/>
                  <w:r>
                    <w:rPr>
                      <w:rFonts w:asciiTheme="minorHAnsi" w:hAnsiTheme="minorHAnsi"/>
                      <w:b/>
                      <w:noProof/>
                      <w:color w:val="0C3666"/>
                      <w:sz w:val="20"/>
                    </w:rPr>
                    <w:drawing>
                      <wp:anchor distT="0" distB="0" distL="114300" distR="114300" simplePos="0" relativeHeight="251675648" behindDoc="0" locked="0" layoutInCell="1" allowOverlap="1" wp14:anchorId="51D30E87" wp14:editId="1F7F8B2B">
                        <wp:simplePos x="0" y="0"/>
                        <wp:positionH relativeFrom="column">
                          <wp:posOffset>462280</wp:posOffset>
                        </wp:positionH>
                        <wp:positionV relativeFrom="paragraph">
                          <wp:posOffset>38100</wp:posOffset>
                        </wp:positionV>
                        <wp:extent cx="1668145" cy="977900"/>
                        <wp:effectExtent l="0" t="0" r="0" b="0"/>
                        <wp:wrapSquare wrapText="bothSides"/>
                        <wp:docPr id="1177757627" name="图片 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177757627" name="图片 1177757627"/>
                                <pic:cNvPicPr/>
                              </pic:nvPicPr>
                              <pic:blipFill rotWithShape="1">
                                <a:blip r:embed="rId11"/>
                                <a:srcRect l="27142" t="7697" r="28018" b="19178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68145" cy="97790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  <a:extLst>
                                  <a:ext uri="{53640926-AAD7-44D8-BBD7-CCE9431645EC}">
                                    <a14:shadowObscured xmlns:a14="http://schemas.microsoft.com/office/drawing/2010/main"/>
                                  </a:ext>
                                </a:extLst>
                              </pic:spPr>
                            </pic:pic>
                          </a:graphicData>
                        </a:graphic>
                        <wp14:sizeRelH relativeFrom="page">
                          <wp14:pctWidth>0</wp14:pctWidth>
                        </wp14:sizeRelH>
                        <wp14:sizeRelV relativeFrom="page">
                          <wp14:pctHeight>0</wp14:pctHeight>
                        </wp14:sizeRelV>
                      </wp:anchor>
                    </w:drawing>
                  </w:r>
                </w:p>
              </w:tc>
            </w:tr>
            <w:tr w:rsidR="00CF3F56" w14:paraId="7C5E89A2" w14:textId="77777777" w:rsidTr="00AD45A0">
              <w:trPr>
                <w:trHeight w:hRule="exact" w:val="311"/>
              </w:trPr>
              <w:tc>
                <w:tcPr>
                  <w:tcW w:w="4382" w:type="dxa"/>
                  <w:tcBorders>
                    <w:top w:val="nil"/>
                    <w:left w:val="single" w:sz="6" w:space="0" w:color="9E9E9E"/>
                    <w:bottom w:val="single" w:sz="6" w:space="0" w:color="9E9E9E"/>
                    <w:right w:val="single" w:sz="6" w:space="0" w:color="9E9E9E"/>
                  </w:tcBorders>
                  <w:shd w:val="clear" w:color="auto" w:fill="2F3E4E"/>
                  <w:tcMar>
                    <w:top w:w="40" w:type="dxa"/>
                    <w:left w:w="140" w:type="dxa"/>
                    <w:bottom w:w="40" w:type="dxa"/>
                    <w:right w:w="90" w:type="dxa"/>
                  </w:tcMar>
                </w:tcPr>
                <w:p w14:paraId="4F7FFECB" w14:textId="1E621847" w:rsidR="00CF3F56" w:rsidRDefault="00CF3F56" w:rsidP="00CF3F56">
                  <w:pPr>
                    <w:spacing w:after="0"/>
                    <w:rPr>
                      <w:lang w:eastAsia="zh-CN"/>
                    </w:rPr>
                  </w:pPr>
                  <w:r>
                    <w:rPr>
                      <w:b/>
                      <w:color w:val="FFFFFF"/>
                    </w:rPr>
                    <w:t xml:space="preserve">DXL-WS </w:t>
                  </w:r>
                  <w:r w:rsidR="000B1106">
                    <w:rPr>
                      <w:rFonts w:hint="eastAsia"/>
                      <w:b/>
                      <w:color w:val="FFFFFF"/>
                      <w:lang w:eastAsia="zh-CN"/>
                    </w:rPr>
                    <w:t>PROFILE</w:t>
                  </w:r>
                </w:p>
              </w:tc>
            </w:tr>
          </w:tbl>
          <w:bookmarkEnd w:id="1"/>
          <w:p w14:paraId="073E66BE" w14:textId="0A3CB241" w:rsidR="00F0490C" w:rsidRPr="008E2A84" w:rsidRDefault="001F16ED">
            <w:pPr>
              <w:rPr>
                <w:rFonts w:asciiTheme="minorHAnsi" w:hAnsiTheme="minorHAnsi"/>
                <w:lang w:eastAsia="zh-CN"/>
              </w:rPr>
            </w:pPr>
            <w:r>
              <w:rPr>
                <w:rFonts w:asciiTheme="minorHAnsi" w:hAnsiTheme="minorHAnsi"/>
                <w:b/>
                <w:noProof/>
                <w:color w:val="0C3666"/>
                <w:sz w:val="24"/>
                <w:szCs w:val="24"/>
              </w:rPr>
              <w:drawing>
                <wp:anchor distT="0" distB="0" distL="114300" distR="114300" simplePos="0" relativeHeight="251684864" behindDoc="0" locked="0" layoutInCell="1" allowOverlap="1" wp14:anchorId="01D5ACA2" wp14:editId="6DF253E4">
                  <wp:simplePos x="0" y="0"/>
                  <wp:positionH relativeFrom="column">
                    <wp:posOffset>66307</wp:posOffset>
                  </wp:positionH>
                  <wp:positionV relativeFrom="paragraph">
                    <wp:posOffset>2028190</wp:posOffset>
                  </wp:positionV>
                  <wp:extent cx="285115" cy="259958"/>
                  <wp:effectExtent l="0" t="0" r="635" b="6985"/>
                  <wp:wrapNone/>
                  <wp:docPr id="1592005752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7939898" name="图片 567939898"/>
                          <pic:cNvPicPr/>
                        </pic:nvPicPr>
                        <pic:blipFill rotWithShape="1">
                          <a:blip r:embed="rId9"/>
                          <a:srcRect l="42215" t="40255" r="42405" b="3871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115" cy="25995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CF3F56" w:rsidRPr="00CF3F56">
              <w:rPr>
                <w:rFonts w:asciiTheme="minorHAnsi" w:hAnsiTheme="minorHAnsi"/>
                <w:b/>
                <w:noProof/>
                <w:color w:val="0C3666"/>
                <w:sz w:val="20"/>
                <w:lang w:eastAsia="zh-CN"/>
              </w:rPr>
              <mc:AlternateContent>
                <mc:Choice Requires="wps">
                  <w:drawing>
                    <wp:anchor distT="45720" distB="45720" distL="114300" distR="114300" simplePos="0" relativeHeight="251677696" behindDoc="0" locked="0" layoutInCell="1" allowOverlap="1" wp14:anchorId="59319CF3" wp14:editId="10020E3A">
                      <wp:simplePos x="0" y="0"/>
                      <wp:positionH relativeFrom="margin">
                        <wp:posOffset>395605</wp:posOffset>
                      </wp:positionH>
                      <wp:positionV relativeFrom="margin">
                        <wp:posOffset>4862830</wp:posOffset>
                      </wp:positionV>
                      <wp:extent cx="2742565" cy="1261110"/>
                      <wp:effectExtent l="0" t="0" r="635" b="0"/>
                      <wp:wrapSquare wrapText="bothSides"/>
                      <wp:docPr id="217" name="文本框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742565" cy="14046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29E8DFC6" w14:textId="77777777" w:rsidR="00CF3F56" w:rsidRPr="001224E5" w:rsidRDefault="00CF3F56" w:rsidP="001224E5">
                                  <w:pPr>
                                    <w:spacing w:before="360" w:after="100" w:line="240" w:lineRule="auto"/>
                                    <w:rPr>
                                      <w:rFonts w:asciiTheme="minorHAnsi" w:hAnsiTheme="minorHAnsi"/>
                                      <w:sz w:val="24"/>
                                      <w:szCs w:val="24"/>
                                      <w:lang w:eastAsia="zh-CN"/>
                                    </w:rPr>
                                  </w:pPr>
                                  <w:r w:rsidRPr="001224E5">
                                    <w:rPr>
                                      <w:rFonts w:asciiTheme="minorHAnsi" w:hAnsiTheme="minorHAnsi" w:hint="eastAsia"/>
                                      <w:b/>
                                      <w:color w:val="0C3666"/>
                                      <w:sz w:val="24"/>
                                      <w:szCs w:val="24"/>
                                      <w:lang w:eastAsia="zh-CN"/>
                                    </w:rPr>
                                    <w:t>8</w:t>
                                  </w:r>
                                  <w:r w:rsidRPr="001224E5">
                                    <w:rPr>
                                      <w:rFonts w:asciiTheme="minorHAnsi" w:hAnsiTheme="minorHAnsi"/>
                                      <w:b/>
                                      <w:color w:val="0C3666"/>
                                      <w:sz w:val="24"/>
                                      <w:szCs w:val="24"/>
                                    </w:rPr>
                                    <w:t>. PACK</w:t>
                                  </w:r>
                                  <w:r w:rsidRPr="001224E5">
                                    <w:rPr>
                                      <w:rFonts w:asciiTheme="minorHAnsi" w:hAnsiTheme="minorHAnsi" w:hint="eastAsia"/>
                                      <w:b/>
                                      <w:color w:val="0C3666"/>
                                      <w:sz w:val="24"/>
                                      <w:szCs w:val="24"/>
                                      <w:lang w:eastAsia="zh-CN"/>
                                    </w:rPr>
                                    <w:t>AG</w:t>
                                  </w:r>
                                  <w:r w:rsidRPr="001224E5">
                                    <w:rPr>
                                      <w:rFonts w:asciiTheme="minorHAnsi" w:hAnsiTheme="minorHAnsi"/>
                                      <w:b/>
                                      <w:color w:val="0C3666"/>
                                      <w:sz w:val="24"/>
                                      <w:szCs w:val="24"/>
                                    </w:rPr>
                                    <w:t xml:space="preserve">ING / </w:t>
                                  </w:r>
                                  <w:proofErr w:type="spellStart"/>
                                  <w:r w:rsidRPr="001224E5">
                                    <w:rPr>
                                      <w:rFonts w:asciiTheme="minorHAnsi" w:hAnsiTheme="minorHAnsi"/>
                                      <w:b/>
                                      <w:color w:val="0C3666"/>
                                      <w:sz w:val="24"/>
                                      <w:szCs w:val="24"/>
                                    </w:rPr>
                                    <w:t>包装示意</w:t>
                                  </w:r>
                                  <w:proofErr w:type="spellEnd"/>
                                </w:p>
                                <w:p w14:paraId="65DD7463" w14:textId="77777777" w:rsidR="00CF3F56" w:rsidRPr="001224E5" w:rsidRDefault="00CF3F56" w:rsidP="001224E5">
                                  <w:pPr>
                                    <w:spacing w:after="0" w:line="240" w:lineRule="auto"/>
                                    <w:rPr>
                                      <w:rFonts w:asciiTheme="minorHAnsi" w:hAnsiTheme="minorHAnsi"/>
                                      <w:sz w:val="22"/>
                                      <w:lang w:eastAsia="zh-CN"/>
                                    </w:rPr>
                                  </w:pPr>
                                  <w:r w:rsidRPr="001224E5">
                                    <w:rPr>
                                      <w:rFonts w:asciiTheme="minorHAnsi" w:hAnsiTheme="minorHAnsi" w:hint="eastAsia"/>
                                      <w:sz w:val="22"/>
                                      <w:lang w:eastAsia="zh-CN"/>
                                    </w:rPr>
                                    <w:t xml:space="preserve">Standard bundle packing </w:t>
                                  </w:r>
                                </w:p>
                                <w:p w14:paraId="7BC6E269" w14:textId="77777777" w:rsidR="00CF3F56" w:rsidRPr="001224E5" w:rsidRDefault="00CF3F56" w:rsidP="001224E5">
                                  <w:pPr>
                                    <w:spacing w:after="0" w:line="240" w:lineRule="auto"/>
                                    <w:rPr>
                                      <w:rFonts w:asciiTheme="minorHAnsi" w:hAnsiTheme="minorHAnsi"/>
                                      <w:sz w:val="22"/>
                                      <w:lang w:eastAsia="zh-CN"/>
                                    </w:rPr>
                                  </w:pPr>
                                  <w:r w:rsidRPr="001224E5">
                                    <w:rPr>
                                      <w:rFonts w:asciiTheme="minorHAnsi" w:hAnsiTheme="minorHAnsi" w:hint="eastAsia"/>
                                      <w:sz w:val="22"/>
                                      <w:lang w:eastAsia="zh-CN"/>
                                    </w:rPr>
                                    <w:t>category-name printed bag.</w:t>
                                  </w:r>
                                </w:p>
                                <w:p w14:paraId="17E8DE4B" w14:textId="77777777" w:rsidR="00CF3F56" w:rsidRPr="001224E5" w:rsidRDefault="00CF3F56" w:rsidP="001224E5">
                                  <w:pPr>
                                    <w:spacing w:after="0" w:line="240" w:lineRule="auto"/>
                                    <w:rPr>
                                      <w:rFonts w:asciiTheme="minorHAnsi" w:hAnsiTheme="minorHAnsi"/>
                                      <w:sz w:val="22"/>
                                      <w:lang w:eastAsia="zh-CN"/>
                                    </w:rPr>
                                  </w:pPr>
                                  <w:r w:rsidRPr="001224E5">
                                    <w:rPr>
                                      <w:rFonts w:asciiTheme="minorHAnsi" w:hAnsiTheme="minorHAnsi" w:hint="eastAsia"/>
                                      <w:sz w:val="22"/>
                                      <w:lang w:eastAsia="zh-CN"/>
                                    </w:rPr>
                                    <w:t>Easy for storage and identification</w:t>
                                  </w:r>
                                </w:p>
                                <w:p w14:paraId="38E5DCB2" w14:textId="32C3A77D" w:rsidR="00CF3F56" w:rsidRPr="001224E5" w:rsidRDefault="00CF3F56"/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59319CF3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文本框 2" o:spid="_x0000_s1026" type="#_x0000_t202" style="position:absolute;margin-left:31.15pt;margin-top:382.9pt;width:215.95pt;height:99.3pt;z-index:25167769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" stroked="f">
                      <v:textbox>
                        <w:txbxContent>
                          <w:p w14:paraId="29E8DFC6" w14:textId="77777777" w:rsidR="00CF3F56" w:rsidRPr="001224E5" w:rsidRDefault="00CF3F56" w:rsidP="001224E5">
                            <w:pPr>
                              <w:spacing w:before="360" w:after="100" w:line="240" w:lineRule="auto"/>
                              <w:rPr>
                                <w:rFonts w:asciiTheme="minorHAnsi" w:hAnsiTheme="minorHAnsi"/>
                                <w:sz w:val="24"/>
                                <w:szCs w:val="24"/>
                                <w:lang w:eastAsia="zh-CN"/>
                              </w:rPr>
                            </w:pPr>
                            <w:r w:rsidRPr="001224E5">
                              <w:rPr>
                                <w:rFonts w:asciiTheme="minorHAnsi" w:hAnsiTheme="minorHAnsi" w:hint="eastAsia"/>
                                <w:b/>
                                <w:color w:val="0C3666"/>
                                <w:sz w:val="24"/>
                                <w:szCs w:val="24"/>
                                <w:lang w:eastAsia="zh-CN"/>
                              </w:rPr>
                              <w:t>8</w:t>
                            </w:r>
                            <w:r w:rsidRPr="001224E5">
                              <w:rPr>
                                <w:rFonts w:asciiTheme="minorHAnsi" w:hAnsiTheme="minorHAnsi"/>
                                <w:b/>
                                <w:color w:val="0C3666"/>
                                <w:sz w:val="24"/>
                                <w:szCs w:val="24"/>
                              </w:rPr>
                              <w:t>. PACK</w:t>
                            </w:r>
                            <w:r w:rsidRPr="001224E5">
                              <w:rPr>
                                <w:rFonts w:asciiTheme="minorHAnsi" w:hAnsiTheme="minorHAnsi" w:hint="eastAsia"/>
                                <w:b/>
                                <w:color w:val="0C3666"/>
                                <w:sz w:val="24"/>
                                <w:szCs w:val="24"/>
                                <w:lang w:eastAsia="zh-CN"/>
                              </w:rPr>
                              <w:t>AG</w:t>
                            </w:r>
                            <w:r w:rsidRPr="001224E5">
                              <w:rPr>
                                <w:rFonts w:asciiTheme="minorHAnsi" w:hAnsiTheme="minorHAnsi"/>
                                <w:b/>
                                <w:color w:val="0C3666"/>
                                <w:sz w:val="24"/>
                                <w:szCs w:val="24"/>
                              </w:rPr>
                              <w:t xml:space="preserve">ING / </w:t>
                            </w:r>
                            <w:proofErr w:type="spellStart"/>
                            <w:r w:rsidRPr="001224E5">
                              <w:rPr>
                                <w:rFonts w:asciiTheme="minorHAnsi" w:hAnsiTheme="minorHAnsi"/>
                                <w:b/>
                                <w:color w:val="0C3666"/>
                                <w:sz w:val="24"/>
                                <w:szCs w:val="24"/>
                              </w:rPr>
                              <w:t>包装示意</w:t>
                            </w:r>
                            <w:proofErr w:type="spellEnd"/>
                          </w:p>
                          <w:p w14:paraId="65DD7463" w14:textId="77777777" w:rsidR="00CF3F56" w:rsidRPr="001224E5" w:rsidRDefault="00CF3F56" w:rsidP="001224E5">
                            <w:pPr>
                              <w:spacing w:after="0" w:line="240" w:lineRule="auto"/>
                              <w:rPr>
                                <w:rFonts w:asciiTheme="minorHAnsi" w:hAnsiTheme="minorHAnsi"/>
                                <w:sz w:val="22"/>
                                <w:lang w:eastAsia="zh-CN"/>
                              </w:rPr>
                            </w:pPr>
                            <w:r w:rsidRPr="001224E5">
                              <w:rPr>
                                <w:rFonts w:asciiTheme="minorHAnsi" w:hAnsiTheme="minorHAnsi" w:hint="eastAsia"/>
                                <w:sz w:val="22"/>
                                <w:lang w:eastAsia="zh-CN"/>
                              </w:rPr>
                              <w:t xml:space="preserve">Standard bundle packing </w:t>
                            </w:r>
                          </w:p>
                          <w:p w14:paraId="7BC6E269" w14:textId="77777777" w:rsidR="00CF3F56" w:rsidRPr="001224E5" w:rsidRDefault="00CF3F56" w:rsidP="001224E5">
                            <w:pPr>
                              <w:spacing w:after="0" w:line="240" w:lineRule="auto"/>
                              <w:rPr>
                                <w:rFonts w:asciiTheme="minorHAnsi" w:hAnsiTheme="minorHAnsi"/>
                                <w:sz w:val="22"/>
                                <w:lang w:eastAsia="zh-CN"/>
                              </w:rPr>
                            </w:pPr>
                            <w:r w:rsidRPr="001224E5">
                              <w:rPr>
                                <w:rFonts w:asciiTheme="minorHAnsi" w:hAnsiTheme="minorHAnsi" w:hint="eastAsia"/>
                                <w:sz w:val="22"/>
                                <w:lang w:eastAsia="zh-CN"/>
                              </w:rPr>
                              <w:t>category-name printed bag.</w:t>
                            </w:r>
                          </w:p>
                          <w:p w14:paraId="17E8DE4B" w14:textId="77777777" w:rsidR="00CF3F56" w:rsidRPr="001224E5" w:rsidRDefault="00CF3F56" w:rsidP="001224E5">
                            <w:pPr>
                              <w:spacing w:after="0" w:line="240" w:lineRule="auto"/>
                              <w:rPr>
                                <w:rFonts w:asciiTheme="minorHAnsi" w:hAnsiTheme="minorHAnsi"/>
                                <w:sz w:val="22"/>
                                <w:lang w:eastAsia="zh-CN"/>
                              </w:rPr>
                            </w:pPr>
                            <w:r w:rsidRPr="001224E5">
                              <w:rPr>
                                <w:rFonts w:asciiTheme="minorHAnsi" w:hAnsiTheme="minorHAnsi" w:hint="eastAsia"/>
                                <w:sz w:val="22"/>
                                <w:lang w:eastAsia="zh-CN"/>
                              </w:rPr>
                              <w:t>Easy for storage and identification</w:t>
                            </w:r>
                          </w:p>
                          <w:p w14:paraId="38E5DCB2" w14:textId="32C3A77D" w:rsidR="00CF3F56" w:rsidRPr="001224E5" w:rsidRDefault="00CF3F56"/>
                        </w:txbxContent>
                      </v:textbox>
                      <w10:wrap type="square" anchorx="margin" anchory="margin"/>
                    </v:shape>
                  </w:pict>
                </mc:Fallback>
              </mc:AlternateContent>
            </w:r>
          </w:p>
        </w:tc>
      </w:tr>
    </w:tbl>
    <w:p w14:paraId="72C35CD5" w14:textId="6865354E" w:rsidR="00984677" w:rsidRDefault="00B172B3">
      <w:pPr>
        <w:rPr>
          <w:lang w:eastAsia="zh-CN"/>
        </w:rPr>
      </w:pPr>
      <w:r>
        <w:rPr>
          <w:rFonts w:asciiTheme="minorHAnsi" w:hAnsiTheme="minorHAnsi"/>
          <w:noProof/>
          <w:sz w:val="72"/>
          <w:szCs w:val="7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7899BDB" wp14:editId="0E165E95">
                <wp:simplePos x="0" y="0"/>
                <wp:positionH relativeFrom="column">
                  <wp:posOffset>-444500</wp:posOffset>
                </wp:positionH>
                <wp:positionV relativeFrom="paragraph">
                  <wp:posOffset>173178</wp:posOffset>
                </wp:positionV>
                <wp:extent cx="7846355" cy="669290"/>
                <wp:effectExtent l="57150" t="19050" r="59690" b="73660"/>
                <wp:wrapNone/>
                <wp:docPr id="1765985997" name="矩形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846355" cy="669290"/>
                        </a:xfrm>
                        <a:prstGeom prst="rect">
                          <a:avLst/>
                        </a:prstGeom>
                        <a:solidFill>
                          <a:srgbClr val="00458A"/>
                        </a:solidFill>
                        <a:ln>
                          <a:noFill/>
                        </a:ln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625DAB7" w14:textId="662B9A9D" w:rsidR="00E21DEA" w:rsidRPr="00582B61" w:rsidRDefault="00E21DEA" w:rsidP="00582B61">
                            <w:pPr>
                              <w:spacing w:after="0" w:line="240" w:lineRule="auto"/>
                              <w:jc w:val="center"/>
                              <w:rPr>
                                <w:szCs w:val="18"/>
                                <w:lang w:eastAsia="zh-CN"/>
                              </w:rPr>
                            </w:pPr>
                            <w:r w:rsidRPr="00582B61">
                              <w:rPr>
                                <w:rFonts w:hint="eastAsia"/>
                                <w:szCs w:val="18"/>
                                <w:lang w:eastAsia="zh-CN"/>
                              </w:rPr>
                              <w:t xml:space="preserve">For </w:t>
                            </w:r>
                            <w:r w:rsidR="00582B61">
                              <w:rPr>
                                <w:rFonts w:hint="eastAsia"/>
                                <w:szCs w:val="18"/>
                                <w:lang w:eastAsia="zh-CN"/>
                              </w:rPr>
                              <w:t>S</w:t>
                            </w:r>
                            <w:r w:rsidRPr="00582B61">
                              <w:rPr>
                                <w:rFonts w:hint="eastAsia"/>
                                <w:szCs w:val="18"/>
                                <w:lang w:eastAsia="zh-CN"/>
                              </w:rPr>
                              <w:t xml:space="preserve">ales </w:t>
                            </w:r>
                            <w:r w:rsidR="00582B61">
                              <w:rPr>
                                <w:rFonts w:hint="eastAsia"/>
                                <w:szCs w:val="18"/>
                                <w:lang w:eastAsia="zh-CN"/>
                              </w:rPr>
                              <w:t>I</w:t>
                            </w:r>
                            <w:r w:rsidRPr="00582B61">
                              <w:rPr>
                                <w:rFonts w:hint="eastAsia"/>
                                <w:szCs w:val="18"/>
                                <w:lang w:eastAsia="zh-CN"/>
                              </w:rPr>
                              <w:t>nquiries,</w:t>
                            </w:r>
                            <w:r w:rsidR="00582B61" w:rsidRPr="00582B61">
                              <w:rPr>
                                <w:rFonts w:hint="eastAsia"/>
                                <w:szCs w:val="18"/>
                                <w:lang w:eastAsia="zh-CN"/>
                              </w:rPr>
                              <w:t xml:space="preserve"> </w:t>
                            </w:r>
                            <w:r w:rsidRPr="00582B61">
                              <w:rPr>
                                <w:rFonts w:hint="eastAsia"/>
                                <w:szCs w:val="18"/>
                                <w:lang w:eastAsia="zh-CN"/>
                              </w:rPr>
                              <w:t xml:space="preserve">please contact our global support team </w:t>
                            </w:r>
                            <w:r w:rsidR="00582B61" w:rsidRPr="00582B61">
                              <w:rPr>
                                <w:rFonts w:hint="eastAsia"/>
                                <w:szCs w:val="18"/>
                                <w:lang w:eastAsia="zh-CN"/>
                              </w:rPr>
                              <w:t>via W</w:t>
                            </w:r>
                            <w:r w:rsidR="00582B61" w:rsidRPr="00582B61">
                              <w:rPr>
                                <w:szCs w:val="18"/>
                                <w:lang w:eastAsia="zh-CN"/>
                              </w:rPr>
                              <w:t>hatsApp</w:t>
                            </w:r>
                            <w:r w:rsidR="00582B61" w:rsidRPr="00582B61">
                              <w:rPr>
                                <w:rFonts w:hint="eastAsia"/>
                                <w:szCs w:val="18"/>
                                <w:lang w:eastAsia="zh-CN"/>
                              </w:rPr>
                              <w:t>:</w:t>
                            </w:r>
                            <w:r w:rsidR="00582B61" w:rsidRPr="00582B61">
                              <w:rPr>
                                <w:rFonts w:hint="eastAsia"/>
                                <w:szCs w:val="18"/>
                                <w:lang w:eastAsia="zh-CN"/>
                              </w:rPr>
                              <w:t>＋</w:t>
                            </w:r>
                            <w:r w:rsidR="00582B61" w:rsidRPr="00582B61">
                              <w:rPr>
                                <w:rFonts w:hint="eastAsia"/>
                                <w:szCs w:val="18"/>
                                <w:lang w:eastAsia="zh-CN"/>
                              </w:rPr>
                              <w:t>78764422 or</w:t>
                            </w:r>
                            <w:r w:rsidR="00582B61" w:rsidRPr="00582B61">
                              <w:rPr>
                                <w:rFonts w:hint="eastAsia"/>
                                <w:color w:val="FFFFFF" w:themeColor="background1"/>
                                <w:szCs w:val="18"/>
                                <w:lang w:eastAsia="zh-CN"/>
                              </w:rPr>
                              <w:t xml:space="preserve"> </w:t>
                            </w:r>
                            <w:proofErr w:type="spellStart"/>
                            <w:r w:rsidR="00582B61" w:rsidRPr="00582B61">
                              <w:rPr>
                                <w:rFonts w:hint="eastAsia"/>
                                <w:color w:val="FFFFFF" w:themeColor="background1"/>
                                <w:szCs w:val="18"/>
                                <w:lang w:eastAsia="zh-CN"/>
                              </w:rPr>
                              <w:t>dxl</w:t>
                            </w:r>
                            <w:r w:rsidR="00582B61">
                              <w:rPr>
                                <w:rFonts w:hint="eastAsia"/>
                                <w:color w:val="FFFFFF" w:themeColor="background1"/>
                                <w:szCs w:val="18"/>
                                <w:lang w:eastAsia="zh-CN"/>
                              </w:rPr>
                              <w:t>metal</w:t>
                            </w:r>
                            <w:r w:rsidR="00582B61" w:rsidRPr="00582B61">
                              <w:rPr>
                                <w:rFonts w:hint="eastAsia"/>
                                <w:color w:val="FFFFFF" w:themeColor="background1"/>
                                <w:szCs w:val="18"/>
                                <w:lang w:eastAsia="zh-CN"/>
                              </w:rPr>
                              <w:t>@gmail.co</w:t>
                            </w:r>
                            <w:r w:rsidR="00582B61">
                              <w:rPr>
                                <w:rFonts w:hint="eastAsia"/>
                                <w:color w:val="FFFFFF" w:themeColor="background1"/>
                                <w:szCs w:val="18"/>
                                <w:lang w:eastAsia="zh-CN"/>
                              </w:rPr>
                              <w:t>m</w:t>
                            </w:r>
                            <w:proofErr w:type="spellEnd"/>
                          </w:p>
                          <w:p w14:paraId="121D410C" w14:textId="22E815D8" w:rsidR="00582B61" w:rsidRPr="00582B61" w:rsidRDefault="00582B61" w:rsidP="00582B61">
                            <w:pPr>
                              <w:spacing w:line="240" w:lineRule="auto"/>
                              <w:jc w:val="center"/>
                              <w:rPr>
                                <w:i/>
                                <w:iCs/>
                                <w:szCs w:val="18"/>
                                <w:lang w:eastAsia="zh-CN"/>
                              </w:rPr>
                            </w:pPr>
                            <w:r w:rsidRPr="00582B61">
                              <w:rPr>
                                <w:rFonts w:hint="eastAsia"/>
                                <w:i/>
                                <w:iCs/>
                                <w:szCs w:val="18"/>
                                <w:lang w:eastAsia="zh-CN"/>
                              </w:rPr>
                              <w:t>DXL</w:t>
                            </w:r>
                            <w:r w:rsidRPr="00582B61">
                              <w:rPr>
                                <w:i/>
                                <w:iCs/>
                                <w:szCs w:val="18"/>
                                <w:lang w:eastAsia="zh-CN"/>
                              </w:rPr>
                              <w:t>—</w:t>
                            </w:r>
                            <w:r w:rsidRPr="00582B61">
                              <w:rPr>
                                <w:rFonts w:hint="eastAsia"/>
                                <w:i/>
                                <w:iCs/>
                                <w:szCs w:val="18"/>
                                <w:lang w:eastAsia="zh-CN"/>
                              </w:rPr>
                              <w:t>Reliable Quality</w:t>
                            </w:r>
                            <w:r w:rsidRPr="00582B61">
                              <w:rPr>
                                <w:rFonts w:hint="eastAsia"/>
                                <w:i/>
                                <w:iCs/>
                                <w:szCs w:val="18"/>
                                <w:lang w:eastAsia="zh-CN"/>
                              </w:rPr>
                              <w:t>，</w:t>
                            </w:r>
                            <w:r w:rsidRPr="00582B61">
                              <w:rPr>
                                <w:rFonts w:hint="eastAsia"/>
                                <w:i/>
                                <w:iCs/>
                                <w:szCs w:val="18"/>
                                <w:lang w:eastAsia="zh-CN"/>
                              </w:rPr>
                              <w:t>Global Trust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7899BDB" id="矩形 5" o:spid="_x0000_s1027" style="position:absolute;margin-left:-35pt;margin-top:13.65pt;width:617.8pt;height:52.7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" fillcolor="#00458a" stroked="f">
                <v:shadow on="t" color="black" opacity="22937f" origin=",.5" offset="0,.63889mm"/>
                <v:textbox>
                  <w:txbxContent>
                    <w:p w14:paraId="1625DAB7" w14:textId="662B9A9D" w:rsidR="00E21DEA" w:rsidRPr="00582B61" w:rsidRDefault="00E21DEA" w:rsidP="00582B61">
                      <w:pPr>
                        <w:spacing w:after="0" w:line="240" w:lineRule="auto"/>
                        <w:jc w:val="center"/>
                        <w:rPr>
                          <w:szCs w:val="18"/>
                          <w:lang w:eastAsia="zh-CN"/>
                        </w:rPr>
                      </w:pPr>
                      <w:r w:rsidRPr="00582B61">
                        <w:rPr>
                          <w:rFonts w:hint="eastAsia"/>
                          <w:szCs w:val="18"/>
                          <w:lang w:eastAsia="zh-CN"/>
                        </w:rPr>
                        <w:t xml:space="preserve">For </w:t>
                      </w:r>
                      <w:r w:rsidR="00582B61">
                        <w:rPr>
                          <w:rFonts w:hint="eastAsia"/>
                          <w:szCs w:val="18"/>
                          <w:lang w:eastAsia="zh-CN"/>
                        </w:rPr>
                        <w:t>S</w:t>
                      </w:r>
                      <w:r w:rsidRPr="00582B61">
                        <w:rPr>
                          <w:rFonts w:hint="eastAsia"/>
                          <w:szCs w:val="18"/>
                          <w:lang w:eastAsia="zh-CN"/>
                        </w:rPr>
                        <w:t xml:space="preserve">ales </w:t>
                      </w:r>
                      <w:r w:rsidR="00582B61">
                        <w:rPr>
                          <w:rFonts w:hint="eastAsia"/>
                          <w:szCs w:val="18"/>
                          <w:lang w:eastAsia="zh-CN"/>
                        </w:rPr>
                        <w:t>I</w:t>
                      </w:r>
                      <w:r w:rsidRPr="00582B61">
                        <w:rPr>
                          <w:rFonts w:hint="eastAsia"/>
                          <w:szCs w:val="18"/>
                          <w:lang w:eastAsia="zh-CN"/>
                        </w:rPr>
                        <w:t>nquiries,</w:t>
                      </w:r>
                      <w:r w:rsidR="00582B61" w:rsidRPr="00582B61">
                        <w:rPr>
                          <w:rFonts w:hint="eastAsia"/>
                          <w:szCs w:val="18"/>
                          <w:lang w:eastAsia="zh-CN"/>
                        </w:rPr>
                        <w:t xml:space="preserve"> </w:t>
                      </w:r>
                      <w:r w:rsidRPr="00582B61">
                        <w:rPr>
                          <w:rFonts w:hint="eastAsia"/>
                          <w:szCs w:val="18"/>
                          <w:lang w:eastAsia="zh-CN"/>
                        </w:rPr>
                        <w:t xml:space="preserve">please contact our global support team </w:t>
                      </w:r>
                      <w:r w:rsidR="00582B61" w:rsidRPr="00582B61">
                        <w:rPr>
                          <w:rFonts w:hint="eastAsia"/>
                          <w:szCs w:val="18"/>
                          <w:lang w:eastAsia="zh-CN"/>
                        </w:rPr>
                        <w:t>via W</w:t>
                      </w:r>
                      <w:r w:rsidR="00582B61" w:rsidRPr="00582B61">
                        <w:rPr>
                          <w:szCs w:val="18"/>
                          <w:lang w:eastAsia="zh-CN"/>
                        </w:rPr>
                        <w:t>hatsApp</w:t>
                      </w:r>
                      <w:r w:rsidR="00582B61" w:rsidRPr="00582B61">
                        <w:rPr>
                          <w:rFonts w:hint="eastAsia"/>
                          <w:szCs w:val="18"/>
                          <w:lang w:eastAsia="zh-CN"/>
                        </w:rPr>
                        <w:t>:</w:t>
                      </w:r>
                      <w:r w:rsidR="00582B61" w:rsidRPr="00582B61">
                        <w:rPr>
                          <w:rFonts w:hint="eastAsia"/>
                          <w:szCs w:val="18"/>
                          <w:lang w:eastAsia="zh-CN"/>
                        </w:rPr>
                        <w:t>＋</w:t>
                      </w:r>
                      <w:r w:rsidR="00582B61" w:rsidRPr="00582B61">
                        <w:rPr>
                          <w:rFonts w:hint="eastAsia"/>
                          <w:szCs w:val="18"/>
                          <w:lang w:eastAsia="zh-CN"/>
                        </w:rPr>
                        <w:t>78764422 or</w:t>
                      </w:r>
                      <w:r w:rsidR="00582B61" w:rsidRPr="00582B61">
                        <w:rPr>
                          <w:rFonts w:hint="eastAsia"/>
                          <w:color w:val="FFFFFF" w:themeColor="background1"/>
                          <w:szCs w:val="18"/>
                          <w:lang w:eastAsia="zh-CN"/>
                        </w:rPr>
                        <w:t xml:space="preserve"> </w:t>
                      </w:r>
                      <w:proofErr w:type="spellStart"/>
                      <w:r w:rsidR="00582B61" w:rsidRPr="00582B61">
                        <w:rPr>
                          <w:rFonts w:hint="eastAsia"/>
                          <w:color w:val="FFFFFF" w:themeColor="background1"/>
                          <w:szCs w:val="18"/>
                          <w:lang w:eastAsia="zh-CN"/>
                        </w:rPr>
                        <w:t>dxl</w:t>
                      </w:r>
                      <w:r w:rsidR="00582B61">
                        <w:rPr>
                          <w:rFonts w:hint="eastAsia"/>
                          <w:color w:val="FFFFFF" w:themeColor="background1"/>
                          <w:szCs w:val="18"/>
                          <w:lang w:eastAsia="zh-CN"/>
                        </w:rPr>
                        <w:t>metal</w:t>
                      </w:r>
                      <w:r w:rsidR="00582B61" w:rsidRPr="00582B61">
                        <w:rPr>
                          <w:rFonts w:hint="eastAsia"/>
                          <w:color w:val="FFFFFF" w:themeColor="background1"/>
                          <w:szCs w:val="18"/>
                          <w:lang w:eastAsia="zh-CN"/>
                        </w:rPr>
                        <w:t>@gmail.co</w:t>
                      </w:r>
                      <w:r w:rsidR="00582B61">
                        <w:rPr>
                          <w:rFonts w:hint="eastAsia"/>
                          <w:color w:val="FFFFFF" w:themeColor="background1"/>
                          <w:szCs w:val="18"/>
                          <w:lang w:eastAsia="zh-CN"/>
                        </w:rPr>
                        <w:t>m</w:t>
                      </w:r>
                      <w:proofErr w:type="spellEnd"/>
                    </w:p>
                    <w:p w14:paraId="121D410C" w14:textId="22E815D8" w:rsidR="00582B61" w:rsidRPr="00582B61" w:rsidRDefault="00582B61" w:rsidP="00582B61">
                      <w:pPr>
                        <w:spacing w:line="240" w:lineRule="auto"/>
                        <w:jc w:val="center"/>
                        <w:rPr>
                          <w:i/>
                          <w:iCs/>
                          <w:szCs w:val="18"/>
                          <w:lang w:eastAsia="zh-CN"/>
                        </w:rPr>
                      </w:pPr>
                      <w:r w:rsidRPr="00582B61">
                        <w:rPr>
                          <w:rFonts w:hint="eastAsia"/>
                          <w:i/>
                          <w:iCs/>
                          <w:szCs w:val="18"/>
                          <w:lang w:eastAsia="zh-CN"/>
                        </w:rPr>
                        <w:t>DXL</w:t>
                      </w:r>
                      <w:r w:rsidRPr="00582B61">
                        <w:rPr>
                          <w:i/>
                          <w:iCs/>
                          <w:szCs w:val="18"/>
                          <w:lang w:eastAsia="zh-CN"/>
                        </w:rPr>
                        <w:t>—</w:t>
                      </w:r>
                      <w:r w:rsidRPr="00582B61">
                        <w:rPr>
                          <w:rFonts w:hint="eastAsia"/>
                          <w:i/>
                          <w:iCs/>
                          <w:szCs w:val="18"/>
                          <w:lang w:eastAsia="zh-CN"/>
                        </w:rPr>
                        <w:t>Reliable Quality</w:t>
                      </w:r>
                      <w:r w:rsidRPr="00582B61">
                        <w:rPr>
                          <w:rFonts w:hint="eastAsia"/>
                          <w:i/>
                          <w:iCs/>
                          <w:szCs w:val="18"/>
                          <w:lang w:eastAsia="zh-CN"/>
                        </w:rPr>
                        <w:t>，</w:t>
                      </w:r>
                      <w:r w:rsidRPr="00582B61">
                        <w:rPr>
                          <w:rFonts w:hint="eastAsia"/>
                          <w:i/>
                          <w:iCs/>
                          <w:szCs w:val="18"/>
                          <w:lang w:eastAsia="zh-CN"/>
                        </w:rPr>
                        <w:t>Global Trust</w:t>
                      </w:r>
                    </w:p>
                  </w:txbxContent>
                </v:textbox>
              </v:rect>
            </w:pict>
          </mc:Fallback>
        </mc:AlternateContent>
      </w:r>
    </w:p>
    <w:p w14:paraId="711F52FA" w14:textId="0EFCDFE4" w:rsidR="00A65E09" w:rsidRDefault="00A65E09">
      <w:pPr>
        <w:rPr>
          <w:lang w:eastAsia="zh-CN"/>
        </w:rPr>
      </w:pPr>
    </w:p>
    <w:p w14:paraId="2500EAF2" w14:textId="7DE44861" w:rsidR="00A65E09" w:rsidRPr="00A65E09" w:rsidRDefault="00A65E09">
      <w:pPr>
        <w:rPr>
          <w:rFonts w:asciiTheme="minorHAnsi" w:hAnsiTheme="minorHAnsi"/>
          <w:sz w:val="24"/>
          <w:szCs w:val="24"/>
          <w:lang w:eastAsia="zh-CN"/>
        </w:rPr>
      </w:pPr>
      <w:r w:rsidRPr="00A65E09">
        <w:rPr>
          <w:rFonts w:asciiTheme="minorHAnsi" w:hAnsiTheme="minorHAnsi" w:hint="eastAsia"/>
          <w:b/>
          <w:color w:val="0C3666"/>
          <w:sz w:val="24"/>
          <w:szCs w:val="24"/>
          <w:lang w:eastAsia="zh-CN"/>
        </w:rPr>
        <w:t>Specifi</w:t>
      </w:r>
      <w:r>
        <w:rPr>
          <w:rFonts w:asciiTheme="minorHAnsi" w:hAnsiTheme="minorHAnsi" w:hint="eastAsia"/>
          <w:b/>
          <w:color w:val="0C3666"/>
          <w:sz w:val="24"/>
          <w:szCs w:val="24"/>
          <w:lang w:eastAsia="zh-CN"/>
        </w:rPr>
        <w:t>c</w:t>
      </w:r>
      <w:r w:rsidRPr="00A65E09">
        <w:rPr>
          <w:rFonts w:asciiTheme="minorHAnsi" w:hAnsiTheme="minorHAnsi" w:hint="eastAsia"/>
          <w:b/>
          <w:color w:val="0C3666"/>
          <w:sz w:val="24"/>
          <w:szCs w:val="24"/>
          <w:lang w:eastAsia="zh-CN"/>
        </w:rPr>
        <w:t>ation Table</w:t>
      </w:r>
    </w:p>
    <w:tbl>
      <w:tblPr>
        <w:tblStyle w:val="aff1"/>
        <w:tblW w:w="10910" w:type="dxa"/>
        <w:tblLook w:val="04A0" w:firstRow="1" w:lastRow="0" w:firstColumn="1" w:lastColumn="0" w:noHBand="0" w:noVBand="1"/>
      </w:tblPr>
      <w:tblGrid>
        <w:gridCol w:w="2206"/>
        <w:gridCol w:w="1758"/>
        <w:gridCol w:w="1843"/>
        <w:gridCol w:w="2123"/>
        <w:gridCol w:w="2980"/>
      </w:tblGrid>
      <w:tr w:rsidR="00C522F0" w14:paraId="5A60ACED" w14:textId="77777777" w:rsidTr="00C522F0">
        <w:trPr>
          <w:trHeight w:val="498"/>
        </w:trPr>
        <w:tc>
          <w:tcPr>
            <w:tcW w:w="2206" w:type="dxa"/>
            <w:vAlign w:val="center"/>
          </w:tcPr>
          <w:p w14:paraId="3AB3671D" w14:textId="337FC6B5" w:rsidR="00C522F0" w:rsidRDefault="00C522F0" w:rsidP="00A65E09">
            <w:pPr>
              <w:spacing w:line="276" w:lineRule="auto"/>
              <w:rPr>
                <w:lang w:eastAsia="zh-CN"/>
              </w:rPr>
            </w:pPr>
            <w:r>
              <w:rPr>
                <w:lang w:eastAsia="zh-CN"/>
              </w:rPr>
              <w:lastRenderedPageBreak/>
              <w:t>M</w:t>
            </w:r>
            <w:r>
              <w:rPr>
                <w:rFonts w:hint="eastAsia"/>
                <w:lang w:eastAsia="zh-CN"/>
              </w:rPr>
              <w:t>odel</w:t>
            </w:r>
          </w:p>
        </w:tc>
        <w:tc>
          <w:tcPr>
            <w:tcW w:w="1758" w:type="dxa"/>
            <w:vAlign w:val="center"/>
          </w:tcPr>
          <w:p w14:paraId="0F8796EF" w14:textId="6E91244F" w:rsidR="00C522F0" w:rsidRDefault="00C522F0">
            <w:pPr>
              <w:rPr>
                <w:lang w:eastAsia="zh-CN"/>
              </w:rPr>
            </w:pPr>
            <w:r>
              <w:rPr>
                <w:lang w:eastAsia="zh-CN"/>
              </w:rPr>
              <w:t>W</w:t>
            </w:r>
            <w:r>
              <w:rPr>
                <w:rFonts w:hint="eastAsia"/>
                <w:lang w:eastAsia="zh-CN"/>
              </w:rPr>
              <w:t xml:space="preserve">eb </w:t>
            </w:r>
            <w:r>
              <w:rPr>
                <w:rFonts w:hint="eastAsia"/>
                <w:lang w:eastAsia="zh-CN"/>
              </w:rPr>
              <w:t>（</w:t>
            </w:r>
            <w:r>
              <w:rPr>
                <w:rFonts w:hint="eastAsia"/>
                <w:lang w:eastAsia="zh-CN"/>
              </w:rPr>
              <w:t>A</w:t>
            </w:r>
            <w:r>
              <w:rPr>
                <w:rFonts w:hint="eastAsia"/>
                <w:lang w:eastAsia="zh-CN"/>
              </w:rPr>
              <w:t>）</w:t>
            </w:r>
            <w:r>
              <w:rPr>
                <w:rFonts w:hint="eastAsia"/>
                <w:lang w:eastAsia="zh-CN"/>
              </w:rPr>
              <w:t>mm</w:t>
            </w:r>
          </w:p>
        </w:tc>
        <w:tc>
          <w:tcPr>
            <w:tcW w:w="1843" w:type="dxa"/>
            <w:vAlign w:val="center"/>
          </w:tcPr>
          <w:p w14:paraId="5FB608AB" w14:textId="2027C0D6" w:rsidR="00C522F0" w:rsidRDefault="00C522F0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Flange</w:t>
            </w:r>
            <w:r>
              <w:rPr>
                <w:rFonts w:hint="eastAsia"/>
                <w:lang w:eastAsia="zh-CN"/>
              </w:rPr>
              <w:t>（</w:t>
            </w:r>
            <w:r>
              <w:rPr>
                <w:rFonts w:hint="eastAsia"/>
                <w:lang w:eastAsia="zh-CN"/>
              </w:rPr>
              <w:t>B</w:t>
            </w:r>
            <w:r>
              <w:rPr>
                <w:rFonts w:hint="eastAsia"/>
                <w:lang w:eastAsia="zh-CN"/>
              </w:rPr>
              <w:t>）</w:t>
            </w:r>
            <w:r>
              <w:rPr>
                <w:rFonts w:hint="eastAsia"/>
                <w:lang w:eastAsia="zh-CN"/>
              </w:rPr>
              <w:t>mm</w:t>
            </w:r>
          </w:p>
        </w:tc>
        <w:tc>
          <w:tcPr>
            <w:tcW w:w="2123" w:type="dxa"/>
            <w:vAlign w:val="center"/>
          </w:tcPr>
          <w:p w14:paraId="65776AA6" w14:textId="5658688A" w:rsidR="00C522F0" w:rsidRDefault="00C522F0">
            <w:pPr>
              <w:rPr>
                <w:lang w:eastAsia="zh-CN"/>
              </w:rPr>
            </w:pPr>
            <w:r>
              <w:rPr>
                <w:lang w:eastAsia="zh-CN"/>
              </w:rPr>
              <w:t>T</w:t>
            </w:r>
            <w:r>
              <w:rPr>
                <w:rFonts w:hint="eastAsia"/>
                <w:lang w:eastAsia="zh-CN"/>
              </w:rPr>
              <w:t>hickness</w:t>
            </w:r>
            <w:r>
              <w:rPr>
                <w:rFonts w:hint="eastAsia"/>
                <w:lang w:eastAsia="zh-CN"/>
              </w:rPr>
              <w:t>（</w:t>
            </w:r>
            <w:r>
              <w:rPr>
                <w:rFonts w:hint="eastAsia"/>
                <w:lang w:eastAsia="zh-CN"/>
              </w:rPr>
              <w:t>T</w:t>
            </w:r>
            <w:r>
              <w:rPr>
                <w:rFonts w:hint="eastAsia"/>
                <w:lang w:eastAsia="zh-CN"/>
              </w:rPr>
              <w:t>）</w:t>
            </w:r>
            <w:r>
              <w:rPr>
                <w:rFonts w:hint="eastAsia"/>
                <w:lang w:eastAsia="zh-CN"/>
              </w:rPr>
              <w:t>mm</w:t>
            </w:r>
          </w:p>
        </w:tc>
        <w:tc>
          <w:tcPr>
            <w:tcW w:w="2980" w:type="dxa"/>
            <w:vAlign w:val="center"/>
          </w:tcPr>
          <w:p w14:paraId="31435D0A" w14:textId="73B8B532" w:rsidR="00C522F0" w:rsidRDefault="00C522F0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Length (T) mm</w:t>
            </w:r>
          </w:p>
        </w:tc>
      </w:tr>
      <w:tr w:rsidR="00C522F0" w14:paraId="609D7D7B" w14:textId="77777777" w:rsidTr="00C522F0">
        <w:trPr>
          <w:trHeight w:val="452"/>
        </w:trPr>
        <w:tc>
          <w:tcPr>
            <w:tcW w:w="2206" w:type="dxa"/>
            <w:vAlign w:val="center"/>
          </w:tcPr>
          <w:p w14:paraId="49D6D957" w14:textId="75DA6463" w:rsidR="00C522F0" w:rsidRDefault="00C522F0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DXL-WS64</w:t>
            </w:r>
          </w:p>
        </w:tc>
        <w:tc>
          <w:tcPr>
            <w:tcW w:w="1758" w:type="dxa"/>
            <w:vAlign w:val="center"/>
          </w:tcPr>
          <w:p w14:paraId="525CAD48" w14:textId="1877E487" w:rsidR="00C522F0" w:rsidRDefault="00C522F0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64</w:t>
            </w:r>
          </w:p>
        </w:tc>
        <w:tc>
          <w:tcPr>
            <w:tcW w:w="1843" w:type="dxa"/>
            <w:vAlign w:val="center"/>
          </w:tcPr>
          <w:p w14:paraId="4870725B" w14:textId="22985330" w:rsidR="00C522F0" w:rsidRDefault="00C522F0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35</w:t>
            </w:r>
          </w:p>
        </w:tc>
        <w:tc>
          <w:tcPr>
            <w:tcW w:w="2123" w:type="dxa"/>
            <w:vAlign w:val="center"/>
          </w:tcPr>
          <w:p w14:paraId="1CDFE6AD" w14:textId="69D39AC4" w:rsidR="00C522F0" w:rsidRDefault="00C522F0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0.4   0.5   0.6</w:t>
            </w:r>
          </w:p>
        </w:tc>
        <w:tc>
          <w:tcPr>
            <w:tcW w:w="2980" w:type="dxa"/>
            <w:vAlign w:val="center"/>
          </w:tcPr>
          <w:p w14:paraId="54A1379D" w14:textId="565D5256" w:rsidR="00C522F0" w:rsidRDefault="00C522F0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2800 3000 custom</w:t>
            </w:r>
            <w:r>
              <w:rPr>
                <w:rFonts w:hint="eastAsia"/>
                <w:lang w:eastAsia="zh-CN"/>
              </w:rPr>
              <w:t>（≥</w:t>
            </w:r>
            <w:r>
              <w:rPr>
                <w:rFonts w:hint="eastAsia"/>
                <w:lang w:eastAsia="zh-CN"/>
              </w:rPr>
              <w:t>2000</w:t>
            </w:r>
            <w:r>
              <w:rPr>
                <w:rFonts w:hint="eastAsia"/>
                <w:lang w:eastAsia="zh-CN"/>
              </w:rPr>
              <w:t>）</w:t>
            </w:r>
          </w:p>
        </w:tc>
      </w:tr>
      <w:tr w:rsidR="00C522F0" w14:paraId="499B4627" w14:textId="77777777" w:rsidTr="00C522F0">
        <w:trPr>
          <w:trHeight w:val="498"/>
        </w:trPr>
        <w:tc>
          <w:tcPr>
            <w:tcW w:w="2206" w:type="dxa"/>
            <w:vAlign w:val="center"/>
          </w:tcPr>
          <w:p w14:paraId="14E3D45E" w14:textId="75F5C8BA" w:rsidR="00C522F0" w:rsidRDefault="00C522F0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DXL-WS73</w:t>
            </w:r>
          </w:p>
        </w:tc>
        <w:tc>
          <w:tcPr>
            <w:tcW w:w="1758" w:type="dxa"/>
            <w:vAlign w:val="center"/>
          </w:tcPr>
          <w:p w14:paraId="0356D738" w14:textId="3236F394" w:rsidR="00C522F0" w:rsidRDefault="00C522F0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73</w:t>
            </w:r>
          </w:p>
        </w:tc>
        <w:tc>
          <w:tcPr>
            <w:tcW w:w="1843" w:type="dxa"/>
            <w:vAlign w:val="center"/>
          </w:tcPr>
          <w:p w14:paraId="358B343E" w14:textId="7224960A" w:rsidR="00C522F0" w:rsidRDefault="00C522F0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32</w:t>
            </w:r>
          </w:p>
        </w:tc>
        <w:tc>
          <w:tcPr>
            <w:tcW w:w="2123" w:type="dxa"/>
            <w:vAlign w:val="center"/>
          </w:tcPr>
          <w:p w14:paraId="38601181" w14:textId="1264DA67" w:rsidR="00C522F0" w:rsidRDefault="00C522F0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0.4   0.5   0.6</w:t>
            </w:r>
          </w:p>
        </w:tc>
        <w:tc>
          <w:tcPr>
            <w:tcW w:w="2980" w:type="dxa"/>
            <w:vAlign w:val="center"/>
          </w:tcPr>
          <w:p w14:paraId="588C59AE" w14:textId="320A1F83" w:rsidR="00C522F0" w:rsidRDefault="00C522F0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2800 3000 custom</w:t>
            </w:r>
            <w:r>
              <w:rPr>
                <w:rFonts w:hint="eastAsia"/>
                <w:lang w:eastAsia="zh-CN"/>
              </w:rPr>
              <w:t>（≥</w:t>
            </w:r>
            <w:r>
              <w:rPr>
                <w:rFonts w:hint="eastAsia"/>
                <w:lang w:eastAsia="zh-CN"/>
              </w:rPr>
              <w:t>2000</w:t>
            </w:r>
            <w:r>
              <w:rPr>
                <w:rFonts w:hint="eastAsia"/>
                <w:lang w:eastAsia="zh-CN"/>
              </w:rPr>
              <w:t>）</w:t>
            </w:r>
          </w:p>
        </w:tc>
      </w:tr>
      <w:tr w:rsidR="00C522F0" w14:paraId="44AA4A9A" w14:textId="77777777" w:rsidTr="00C522F0">
        <w:trPr>
          <w:trHeight w:val="452"/>
        </w:trPr>
        <w:tc>
          <w:tcPr>
            <w:tcW w:w="2206" w:type="dxa"/>
            <w:vAlign w:val="center"/>
          </w:tcPr>
          <w:p w14:paraId="64DF30A4" w14:textId="7067CACF" w:rsidR="00C522F0" w:rsidRDefault="00C522F0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DXL-WS92</w:t>
            </w:r>
          </w:p>
        </w:tc>
        <w:tc>
          <w:tcPr>
            <w:tcW w:w="1758" w:type="dxa"/>
            <w:vAlign w:val="center"/>
          </w:tcPr>
          <w:p w14:paraId="6159E1B0" w14:textId="75EEFC6B" w:rsidR="00C522F0" w:rsidRDefault="00C522F0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95</w:t>
            </w:r>
          </w:p>
        </w:tc>
        <w:tc>
          <w:tcPr>
            <w:tcW w:w="1843" w:type="dxa"/>
            <w:vAlign w:val="center"/>
          </w:tcPr>
          <w:p w14:paraId="5033FC2C" w14:textId="1DDA797F" w:rsidR="00C522F0" w:rsidRDefault="00C522F0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35</w:t>
            </w:r>
          </w:p>
        </w:tc>
        <w:tc>
          <w:tcPr>
            <w:tcW w:w="2123" w:type="dxa"/>
            <w:vAlign w:val="center"/>
          </w:tcPr>
          <w:p w14:paraId="755DF8A7" w14:textId="421B4ADB" w:rsidR="00C522F0" w:rsidRDefault="00C522F0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0.4   0.5   0.6</w:t>
            </w:r>
          </w:p>
        </w:tc>
        <w:tc>
          <w:tcPr>
            <w:tcW w:w="2980" w:type="dxa"/>
            <w:vAlign w:val="center"/>
          </w:tcPr>
          <w:p w14:paraId="31190240" w14:textId="4967B477" w:rsidR="00C522F0" w:rsidRDefault="00C522F0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2800 3000 custom</w:t>
            </w:r>
            <w:r>
              <w:rPr>
                <w:rFonts w:hint="eastAsia"/>
                <w:lang w:eastAsia="zh-CN"/>
              </w:rPr>
              <w:t>（≥</w:t>
            </w:r>
            <w:r>
              <w:rPr>
                <w:rFonts w:hint="eastAsia"/>
                <w:lang w:eastAsia="zh-CN"/>
              </w:rPr>
              <w:t>2000</w:t>
            </w:r>
            <w:r>
              <w:rPr>
                <w:rFonts w:hint="eastAsia"/>
                <w:lang w:eastAsia="zh-CN"/>
              </w:rPr>
              <w:t>）</w:t>
            </w:r>
          </w:p>
        </w:tc>
      </w:tr>
      <w:tr w:rsidR="00C522F0" w14:paraId="1751F208" w14:textId="77777777" w:rsidTr="00C522F0">
        <w:trPr>
          <w:trHeight w:val="452"/>
        </w:trPr>
        <w:tc>
          <w:tcPr>
            <w:tcW w:w="2206" w:type="dxa"/>
            <w:vAlign w:val="center"/>
          </w:tcPr>
          <w:p w14:paraId="30E4D4E2" w14:textId="5E190848" w:rsidR="00C522F0" w:rsidRDefault="00C522F0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DXL-WS100</w:t>
            </w:r>
          </w:p>
        </w:tc>
        <w:tc>
          <w:tcPr>
            <w:tcW w:w="1758" w:type="dxa"/>
            <w:vAlign w:val="center"/>
          </w:tcPr>
          <w:p w14:paraId="55C7B4BF" w14:textId="48EEB144" w:rsidR="00C522F0" w:rsidRDefault="00C522F0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100</w:t>
            </w:r>
          </w:p>
        </w:tc>
        <w:tc>
          <w:tcPr>
            <w:tcW w:w="1843" w:type="dxa"/>
            <w:vAlign w:val="center"/>
          </w:tcPr>
          <w:p w14:paraId="696DEAA3" w14:textId="3178CF9C" w:rsidR="00C522F0" w:rsidRDefault="00C522F0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45</w:t>
            </w:r>
          </w:p>
        </w:tc>
        <w:tc>
          <w:tcPr>
            <w:tcW w:w="2123" w:type="dxa"/>
            <w:vAlign w:val="center"/>
          </w:tcPr>
          <w:p w14:paraId="38CF5498" w14:textId="2C137832" w:rsidR="00C522F0" w:rsidRDefault="00C522F0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0.4   0.5   0.6</w:t>
            </w:r>
          </w:p>
        </w:tc>
        <w:tc>
          <w:tcPr>
            <w:tcW w:w="2980" w:type="dxa"/>
            <w:vAlign w:val="center"/>
          </w:tcPr>
          <w:p w14:paraId="04ED1BD8" w14:textId="2A8304D6" w:rsidR="00C522F0" w:rsidRDefault="00C522F0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2800 3000 custom</w:t>
            </w:r>
            <w:r>
              <w:rPr>
                <w:rFonts w:hint="eastAsia"/>
                <w:lang w:eastAsia="zh-CN"/>
              </w:rPr>
              <w:t>（≥</w:t>
            </w:r>
            <w:r>
              <w:rPr>
                <w:rFonts w:hint="eastAsia"/>
                <w:lang w:eastAsia="zh-CN"/>
              </w:rPr>
              <w:t>2000</w:t>
            </w:r>
            <w:r>
              <w:rPr>
                <w:rFonts w:hint="eastAsia"/>
                <w:lang w:eastAsia="zh-CN"/>
              </w:rPr>
              <w:t>）</w:t>
            </w:r>
          </w:p>
        </w:tc>
      </w:tr>
      <w:tr w:rsidR="00C522F0" w14:paraId="4DCEA2F7" w14:textId="77777777" w:rsidTr="00C522F0">
        <w:trPr>
          <w:trHeight w:val="452"/>
        </w:trPr>
        <w:tc>
          <w:tcPr>
            <w:tcW w:w="2206" w:type="dxa"/>
            <w:vAlign w:val="center"/>
          </w:tcPr>
          <w:p w14:paraId="3DBED81A" w14:textId="14A33A39" w:rsidR="00C522F0" w:rsidRDefault="00C522F0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DXL-WS150</w:t>
            </w:r>
          </w:p>
        </w:tc>
        <w:tc>
          <w:tcPr>
            <w:tcW w:w="1758" w:type="dxa"/>
            <w:vAlign w:val="center"/>
          </w:tcPr>
          <w:p w14:paraId="5D7523F4" w14:textId="0BEF5FD9" w:rsidR="00C522F0" w:rsidRDefault="00C522F0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150</w:t>
            </w:r>
          </w:p>
        </w:tc>
        <w:tc>
          <w:tcPr>
            <w:tcW w:w="1843" w:type="dxa"/>
            <w:vAlign w:val="center"/>
          </w:tcPr>
          <w:p w14:paraId="71F11E8E" w14:textId="1346C2A5" w:rsidR="00C522F0" w:rsidRDefault="00C522F0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32</w:t>
            </w:r>
          </w:p>
        </w:tc>
        <w:tc>
          <w:tcPr>
            <w:tcW w:w="2123" w:type="dxa"/>
            <w:vAlign w:val="center"/>
          </w:tcPr>
          <w:p w14:paraId="4A2E2266" w14:textId="01F6D854" w:rsidR="00C522F0" w:rsidRDefault="00C522F0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0.4   0.5   0.6</w:t>
            </w:r>
          </w:p>
        </w:tc>
        <w:tc>
          <w:tcPr>
            <w:tcW w:w="2980" w:type="dxa"/>
            <w:vAlign w:val="center"/>
          </w:tcPr>
          <w:p w14:paraId="66EA83C9" w14:textId="7F5D43C7" w:rsidR="00C522F0" w:rsidRDefault="00C522F0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2800 3000 custom</w:t>
            </w:r>
            <w:r>
              <w:rPr>
                <w:rFonts w:hint="eastAsia"/>
                <w:lang w:eastAsia="zh-CN"/>
              </w:rPr>
              <w:t>（≥</w:t>
            </w:r>
            <w:r>
              <w:rPr>
                <w:rFonts w:hint="eastAsia"/>
                <w:lang w:eastAsia="zh-CN"/>
              </w:rPr>
              <w:t>2000</w:t>
            </w:r>
            <w:r>
              <w:rPr>
                <w:rFonts w:hint="eastAsia"/>
                <w:lang w:eastAsia="zh-CN"/>
              </w:rPr>
              <w:t>）</w:t>
            </w:r>
          </w:p>
        </w:tc>
      </w:tr>
    </w:tbl>
    <w:p w14:paraId="43F41D3F" w14:textId="77777777" w:rsidR="008E2A84" w:rsidRDefault="008E2A84">
      <w:pPr>
        <w:rPr>
          <w:lang w:eastAsia="zh-CN"/>
        </w:rPr>
      </w:pPr>
    </w:p>
    <w:p w14:paraId="2ED52481" w14:textId="1BF14D7D" w:rsidR="00C522F0" w:rsidRPr="008A455D" w:rsidRDefault="00C522F0">
      <w:pPr>
        <w:rPr>
          <w:i/>
          <w:iCs/>
          <w:sz w:val="20"/>
          <w:szCs w:val="20"/>
          <w:lang w:eastAsia="zh-CN"/>
        </w:rPr>
      </w:pPr>
      <w:r w:rsidRPr="008A455D">
        <w:rPr>
          <w:rFonts w:hint="eastAsia"/>
          <w:i/>
          <w:iCs/>
          <w:sz w:val="20"/>
          <w:szCs w:val="20"/>
          <w:lang w:eastAsia="zh-CN"/>
        </w:rPr>
        <w:t>Notes</w:t>
      </w:r>
    </w:p>
    <w:p w14:paraId="2D2D33BF" w14:textId="3B6E046A" w:rsidR="00C522F0" w:rsidRPr="004D1C23" w:rsidRDefault="00C522F0" w:rsidP="004D1C23">
      <w:pPr>
        <w:pStyle w:val="ae"/>
        <w:numPr>
          <w:ilvl w:val="0"/>
          <w:numId w:val="10"/>
        </w:numPr>
        <w:rPr>
          <w:i/>
          <w:iCs/>
          <w:sz w:val="20"/>
          <w:szCs w:val="20"/>
          <w:lang w:eastAsia="zh-CN"/>
        </w:rPr>
      </w:pPr>
      <w:r w:rsidRPr="004D1C23">
        <w:rPr>
          <w:rFonts w:hint="eastAsia"/>
          <w:i/>
          <w:iCs/>
          <w:sz w:val="20"/>
          <w:szCs w:val="20"/>
          <w:lang w:eastAsia="zh-CN"/>
        </w:rPr>
        <w:t>Custom length available for all models</w:t>
      </w:r>
    </w:p>
    <w:p w14:paraId="32C39A93" w14:textId="48C96212" w:rsidR="00C522F0" w:rsidRDefault="00C522F0" w:rsidP="004D1C23">
      <w:pPr>
        <w:pStyle w:val="ae"/>
        <w:numPr>
          <w:ilvl w:val="0"/>
          <w:numId w:val="10"/>
        </w:numPr>
        <w:rPr>
          <w:i/>
          <w:iCs/>
          <w:sz w:val="20"/>
          <w:szCs w:val="20"/>
          <w:lang w:eastAsia="zh-CN"/>
        </w:rPr>
      </w:pPr>
      <w:r w:rsidRPr="004D1C23">
        <w:rPr>
          <w:rFonts w:hint="eastAsia"/>
          <w:i/>
          <w:iCs/>
          <w:sz w:val="20"/>
          <w:szCs w:val="20"/>
          <w:lang w:eastAsia="zh-CN"/>
        </w:rPr>
        <w:t>Special dimensions and thickness are available upon request</w:t>
      </w:r>
    </w:p>
    <w:p w14:paraId="69DC7EC7" w14:textId="21891B6B" w:rsidR="005D7839" w:rsidRPr="004D1C23" w:rsidRDefault="00745F59" w:rsidP="005D7839">
      <w:pPr>
        <w:pStyle w:val="ae"/>
        <w:ind w:left="480"/>
        <w:rPr>
          <w:i/>
          <w:iCs/>
          <w:sz w:val="20"/>
          <w:szCs w:val="20"/>
          <w:lang w:eastAsia="zh-CN"/>
        </w:rPr>
      </w:pPr>
      <w:r>
        <w:rPr>
          <w:i/>
          <w:iCs/>
          <w:noProof/>
          <w:sz w:val="20"/>
          <w:szCs w:val="20"/>
          <w:lang w:eastAsia="zh-CN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23ED9025" wp14:editId="3824DF56">
                <wp:simplePos x="0" y="0"/>
                <wp:positionH relativeFrom="column">
                  <wp:posOffset>-406400</wp:posOffset>
                </wp:positionH>
                <wp:positionV relativeFrom="paragraph">
                  <wp:posOffset>5760085</wp:posOffset>
                </wp:positionV>
                <wp:extent cx="7824943" cy="646898"/>
                <wp:effectExtent l="57150" t="19050" r="81280" b="96520"/>
                <wp:wrapNone/>
                <wp:docPr id="1964388681" name="矩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824943" cy="646898"/>
                        </a:xfrm>
                        <a:prstGeom prst="rect">
                          <a:avLst/>
                        </a:prstGeom>
                        <a:solidFill>
                          <a:srgbClr val="00458A"/>
                        </a:solidFill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998C519" w14:textId="77777777" w:rsidR="00745F59" w:rsidRPr="00582B61" w:rsidRDefault="00745F59" w:rsidP="00745F59">
                            <w:pPr>
                              <w:spacing w:beforeLines="25" w:before="60" w:after="0" w:line="240" w:lineRule="auto"/>
                              <w:jc w:val="center"/>
                              <w:rPr>
                                <w:szCs w:val="18"/>
                                <w:lang w:eastAsia="zh-CN"/>
                              </w:rPr>
                            </w:pPr>
                            <w:r w:rsidRPr="00582B61">
                              <w:rPr>
                                <w:rFonts w:hint="eastAsia"/>
                                <w:szCs w:val="18"/>
                                <w:lang w:eastAsia="zh-CN"/>
                              </w:rPr>
                              <w:t xml:space="preserve">For </w:t>
                            </w:r>
                            <w:r>
                              <w:rPr>
                                <w:rFonts w:hint="eastAsia"/>
                                <w:szCs w:val="18"/>
                                <w:lang w:eastAsia="zh-CN"/>
                              </w:rPr>
                              <w:t>S</w:t>
                            </w:r>
                            <w:r w:rsidRPr="00582B61">
                              <w:rPr>
                                <w:rFonts w:hint="eastAsia"/>
                                <w:szCs w:val="18"/>
                                <w:lang w:eastAsia="zh-CN"/>
                              </w:rPr>
                              <w:t xml:space="preserve">ales </w:t>
                            </w:r>
                            <w:r>
                              <w:rPr>
                                <w:rFonts w:hint="eastAsia"/>
                                <w:szCs w:val="18"/>
                                <w:lang w:eastAsia="zh-CN"/>
                              </w:rPr>
                              <w:t>I</w:t>
                            </w:r>
                            <w:r w:rsidRPr="00582B61">
                              <w:rPr>
                                <w:rFonts w:hint="eastAsia"/>
                                <w:szCs w:val="18"/>
                                <w:lang w:eastAsia="zh-CN"/>
                              </w:rPr>
                              <w:t>nquiries, please contact our global support team via W</w:t>
                            </w:r>
                            <w:r w:rsidRPr="00582B61">
                              <w:rPr>
                                <w:szCs w:val="18"/>
                                <w:lang w:eastAsia="zh-CN"/>
                              </w:rPr>
                              <w:t>hatsApp</w:t>
                            </w:r>
                            <w:r w:rsidRPr="00582B61">
                              <w:rPr>
                                <w:rFonts w:hint="eastAsia"/>
                                <w:szCs w:val="18"/>
                                <w:lang w:eastAsia="zh-CN"/>
                              </w:rPr>
                              <w:t>:</w:t>
                            </w:r>
                            <w:r w:rsidRPr="00582B61">
                              <w:rPr>
                                <w:rFonts w:hint="eastAsia"/>
                                <w:szCs w:val="18"/>
                                <w:lang w:eastAsia="zh-CN"/>
                              </w:rPr>
                              <w:t>＋</w:t>
                            </w:r>
                            <w:r w:rsidRPr="00582B61">
                              <w:rPr>
                                <w:rFonts w:hint="eastAsia"/>
                                <w:szCs w:val="18"/>
                                <w:lang w:eastAsia="zh-CN"/>
                              </w:rPr>
                              <w:t>78764422 or</w:t>
                            </w:r>
                            <w:r w:rsidRPr="00582B61">
                              <w:rPr>
                                <w:rFonts w:hint="eastAsia"/>
                                <w:color w:val="FFFFFF" w:themeColor="background1"/>
                                <w:szCs w:val="18"/>
                                <w:lang w:eastAsia="zh-CN"/>
                              </w:rPr>
                              <w:t xml:space="preserve"> </w:t>
                            </w:r>
                            <w:proofErr w:type="spellStart"/>
                            <w:r w:rsidRPr="00582B61">
                              <w:rPr>
                                <w:rFonts w:hint="eastAsia"/>
                                <w:color w:val="FFFFFF" w:themeColor="background1"/>
                                <w:szCs w:val="18"/>
                                <w:lang w:eastAsia="zh-CN"/>
                              </w:rPr>
                              <w:t>dxl</w:t>
                            </w:r>
                            <w:r>
                              <w:rPr>
                                <w:rFonts w:hint="eastAsia"/>
                                <w:color w:val="FFFFFF" w:themeColor="background1"/>
                                <w:szCs w:val="18"/>
                                <w:lang w:eastAsia="zh-CN"/>
                              </w:rPr>
                              <w:t>metal</w:t>
                            </w:r>
                            <w:r w:rsidRPr="00582B61">
                              <w:rPr>
                                <w:rFonts w:hint="eastAsia"/>
                                <w:color w:val="FFFFFF" w:themeColor="background1"/>
                                <w:szCs w:val="18"/>
                                <w:lang w:eastAsia="zh-CN"/>
                              </w:rPr>
                              <w:t>@gmail.co</w:t>
                            </w:r>
                            <w:r>
                              <w:rPr>
                                <w:rFonts w:hint="eastAsia"/>
                                <w:color w:val="FFFFFF" w:themeColor="background1"/>
                                <w:szCs w:val="18"/>
                                <w:lang w:eastAsia="zh-CN"/>
                              </w:rPr>
                              <w:t>m</w:t>
                            </w:r>
                            <w:proofErr w:type="spellEnd"/>
                          </w:p>
                          <w:p w14:paraId="74CE4EA2" w14:textId="77777777" w:rsidR="00745F59" w:rsidRPr="00582B61" w:rsidRDefault="00745F59" w:rsidP="00745F59">
                            <w:pPr>
                              <w:spacing w:beforeLines="25" w:before="60" w:line="240" w:lineRule="auto"/>
                              <w:jc w:val="center"/>
                              <w:rPr>
                                <w:i/>
                                <w:iCs/>
                                <w:szCs w:val="18"/>
                                <w:lang w:eastAsia="zh-CN"/>
                              </w:rPr>
                            </w:pPr>
                            <w:r w:rsidRPr="00582B61">
                              <w:rPr>
                                <w:rFonts w:hint="eastAsia"/>
                                <w:i/>
                                <w:iCs/>
                                <w:szCs w:val="18"/>
                                <w:lang w:eastAsia="zh-CN"/>
                              </w:rPr>
                              <w:t>DXL</w:t>
                            </w:r>
                            <w:r w:rsidRPr="00582B61">
                              <w:rPr>
                                <w:i/>
                                <w:iCs/>
                                <w:szCs w:val="18"/>
                                <w:lang w:eastAsia="zh-CN"/>
                              </w:rPr>
                              <w:t>—</w:t>
                            </w:r>
                            <w:r w:rsidRPr="00582B61">
                              <w:rPr>
                                <w:rFonts w:hint="eastAsia"/>
                                <w:i/>
                                <w:iCs/>
                                <w:szCs w:val="18"/>
                                <w:lang w:eastAsia="zh-CN"/>
                              </w:rPr>
                              <w:t>Reliable Quality</w:t>
                            </w:r>
                            <w:r w:rsidRPr="00582B61">
                              <w:rPr>
                                <w:rFonts w:hint="eastAsia"/>
                                <w:i/>
                                <w:iCs/>
                                <w:szCs w:val="18"/>
                                <w:lang w:eastAsia="zh-CN"/>
                              </w:rPr>
                              <w:t>，</w:t>
                            </w:r>
                            <w:r w:rsidRPr="00582B61">
                              <w:rPr>
                                <w:rFonts w:hint="eastAsia"/>
                                <w:i/>
                                <w:iCs/>
                                <w:szCs w:val="18"/>
                                <w:lang w:eastAsia="zh-CN"/>
                              </w:rPr>
                              <w:t>Global Trust</w:t>
                            </w:r>
                          </w:p>
                          <w:p w14:paraId="433089D7" w14:textId="77777777" w:rsidR="00745F59" w:rsidRDefault="00745F59" w:rsidP="00745F59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3ED9025" id="矩形 4" o:spid="_x0000_s1028" style="position:absolute;left:0;text-align:left;margin-left:-32pt;margin-top:453.55pt;width:616.15pt;height:50.9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" fillcolor="#00458a" strokecolor="#4579b8 [3044]">
                <v:shadow on="t" color="black" opacity="22937f" origin=",.5" offset="0,.63889mm"/>
                <v:textbox>
                  <w:txbxContent>
                    <w:p w14:paraId="7998C519" w14:textId="77777777" w:rsidR="00745F59" w:rsidRPr="00582B61" w:rsidRDefault="00745F59" w:rsidP="00745F59">
                      <w:pPr>
                        <w:spacing w:beforeLines="25" w:before="60" w:after="0" w:line="240" w:lineRule="auto"/>
                        <w:jc w:val="center"/>
                        <w:rPr>
                          <w:szCs w:val="18"/>
                          <w:lang w:eastAsia="zh-CN"/>
                        </w:rPr>
                      </w:pPr>
                      <w:r w:rsidRPr="00582B61">
                        <w:rPr>
                          <w:rFonts w:hint="eastAsia"/>
                          <w:szCs w:val="18"/>
                          <w:lang w:eastAsia="zh-CN"/>
                        </w:rPr>
                        <w:t xml:space="preserve">For </w:t>
                      </w:r>
                      <w:r>
                        <w:rPr>
                          <w:rFonts w:hint="eastAsia"/>
                          <w:szCs w:val="18"/>
                          <w:lang w:eastAsia="zh-CN"/>
                        </w:rPr>
                        <w:t>S</w:t>
                      </w:r>
                      <w:r w:rsidRPr="00582B61">
                        <w:rPr>
                          <w:rFonts w:hint="eastAsia"/>
                          <w:szCs w:val="18"/>
                          <w:lang w:eastAsia="zh-CN"/>
                        </w:rPr>
                        <w:t xml:space="preserve">ales </w:t>
                      </w:r>
                      <w:r>
                        <w:rPr>
                          <w:rFonts w:hint="eastAsia"/>
                          <w:szCs w:val="18"/>
                          <w:lang w:eastAsia="zh-CN"/>
                        </w:rPr>
                        <w:t>I</w:t>
                      </w:r>
                      <w:r w:rsidRPr="00582B61">
                        <w:rPr>
                          <w:rFonts w:hint="eastAsia"/>
                          <w:szCs w:val="18"/>
                          <w:lang w:eastAsia="zh-CN"/>
                        </w:rPr>
                        <w:t>nquiries, please contact our global support team via W</w:t>
                      </w:r>
                      <w:r w:rsidRPr="00582B61">
                        <w:rPr>
                          <w:szCs w:val="18"/>
                          <w:lang w:eastAsia="zh-CN"/>
                        </w:rPr>
                        <w:t>hatsApp</w:t>
                      </w:r>
                      <w:r w:rsidRPr="00582B61">
                        <w:rPr>
                          <w:rFonts w:hint="eastAsia"/>
                          <w:szCs w:val="18"/>
                          <w:lang w:eastAsia="zh-CN"/>
                        </w:rPr>
                        <w:t>:</w:t>
                      </w:r>
                      <w:r w:rsidRPr="00582B61">
                        <w:rPr>
                          <w:rFonts w:hint="eastAsia"/>
                          <w:szCs w:val="18"/>
                          <w:lang w:eastAsia="zh-CN"/>
                        </w:rPr>
                        <w:t>＋</w:t>
                      </w:r>
                      <w:r w:rsidRPr="00582B61">
                        <w:rPr>
                          <w:rFonts w:hint="eastAsia"/>
                          <w:szCs w:val="18"/>
                          <w:lang w:eastAsia="zh-CN"/>
                        </w:rPr>
                        <w:t>78764422 or</w:t>
                      </w:r>
                      <w:r w:rsidRPr="00582B61">
                        <w:rPr>
                          <w:rFonts w:hint="eastAsia"/>
                          <w:color w:val="FFFFFF" w:themeColor="background1"/>
                          <w:szCs w:val="18"/>
                          <w:lang w:eastAsia="zh-CN"/>
                        </w:rPr>
                        <w:t xml:space="preserve"> </w:t>
                      </w:r>
                      <w:proofErr w:type="spellStart"/>
                      <w:r w:rsidRPr="00582B61">
                        <w:rPr>
                          <w:rFonts w:hint="eastAsia"/>
                          <w:color w:val="FFFFFF" w:themeColor="background1"/>
                          <w:szCs w:val="18"/>
                          <w:lang w:eastAsia="zh-CN"/>
                        </w:rPr>
                        <w:t>dxl</w:t>
                      </w:r>
                      <w:r>
                        <w:rPr>
                          <w:rFonts w:hint="eastAsia"/>
                          <w:color w:val="FFFFFF" w:themeColor="background1"/>
                          <w:szCs w:val="18"/>
                          <w:lang w:eastAsia="zh-CN"/>
                        </w:rPr>
                        <w:t>metal</w:t>
                      </w:r>
                      <w:r w:rsidRPr="00582B61">
                        <w:rPr>
                          <w:rFonts w:hint="eastAsia"/>
                          <w:color w:val="FFFFFF" w:themeColor="background1"/>
                          <w:szCs w:val="18"/>
                          <w:lang w:eastAsia="zh-CN"/>
                        </w:rPr>
                        <w:t>@gmail.co</w:t>
                      </w:r>
                      <w:r>
                        <w:rPr>
                          <w:rFonts w:hint="eastAsia"/>
                          <w:color w:val="FFFFFF" w:themeColor="background1"/>
                          <w:szCs w:val="18"/>
                          <w:lang w:eastAsia="zh-CN"/>
                        </w:rPr>
                        <w:t>m</w:t>
                      </w:r>
                      <w:proofErr w:type="spellEnd"/>
                    </w:p>
                    <w:p w14:paraId="74CE4EA2" w14:textId="77777777" w:rsidR="00745F59" w:rsidRPr="00582B61" w:rsidRDefault="00745F59" w:rsidP="00745F59">
                      <w:pPr>
                        <w:spacing w:beforeLines="25" w:before="60" w:line="240" w:lineRule="auto"/>
                        <w:jc w:val="center"/>
                        <w:rPr>
                          <w:i/>
                          <w:iCs/>
                          <w:szCs w:val="18"/>
                          <w:lang w:eastAsia="zh-CN"/>
                        </w:rPr>
                      </w:pPr>
                      <w:r w:rsidRPr="00582B61">
                        <w:rPr>
                          <w:rFonts w:hint="eastAsia"/>
                          <w:i/>
                          <w:iCs/>
                          <w:szCs w:val="18"/>
                          <w:lang w:eastAsia="zh-CN"/>
                        </w:rPr>
                        <w:t>DXL</w:t>
                      </w:r>
                      <w:r w:rsidRPr="00582B61">
                        <w:rPr>
                          <w:i/>
                          <w:iCs/>
                          <w:szCs w:val="18"/>
                          <w:lang w:eastAsia="zh-CN"/>
                        </w:rPr>
                        <w:t>—</w:t>
                      </w:r>
                      <w:r w:rsidRPr="00582B61">
                        <w:rPr>
                          <w:rFonts w:hint="eastAsia"/>
                          <w:i/>
                          <w:iCs/>
                          <w:szCs w:val="18"/>
                          <w:lang w:eastAsia="zh-CN"/>
                        </w:rPr>
                        <w:t>Reliable Quality</w:t>
                      </w:r>
                      <w:r w:rsidRPr="00582B61">
                        <w:rPr>
                          <w:rFonts w:hint="eastAsia"/>
                          <w:i/>
                          <w:iCs/>
                          <w:szCs w:val="18"/>
                          <w:lang w:eastAsia="zh-CN"/>
                        </w:rPr>
                        <w:t>，</w:t>
                      </w:r>
                      <w:r w:rsidRPr="00582B61">
                        <w:rPr>
                          <w:rFonts w:hint="eastAsia"/>
                          <w:i/>
                          <w:iCs/>
                          <w:szCs w:val="18"/>
                          <w:lang w:eastAsia="zh-CN"/>
                        </w:rPr>
                        <w:t>Global Trust</w:t>
                      </w:r>
                    </w:p>
                    <w:p w14:paraId="433089D7" w14:textId="77777777" w:rsidR="00745F59" w:rsidRDefault="00745F59" w:rsidP="00745F59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</w:p>
    <w:sectPr w:rsidR="005D7839" w:rsidRPr="004D1C23" w:rsidSect="00083ADF">
      <w:pgSz w:w="12240" w:h="15840"/>
      <w:pgMar w:top="568" w:right="567" w:bottom="567" w:left="567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D1396D" w14:textId="77777777" w:rsidR="00AB7330" w:rsidRDefault="00AB7330">
      <w:pPr>
        <w:spacing w:after="0" w:line="240" w:lineRule="auto"/>
      </w:pPr>
      <w:r>
        <w:separator/>
      </w:r>
    </w:p>
  </w:endnote>
  <w:endnote w:type="continuationSeparator" w:id="0">
    <w:p w14:paraId="5E0962FA" w14:textId="77777777" w:rsidR="00AB7330" w:rsidRDefault="00AB733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6660C64" w14:textId="77777777" w:rsidR="00AB7330" w:rsidRDefault="00AB7330">
      <w:pPr>
        <w:spacing w:after="0" w:line="240" w:lineRule="auto"/>
      </w:pPr>
      <w:r>
        <w:separator/>
      </w:r>
    </w:p>
  </w:footnote>
  <w:footnote w:type="continuationSeparator" w:id="0">
    <w:p w14:paraId="2950D1E1" w14:textId="77777777" w:rsidR="00AB7330" w:rsidRDefault="00AB733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2E47195D"/>
    <w:multiLevelType w:val="hybridMultilevel"/>
    <w:tmpl w:val="8CBCA20C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 w15:restartNumberingAfterBreak="0">
    <w:nsid w:val="35CF1484"/>
    <w:multiLevelType w:val="hybridMultilevel"/>
    <w:tmpl w:val="648A8FF2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 w16cid:durableId="1474709723">
    <w:abstractNumId w:val="8"/>
  </w:num>
  <w:num w:numId="2" w16cid:durableId="1656493464">
    <w:abstractNumId w:val="6"/>
  </w:num>
  <w:num w:numId="3" w16cid:durableId="628167944">
    <w:abstractNumId w:val="5"/>
  </w:num>
  <w:num w:numId="4" w16cid:durableId="326597779">
    <w:abstractNumId w:val="4"/>
  </w:num>
  <w:num w:numId="5" w16cid:durableId="1750498155">
    <w:abstractNumId w:val="7"/>
  </w:num>
  <w:num w:numId="6" w16cid:durableId="1820607127">
    <w:abstractNumId w:val="3"/>
  </w:num>
  <w:num w:numId="7" w16cid:durableId="1733041824">
    <w:abstractNumId w:val="2"/>
  </w:num>
  <w:num w:numId="8" w16cid:durableId="947084819">
    <w:abstractNumId w:val="1"/>
  </w:num>
  <w:num w:numId="9" w16cid:durableId="1168983087">
    <w:abstractNumId w:val="0"/>
  </w:num>
  <w:num w:numId="10" w16cid:durableId="1102610258">
    <w:abstractNumId w:val="10"/>
  </w:num>
  <w:num w:numId="11" w16cid:durableId="96092051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43B87"/>
    <w:rsid w:val="0006063C"/>
    <w:rsid w:val="00083ADF"/>
    <w:rsid w:val="000B1106"/>
    <w:rsid w:val="001224E5"/>
    <w:rsid w:val="00141136"/>
    <w:rsid w:val="0015074B"/>
    <w:rsid w:val="00183B5F"/>
    <w:rsid w:val="001F16ED"/>
    <w:rsid w:val="001F4358"/>
    <w:rsid w:val="0022501A"/>
    <w:rsid w:val="00234D5E"/>
    <w:rsid w:val="00241ADC"/>
    <w:rsid w:val="00270E57"/>
    <w:rsid w:val="00281D1D"/>
    <w:rsid w:val="0029639D"/>
    <w:rsid w:val="002A3BAB"/>
    <w:rsid w:val="002C4EB7"/>
    <w:rsid w:val="002D4093"/>
    <w:rsid w:val="00326F90"/>
    <w:rsid w:val="00363B02"/>
    <w:rsid w:val="00377148"/>
    <w:rsid w:val="0039340F"/>
    <w:rsid w:val="003D2476"/>
    <w:rsid w:val="004A24CE"/>
    <w:rsid w:val="004B1ED4"/>
    <w:rsid w:val="004B6852"/>
    <w:rsid w:val="004D1C23"/>
    <w:rsid w:val="004E1656"/>
    <w:rsid w:val="004F6543"/>
    <w:rsid w:val="00516DF0"/>
    <w:rsid w:val="00553276"/>
    <w:rsid w:val="00582B61"/>
    <w:rsid w:val="005A214E"/>
    <w:rsid w:val="005B38EC"/>
    <w:rsid w:val="005D7839"/>
    <w:rsid w:val="006864AC"/>
    <w:rsid w:val="006F4391"/>
    <w:rsid w:val="00706F32"/>
    <w:rsid w:val="00745F59"/>
    <w:rsid w:val="00776DFC"/>
    <w:rsid w:val="007A6891"/>
    <w:rsid w:val="007E410E"/>
    <w:rsid w:val="007E4201"/>
    <w:rsid w:val="008112FF"/>
    <w:rsid w:val="008117D5"/>
    <w:rsid w:val="0082772E"/>
    <w:rsid w:val="008371AD"/>
    <w:rsid w:val="008A455D"/>
    <w:rsid w:val="008E2A84"/>
    <w:rsid w:val="00916D09"/>
    <w:rsid w:val="00917064"/>
    <w:rsid w:val="00984677"/>
    <w:rsid w:val="009A5DCA"/>
    <w:rsid w:val="009C09E0"/>
    <w:rsid w:val="009E675F"/>
    <w:rsid w:val="009F07E2"/>
    <w:rsid w:val="00A0784F"/>
    <w:rsid w:val="00A23C60"/>
    <w:rsid w:val="00A65E09"/>
    <w:rsid w:val="00A670F0"/>
    <w:rsid w:val="00A859A9"/>
    <w:rsid w:val="00A87442"/>
    <w:rsid w:val="00AA1D8D"/>
    <w:rsid w:val="00AB7330"/>
    <w:rsid w:val="00AD45A0"/>
    <w:rsid w:val="00AE21C7"/>
    <w:rsid w:val="00B172B3"/>
    <w:rsid w:val="00B17B2D"/>
    <w:rsid w:val="00B47730"/>
    <w:rsid w:val="00B725A7"/>
    <w:rsid w:val="00B801FB"/>
    <w:rsid w:val="00C01C32"/>
    <w:rsid w:val="00C024D6"/>
    <w:rsid w:val="00C121B0"/>
    <w:rsid w:val="00C522F0"/>
    <w:rsid w:val="00C52897"/>
    <w:rsid w:val="00C8373A"/>
    <w:rsid w:val="00C92A86"/>
    <w:rsid w:val="00CB0664"/>
    <w:rsid w:val="00CB3FD8"/>
    <w:rsid w:val="00CF3F56"/>
    <w:rsid w:val="00D318DF"/>
    <w:rsid w:val="00D540EF"/>
    <w:rsid w:val="00D951F9"/>
    <w:rsid w:val="00D96E04"/>
    <w:rsid w:val="00E21DEA"/>
    <w:rsid w:val="00E3655F"/>
    <w:rsid w:val="00E66A93"/>
    <w:rsid w:val="00E826F8"/>
    <w:rsid w:val="00EC1C6D"/>
    <w:rsid w:val="00F0490C"/>
    <w:rsid w:val="00F10275"/>
    <w:rsid w:val="00F13D81"/>
    <w:rsid w:val="00F354C9"/>
    <w:rsid w:val="00FC693F"/>
    <w:rsid w:val="00FD6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6BB437D9"/>
  <w14:defaultImageDpi w14:val="300"/>
  <w15:docId w15:val="{BA683D19-31DF-444A-BC2C-ABA080CBB7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1">
    <w:name w:val="Normal"/>
    <w:qFormat/>
    <w:rsid w:val="00FC693F"/>
    <w:rPr>
      <w:rFonts w:ascii="Arial" w:eastAsia="微软雅黑" w:hAnsi="Arial"/>
      <w:sz w:val="18"/>
    </w:rPr>
  </w:style>
  <w:style w:type="paragraph" w:styleId="1">
    <w:name w:val="heading 1"/>
    <w:basedOn w:val="a1"/>
    <w:next w:val="a1"/>
    <w:link w:val="10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1">
    <w:name w:val="heading 2"/>
    <w:basedOn w:val="a1"/>
    <w:next w:val="a1"/>
    <w:link w:val="22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1">
    <w:name w:val="heading 3"/>
    <w:basedOn w:val="a1"/>
    <w:next w:val="a1"/>
    <w:link w:val="32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1"/>
    <w:next w:val="a1"/>
    <w:link w:val="40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1"/>
    <w:next w:val="a1"/>
    <w:link w:val="50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1"/>
    <w:next w:val="a1"/>
    <w:link w:val="60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1"/>
    <w:next w:val="a1"/>
    <w:link w:val="70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1"/>
    <w:next w:val="a1"/>
    <w:link w:val="80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1"/>
    <w:next w:val="a1"/>
    <w:link w:val="90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a6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6">
    <w:name w:val="页眉 字符"/>
    <w:basedOn w:val="a2"/>
    <w:link w:val="a5"/>
    <w:uiPriority w:val="99"/>
    <w:rsid w:val="00E618BF"/>
  </w:style>
  <w:style w:type="paragraph" w:styleId="a7">
    <w:name w:val="footer"/>
    <w:basedOn w:val="a1"/>
    <w:link w:val="a8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8">
    <w:name w:val="页脚 字符"/>
    <w:basedOn w:val="a2"/>
    <w:link w:val="a7"/>
    <w:uiPriority w:val="99"/>
    <w:rsid w:val="00E618BF"/>
  </w:style>
  <w:style w:type="paragraph" w:styleId="a9">
    <w:name w:val="No Spacing"/>
    <w:uiPriority w:val="1"/>
    <w:qFormat/>
    <w:rsid w:val="00FC693F"/>
    <w:pPr>
      <w:spacing w:after="0" w:line="240" w:lineRule="auto"/>
    </w:pPr>
  </w:style>
  <w:style w:type="character" w:customStyle="1" w:styleId="10">
    <w:name w:val="标题 1 字符"/>
    <w:basedOn w:val="a2"/>
    <w:link w:val="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2">
    <w:name w:val="标题 2 字符"/>
    <w:basedOn w:val="a2"/>
    <w:link w:val="2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2">
    <w:name w:val="标题 3 字符"/>
    <w:basedOn w:val="a2"/>
    <w:link w:val="3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a">
    <w:name w:val="Title"/>
    <w:basedOn w:val="a1"/>
    <w:next w:val="a1"/>
    <w:link w:val="ab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b">
    <w:name w:val="标题 字符"/>
    <w:basedOn w:val="a2"/>
    <w:link w:val="aa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c">
    <w:name w:val="Subtitle"/>
    <w:basedOn w:val="a1"/>
    <w:next w:val="a1"/>
    <w:link w:val="ad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d">
    <w:name w:val="副标题 字符"/>
    <w:basedOn w:val="a2"/>
    <w:link w:val="ac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e">
    <w:name w:val="List Paragraph"/>
    <w:basedOn w:val="a1"/>
    <w:uiPriority w:val="34"/>
    <w:qFormat/>
    <w:rsid w:val="00FC693F"/>
    <w:pPr>
      <w:ind w:left="720"/>
      <w:contextualSpacing/>
    </w:pPr>
  </w:style>
  <w:style w:type="paragraph" w:styleId="af">
    <w:name w:val="Body Text"/>
    <w:basedOn w:val="a1"/>
    <w:link w:val="af0"/>
    <w:uiPriority w:val="99"/>
    <w:unhideWhenUsed/>
    <w:rsid w:val="00AA1D8D"/>
    <w:pPr>
      <w:spacing w:after="120"/>
    </w:pPr>
  </w:style>
  <w:style w:type="character" w:customStyle="1" w:styleId="af0">
    <w:name w:val="正文文本 字符"/>
    <w:basedOn w:val="a2"/>
    <w:link w:val="af"/>
    <w:uiPriority w:val="99"/>
    <w:rsid w:val="00AA1D8D"/>
  </w:style>
  <w:style w:type="paragraph" w:styleId="23">
    <w:name w:val="Body Text 2"/>
    <w:basedOn w:val="a1"/>
    <w:link w:val="24"/>
    <w:uiPriority w:val="99"/>
    <w:unhideWhenUsed/>
    <w:rsid w:val="00AA1D8D"/>
    <w:pPr>
      <w:spacing w:after="120" w:line="480" w:lineRule="auto"/>
    </w:pPr>
  </w:style>
  <w:style w:type="character" w:customStyle="1" w:styleId="24">
    <w:name w:val="正文文本 2 字符"/>
    <w:basedOn w:val="a2"/>
    <w:link w:val="23"/>
    <w:uiPriority w:val="99"/>
    <w:rsid w:val="00AA1D8D"/>
  </w:style>
  <w:style w:type="paragraph" w:styleId="33">
    <w:name w:val="Body Text 3"/>
    <w:basedOn w:val="a1"/>
    <w:link w:val="34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34">
    <w:name w:val="正文文本 3 字符"/>
    <w:basedOn w:val="a2"/>
    <w:link w:val="33"/>
    <w:uiPriority w:val="99"/>
    <w:rsid w:val="00AA1D8D"/>
    <w:rPr>
      <w:sz w:val="16"/>
      <w:szCs w:val="16"/>
    </w:rPr>
  </w:style>
  <w:style w:type="paragraph" w:styleId="af1">
    <w:name w:val="List"/>
    <w:basedOn w:val="a1"/>
    <w:uiPriority w:val="99"/>
    <w:unhideWhenUsed/>
    <w:rsid w:val="00AA1D8D"/>
    <w:pPr>
      <w:ind w:left="360" w:hanging="360"/>
      <w:contextualSpacing/>
    </w:pPr>
  </w:style>
  <w:style w:type="paragraph" w:styleId="25">
    <w:name w:val="List 2"/>
    <w:basedOn w:val="a1"/>
    <w:uiPriority w:val="99"/>
    <w:unhideWhenUsed/>
    <w:rsid w:val="00326F90"/>
    <w:pPr>
      <w:ind w:left="720" w:hanging="360"/>
      <w:contextualSpacing/>
    </w:pPr>
  </w:style>
  <w:style w:type="paragraph" w:styleId="35">
    <w:name w:val="List 3"/>
    <w:basedOn w:val="a1"/>
    <w:uiPriority w:val="99"/>
    <w:unhideWhenUsed/>
    <w:rsid w:val="00326F90"/>
    <w:pPr>
      <w:ind w:left="1080" w:hanging="360"/>
      <w:contextualSpacing/>
    </w:pPr>
  </w:style>
  <w:style w:type="paragraph" w:styleId="a0">
    <w:name w:val="List Bullet"/>
    <w:basedOn w:val="a1"/>
    <w:uiPriority w:val="99"/>
    <w:unhideWhenUsed/>
    <w:rsid w:val="00326F90"/>
    <w:pPr>
      <w:numPr>
        <w:numId w:val="1"/>
      </w:numPr>
      <w:contextualSpacing/>
    </w:pPr>
  </w:style>
  <w:style w:type="paragraph" w:styleId="20">
    <w:name w:val="List Bullet 2"/>
    <w:basedOn w:val="a1"/>
    <w:uiPriority w:val="99"/>
    <w:unhideWhenUsed/>
    <w:rsid w:val="00326F90"/>
    <w:pPr>
      <w:numPr>
        <w:numId w:val="2"/>
      </w:numPr>
      <w:contextualSpacing/>
    </w:pPr>
  </w:style>
  <w:style w:type="paragraph" w:styleId="30">
    <w:name w:val="List Bullet 3"/>
    <w:basedOn w:val="a1"/>
    <w:uiPriority w:val="99"/>
    <w:unhideWhenUsed/>
    <w:rsid w:val="00326F90"/>
    <w:pPr>
      <w:numPr>
        <w:numId w:val="3"/>
      </w:numPr>
      <w:contextualSpacing/>
    </w:pPr>
  </w:style>
  <w:style w:type="paragraph" w:styleId="a">
    <w:name w:val="List Number"/>
    <w:basedOn w:val="a1"/>
    <w:uiPriority w:val="99"/>
    <w:unhideWhenUsed/>
    <w:rsid w:val="00326F90"/>
    <w:pPr>
      <w:numPr>
        <w:numId w:val="5"/>
      </w:numPr>
      <w:contextualSpacing/>
    </w:pPr>
  </w:style>
  <w:style w:type="paragraph" w:styleId="2">
    <w:name w:val="List Number 2"/>
    <w:basedOn w:val="a1"/>
    <w:uiPriority w:val="99"/>
    <w:unhideWhenUsed/>
    <w:rsid w:val="0029639D"/>
    <w:pPr>
      <w:numPr>
        <w:numId w:val="6"/>
      </w:numPr>
      <w:contextualSpacing/>
    </w:pPr>
  </w:style>
  <w:style w:type="paragraph" w:styleId="3">
    <w:name w:val="List Number 3"/>
    <w:basedOn w:val="a1"/>
    <w:uiPriority w:val="99"/>
    <w:unhideWhenUsed/>
    <w:rsid w:val="0029639D"/>
    <w:pPr>
      <w:numPr>
        <w:numId w:val="7"/>
      </w:numPr>
      <w:contextualSpacing/>
    </w:pPr>
  </w:style>
  <w:style w:type="paragraph" w:styleId="af2">
    <w:name w:val="List Continue"/>
    <w:basedOn w:val="a1"/>
    <w:uiPriority w:val="99"/>
    <w:unhideWhenUsed/>
    <w:rsid w:val="0029639D"/>
    <w:pPr>
      <w:spacing w:after="120"/>
      <w:ind w:left="360"/>
      <w:contextualSpacing/>
    </w:pPr>
  </w:style>
  <w:style w:type="paragraph" w:styleId="26">
    <w:name w:val="List Continue 2"/>
    <w:basedOn w:val="a1"/>
    <w:uiPriority w:val="99"/>
    <w:unhideWhenUsed/>
    <w:rsid w:val="0029639D"/>
    <w:pPr>
      <w:spacing w:after="120"/>
      <w:ind w:left="720"/>
      <w:contextualSpacing/>
    </w:pPr>
  </w:style>
  <w:style w:type="paragraph" w:styleId="36">
    <w:name w:val="List Continue 3"/>
    <w:basedOn w:val="a1"/>
    <w:uiPriority w:val="99"/>
    <w:unhideWhenUsed/>
    <w:rsid w:val="0029639D"/>
    <w:pPr>
      <w:spacing w:after="120"/>
      <w:ind w:left="1080"/>
      <w:contextualSpacing/>
    </w:pPr>
  </w:style>
  <w:style w:type="paragraph" w:styleId="af3">
    <w:name w:val="macro"/>
    <w:link w:val="af4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af4">
    <w:name w:val="宏文本 字符"/>
    <w:basedOn w:val="a2"/>
    <w:link w:val="af3"/>
    <w:uiPriority w:val="99"/>
    <w:rsid w:val="0029639D"/>
    <w:rPr>
      <w:rFonts w:ascii="Courier" w:hAnsi="Courier"/>
      <w:sz w:val="20"/>
      <w:szCs w:val="20"/>
    </w:rPr>
  </w:style>
  <w:style w:type="paragraph" w:styleId="af5">
    <w:name w:val="Quote"/>
    <w:basedOn w:val="a1"/>
    <w:next w:val="a1"/>
    <w:link w:val="af6"/>
    <w:uiPriority w:val="29"/>
    <w:qFormat/>
    <w:rsid w:val="00FC693F"/>
    <w:rPr>
      <w:i/>
      <w:iCs/>
      <w:color w:val="000000" w:themeColor="text1"/>
    </w:rPr>
  </w:style>
  <w:style w:type="character" w:customStyle="1" w:styleId="af6">
    <w:name w:val="引用 字符"/>
    <w:basedOn w:val="a2"/>
    <w:link w:val="af5"/>
    <w:uiPriority w:val="29"/>
    <w:rsid w:val="00FC693F"/>
    <w:rPr>
      <w:i/>
      <w:iCs/>
      <w:color w:val="000000" w:themeColor="text1"/>
    </w:rPr>
  </w:style>
  <w:style w:type="character" w:customStyle="1" w:styleId="40">
    <w:name w:val="标题 4 字符"/>
    <w:basedOn w:val="a2"/>
    <w:link w:val="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标题 5 字符"/>
    <w:basedOn w:val="a2"/>
    <w:link w:val="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标题 6 字符"/>
    <w:basedOn w:val="a2"/>
    <w:link w:val="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标题 7 字符"/>
    <w:basedOn w:val="a2"/>
    <w:link w:val="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标题 8 字符"/>
    <w:basedOn w:val="a2"/>
    <w:link w:val="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标题 9 字符"/>
    <w:basedOn w:val="a2"/>
    <w:link w:val="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f7">
    <w:name w:val="caption"/>
    <w:basedOn w:val="a1"/>
    <w:next w:val="a1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Cs w:val="18"/>
    </w:rPr>
  </w:style>
  <w:style w:type="character" w:styleId="af8">
    <w:name w:val="Strong"/>
    <w:basedOn w:val="a2"/>
    <w:uiPriority w:val="22"/>
    <w:qFormat/>
    <w:rsid w:val="00FC693F"/>
    <w:rPr>
      <w:b/>
      <w:bCs/>
    </w:rPr>
  </w:style>
  <w:style w:type="character" w:styleId="af9">
    <w:name w:val="Emphasis"/>
    <w:basedOn w:val="a2"/>
    <w:uiPriority w:val="20"/>
    <w:qFormat/>
    <w:rsid w:val="00FC693F"/>
    <w:rPr>
      <w:i/>
      <w:iCs/>
    </w:rPr>
  </w:style>
  <w:style w:type="paragraph" w:styleId="afa">
    <w:name w:val="Intense Quote"/>
    <w:basedOn w:val="a1"/>
    <w:next w:val="a1"/>
    <w:link w:val="afb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fb">
    <w:name w:val="明显引用 字符"/>
    <w:basedOn w:val="a2"/>
    <w:link w:val="afa"/>
    <w:uiPriority w:val="30"/>
    <w:rsid w:val="00FC693F"/>
    <w:rPr>
      <w:b/>
      <w:bCs/>
      <w:i/>
      <w:iCs/>
      <w:color w:val="4F81BD" w:themeColor="accent1"/>
    </w:rPr>
  </w:style>
  <w:style w:type="character" w:styleId="afc">
    <w:name w:val="Subtle Emphasis"/>
    <w:basedOn w:val="a2"/>
    <w:uiPriority w:val="19"/>
    <w:qFormat/>
    <w:rsid w:val="00FC693F"/>
    <w:rPr>
      <w:i/>
      <w:iCs/>
      <w:color w:val="808080" w:themeColor="text1" w:themeTint="7F"/>
    </w:rPr>
  </w:style>
  <w:style w:type="character" w:styleId="afd">
    <w:name w:val="Intense Emphasis"/>
    <w:basedOn w:val="a2"/>
    <w:uiPriority w:val="21"/>
    <w:qFormat/>
    <w:rsid w:val="00FC693F"/>
    <w:rPr>
      <w:b/>
      <w:bCs/>
      <w:i/>
      <w:iCs/>
      <w:color w:val="4F81BD" w:themeColor="accent1"/>
    </w:rPr>
  </w:style>
  <w:style w:type="character" w:styleId="afe">
    <w:name w:val="Subtle Reference"/>
    <w:basedOn w:val="a2"/>
    <w:uiPriority w:val="31"/>
    <w:qFormat/>
    <w:rsid w:val="00FC693F"/>
    <w:rPr>
      <w:smallCaps/>
      <w:color w:val="C0504D" w:themeColor="accent2"/>
      <w:u w:val="single"/>
    </w:rPr>
  </w:style>
  <w:style w:type="character" w:styleId="aff">
    <w:name w:val="Intense Reference"/>
    <w:basedOn w:val="a2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aff0">
    <w:name w:val="Book Title"/>
    <w:basedOn w:val="a2"/>
    <w:uiPriority w:val="33"/>
    <w:qFormat/>
    <w:rsid w:val="00FC693F"/>
    <w:rPr>
      <w:b/>
      <w:bCs/>
      <w:smallCaps/>
      <w:spacing w:val="5"/>
    </w:rPr>
  </w:style>
  <w:style w:type="paragraph" w:styleId="TOC">
    <w:name w:val="TOC Heading"/>
    <w:basedOn w:val="1"/>
    <w:next w:val="a1"/>
    <w:uiPriority w:val="39"/>
    <w:semiHidden/>
    <w:unhideWhenUsed/>
    <w:qFormat/>
    <w:rsid w:val="00FC693F"/>
    <w:pPr>
      <w:outlineLvl w:val="9"/>
    </w:pPr>
  </w:style>
  <w:style w:type="table" w:styleId="aff1">
    <w:name w:val="Table Grid"/>
    <w:basedOn w:val="a3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ff2">
    <w:name w:val="Light Shading"/>
    <w:basedOn w:val="a3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-1">
    <w:name w:val="Light Shading Accent 1"/>
    <w:basedOn w:val="a3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-2">
    <w:name w:val="Light Shading Accent 2"/>
    <w:basedOn w:val="a3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-3">
    <w:name w:val="Light Shading Accent 3"/>
    <w:basedOn w:val="a3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-4">
    <w:name w:val="Light Shading Accent 4"/>
    <w:basedOn w:val="a3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-5">
    <w:name w:val="Light Shading Accent 5"/>
    <w:basedOn w:val="a3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-6">
    <w:name w:val="Light Shading Accent 6"/>
    <w:basedOn w:val="a3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ff3">
    <w:name w:val="Light List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-10">
    <w:name w:val="Light List Accent 1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-20">
    <w:name w:val="Light List Accent 2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-30">
    <w:name w:val="Light List Accent 3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-40">
    <w:name w:val="Light List Accent 4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-50">
    <w:name w:val="Light List Accent 5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-60">
    <w:name w:val="Light List Accent 6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ff4">
    <w:name w:val="Light Grid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-11">
    <w:name w:val="Light Grid Accent 1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-21">
    <w:name w:val="Light Grid Accent 2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-31">
    <w:name w:val="Light Grid Accent 3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-41">
    <w:name w:val="Light Grid Accent 4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-51">
    <w:name w:val="Light Grid Accent 5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-61">
    <w:name w:val="Light Grid Accent 6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11">
    <w:name w:val="Medium Shading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2">
    <w:name w:val="Medium Shading 1 Accent 2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3">
    <w:name w:val="Medium Shading 1 Accent 3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4">
    <w:name w:val="Medium Shading 1 Accent 4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5">
    <w:name w:val="Medium Shading 1 Accent 5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6">
    <w:name w:val="Medium Shading 1 Accent 6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7">
    <w:name w:val="Medium Shading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1">
    <w:name w:val="Medium Shading 2 Accent 1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2">
    <w:name w:val="Medium Shading 2 Accent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3">
    <w:name w:val="Medium Shading 2 Accent 3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4">
    <w:name w:val="Medium Shading 2 Accent 4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5">
    <w:name w:val="Medium Shading 2 Accent 5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6">
    <w:name w:val="Medium Shading 2 Accent 6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12">
    <w:name w:val="Medium Lis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1-10">
    <w:name w:val="Medium List 1 Accen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1-20">
    <w:name w:val="Medium List 1 Accent 2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1-30">
    <w:name w:val="Medium List 1 Accent 3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1-40">
    <w:name w:val="Medium List 1 Accent 4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1-50">
    <w:name w:val="Medium List 1 Accent 5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1-60">
    <w:name w:val="Medium List 1 Accent 6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28">
    <w:name w:val="Medium Lis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10">
    <w:name w:val="Medium List 2 Accent 1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20">
    <w:name w:val="Medium List 2 Accen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30">
    <w:name w:val="Medium List 2 Accent 3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40">
    <w:name w:val="Medium List 2 Accent 4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50">
    <w:name w:val="Medium List 2 Accent 5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60">
    <w:name w:val="Medium List 2 Accent 6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3">
    <w:name w:val="Medium Grid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-11">
    <w:name w:val="Medium Grid 1 Accent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1-21">
    <w:name w:val="Medium Grid 1 Accent 2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-31">
    <w:name w:val="Medium Grid 1 Accent 3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-41">
    <w:name w:val="Medium Grid 1 Accent 4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-51">
    <w:name w:val="Medium Grid 1 Accent 5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-61">
    <w:name w:val="Medium Grid 1 Accent 6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29">
    <w:name w:val="Medium Grid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11">
    <w:name w:val="Medium Grid 2 Accent 1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21">
    <w:name w:val="Medium Grid 2 Accent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31">
    <w:name w:val="Medium Grid 2 Accent 3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41">
    <w:name w:val="Medium Grid 2 Accent 4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51">
    <w:name w:val="Medium Grid 2 Accent 5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61">
    <w:name w:val="Medium Grid 2 Accent 6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37">
    <w:name w:val="Medium Grid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3-1">
    <w:name w:val="Medium Grid 3 Accent 1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3-2">
    <w:name w:val="Medium Grid 3 Accent 2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3-3">
    <w:name w:val="Medium Grid 3 Accent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3-4">
    <w:name w:val="Medium Grid 3 Accent 4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3-5">
    <w:name w:val="Medium Grid 3 Accent 5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3-6">
    <w:name w:val="Medium Grid 3 Accent 6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aff5">
    <w:name w:val="Dark List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-12">
    <w:name w:val="Dark List Accent 1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-22">
    <w:name w:val="Dark List Accent 2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-32">
    <w:name w:val="Dark List Accent 3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-42">
    <w:name w:val="Dark List Accent 4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-52">
    <w:name w:val="Dark List Accent 5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-62">
    <w:name w:val="Dark List Accent 6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aff6">
    <w:name w:val="Colorful Shading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13">
    <w:name w:val="Colorful Shading Accent 1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23">
    <w:name w:val="Colorful Shading Accent 2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33">
    <w:name w:val="Colorful Shading Accent 3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3">
    <w:name w:val="Colorful Shading Accent 4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53">
    <w:name w:val="Colorful Shading Accent 5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63">
    <w:name w:val="Colorful Shading Accent 6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aff7">
    <w:name w:val="Colorful List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14">
    <w:name w:val="Colorful List Accent 1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-24">
    <w:name w:val="Colorful List Accent 2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-34">
    <w:name w:val="Colorful List Accent 3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-44">
    <w:name w:val="Colorful List Accent 4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-54">
    <w:name w:val="Colorful List Accent 5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-64">
    <w:name w:val="Colorful List Accent 6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aff8">
    <w:name w:val="Colorful Grid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-15">
    <w:name w:val="Colorful Grid Accent 1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-25">
    <w:name w:val="Colorful Grid Accent 2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-35">
    <w:name w:val="Colorful Grid Accent 3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5">
    <w:name w:val="Colorful Grid Accent 4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-55">
    <w:name w:val="Colorful Grid Accent 5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-65">
    <w:name w:val="Colorful Grid Accent 6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aff9">
    <w:name w:val="Hyperlink"/>
    <w:basedOn w:val="a2"/>
    <w:uiPriority w:val="99"/>
    <w:unhideWhenUsed/>
    <w:rsid w:val="00582B61"/>
    <w:rPr>
      <w:color w:val="0000FF" w:themeColor="hyperlink"/>
      <w:u w:val="single"/>
    </w:rPr>
  </w:style>
  <w:style w:type="character" w:styleId="affa">
    <w:name w:val="Unresolved Mention"/>
    <w:basedOn w:val="a2"/>
    <w:uiPriority w:val="99"/>
    <w:semiHidden/>
    <w:unhideWhenUsed/>
    <w:rsid w:val="00582B6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wmf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681</TotalTime>
  <Pages>2</Pages>
  <Words>195</Words>
  <Characters>1118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1311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宁 张</cp:lastModifiedBy>
  <cp:revision>30</cp:revision>
  <cp:lastPrinted>2026-04-25T13:16:00Z</cp:lastPrinted>
  <dcterms:created xsi:type="dcterms:W3CDTF">2026-04-23T14:12:00Z</dcterms:created>
  <dcterms:modified xsi:type="dcterms:W3CDTF">2026-04-27T03:06:00Z</dcterms:modified>
  <cp:category/>
</cp:coreProperties>
</file>