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475B2C" w14:textId="4B38D4A5" w:rsidR="00141136" w:rsidRDefault="00141136">
      <w:r>
        <w:rPr>
          <w:rFonts w:asciiTheme="minorHAnsi" w:hAnsiTheme="minorHAnsi"/>
          <w:noProof/>
          <w:sz w:val="40"/>
          <w:szCs w:val="40"/>
        </w:rPr>
        <w:drawing>
          <wp:anchor distT="0" distB="0" distL="114300" distR="114300" simplePos="0" relativeHeight="251660288" behindDoc="1" locked="0" layoutInCell="1" allowOverlap="1" wp14:anchorId="6FB5B09F" wp14:editId="348E72EB">
            <wp:simplePos x="0" y="0"/>
            <wp:positionH relativeFrom="column">
              <wp:posOffset>5138779</wp:posOffset>
            </wp:positionH>
            <wp:positionV relativeFrom="page">
              <wp:posOffset>263465</wp:posOffset>
            </wp:positionV>
            <wp:extent cx="1690370" cy="1235075"/>
            <wp:effectExtent l="0" t="0" r="5080" b="3175"/>
            <wp:wrapTight wrapText="bothSides">
              <wp:wrapPolygon edited="0">
                <wp:start x="974" y="0"/>
                <wp:lineTo x="0" y="666"/>
                <wp:lineTo x="0" y="20989"/>
                <wp:lineTo x="974" y="21322"/>
                <wp:lineTo x="20448" y="21322"/>
                <wp:lineTo x="21421" y="20989"/>
                <wp:lineTo x="21421" y="666"/>
                <wp:lineTo x="20448" y="0"/>
                <wp:lineTo x="974" y="0"/>
              </wp:wrapPolygon>
            </wp:wrapTight>
            <wp:docPr id="2135541210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5541210" name="图片 2135541210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690370" cy="123507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Theme="minorHAnsi" w:hAnsiTheme="minorHAnsi"/>
          <w:sz w:val="20"/>
          <w:szCs w:val="20"/>
          <w:lang w:eastAsia="zh-CN"/>
        </w:rPr>
        <w:t>Publication</w:t>
      </w:r>
      <w:r>
        <w:rPr>
          <w:rFonts w:asciiTheme="minorHAnsi" w:hAnsiTheme="minorHAnsi" w:hint="eastAsia"/>
          <w:sz w:val="20"/>
          <w:szCs w:val="20"/>
          <w:lang w:eastAsia="zh-CN"/>
        </w:rPr>
        <w:t xml:space="preserve"> </w:t>
      </w:r>
      <w:r w:rsidRPr="009F07E2">
        <w:rPr>
          <w:rFonts w:asciiTheme="minorHAnsi" w:hAnsiTheme="minorHAnsi"/>
          <w:sz w:val="20"/>
          <w:szCs w:val="20"/>
        </w:rPr>
        <w:t>Date 202</w:t>
      </w:r>
      <w:r w:rsidRPr="009F07E2">
        <w:rPr>
          <w:rFonts w:asciiTheme="minorHAnsi" w:hAnsiTheme="minorHAnsi" w:hint="eastAsia"/>
          <w:sz w:val="20"/>
          <w:szCs w:val="20"/>
          <w:lang w:eastAsia="zh-CN"/>
        </w:rPr>
        <w:t>5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678"/>
        <w:gridCol w:w="259"/>
      </w:tblGrid>
      <w:tr w:rsidR="00F0490C" w:rsidRPr="008E2A84" w14:paraId="20055008" w14:textId="77777777" w:rsidTr="00141136">
        <w:tc>
          <w:tcPr>
            <w:tcW w:w="4678" w:type="dxa"/>
          </w:tcPr>
          <w:p w14:paraId="444C3FAC" w14:textId="3BB3495D" w:rsidR="00776DFC" w:rsidRPr="00141136" w:rsidRDefault="00000000" w:rsidP="00141136">
            <w:pPr>
              <w:rPr>
                <w:rFonts w:asciiTheme="minorHAnsi" w:hAnsiTheme="minorHAnsi"/>
                <w:sz w:val="22"/>
                <w:lang w:eastAsia="zh-CN"/>
              </w:rPr>
            </w:pPr>
            <w:r w:rsidRPr="008E2A84">
              <w:rPr>
                <w:rFonts w:asciiTheme="minorHAnsi" w:hAnsiTheme="minorHAnsi"/>
                <w:b/>
                <w:color w:val="0C3666"/>
                <w:sz w:val="28"/>
              </w:rPr>
              <w:t>DXL STEEL FRAMING SYSTEMS</w:t>
            </w:r>
            <w:r w:rsidRPr="008E2A84">
              <w:rPr>
                <w:rFonts w:asciiTheme="minorHAnsi" w:hAnsiTheme="minorHAnsi"/>
                <w:b/>
                <w:color w:val="0C3666"/>
                <w:sz w:val="28"/>
              </w:rPr>
              <w:br/>
            </w:r>
            <w:r w:rsidRPr="008E2A84">
              <w:rPr>
                <w:rFonts w:asciiTheme="minorHAnsi" w:hAnsiTheme="minorHAnsi"/>
                <w:sz w:val="22"/>
              </w:rPr>
              <w:t xml:space="preserve">PRODUCT DATA SHEET </w:t>
            </w:r>
          </w:p>
        </w:tc>
        <w:tc>
          <w:tcPr>
            <w:tcW w:w="259" w:type="dxa"/>
          </w:tcPr>
          <w:p w14:paraId="3C33886B" w14:textId="4D8BC79A" w:rsidR="00F0490C" w:rsidRPr="009F07E2" w:rsidRDefault="00000000" w:rsidP="009F07E2">
            <w:pPr>
              <w:wordWrap w:val="0"/>
              <w:jc w:val="right"/>
              <w:rPr>
                <w:rFonts w:asciiTheme="minorHAnsi" w:hAnsiTheme="minorHAnsi"/>
                <w:sz w:val="20"/>
                <w:szCs w:val="20"/>
                <w:lang w:eastAsia="zh-CN"/>
              </w:rPr>
            </w:pPr>
            <w:r w:rsidRPr="009F07E2">
              <w:rPr>
                <w:rFonts w:asciiTheme="minorHAnsi" w:hAnsiTheme="minorHAnsi"/>
                <w:sz w:val="20"/>
                <w:szCs w:val="20"/>
              </w:rPr>
              <w:br/>
            </w:r>
          </w:p>
        </w:tc>
      </w:tr>
    </w:tbl>
    <w:p w14:paraId="06DC109C" w14:textId="05872B36" w:rsidR="00F0490C" w:rsidRPr="004D1C23" w:rsidRDefault="004D1C23" w:rsidP="004F6045">
      <w:pPr>
        <w:spacing w:after="120"/>
        <w:rPr>
          <w:rFonts w:asciiTheme="minorHAnsi" w:hAnsiTheme="minorHAnsi"/>
          <w:sz w:val="72"/>
          <w:szCs w:val="72"/>
          <w:lang w:eastAsia="zh-CN"/>
        </w:rPr>
      </w:pPr>
      <w:r w:rsidRPr="004D1C23">
        <w:rPr>
          <w:rFonts w:asciiTheme="minorHAnsi" w:hAnsiTheme="minorHAnsi"/>
          <w:noProof/>
          <w:sz w:val="72"/>
          <w:szCs w:val="7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87989F6" wp14:editId="0619EDEC">
                <wp:simplePos x="0" y="0"/>
                <wp:positionH relativeFrom="column">
                  <wp:posOffset>7620</wp:posOffset>
                </wp:positionH>
                <wp:positionV relativeFrom="paragraph">
                  <wp:posOffset>481995</wp:posOffset>
                </wp:positionV>
                <wp:extent cx="7144385" cy="0"/>
                <wp:effectExtent l="38100" t="38100" r="75565" b="95250"/>
                <wp:wrapNone/>
                <wp:docPr id="1864000506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144385" cy="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EF56E35" id="直接连接符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.6pt,37.95pt" to="563.15pt,37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" strokecolor="#4f81bd [3204]" strokeweight="2pt">
                <v:shadow on="t" color="black" opacity="24903f" origin=",.5" offset="0,.55556mm"/>
              </v:line>
            </w:pict>
          </mc:Fallback>
        </mc:AlternateContent>
      </w:r>
      <w:r w:rsidR="00776DFC" w:rsidRPr="004D1C23">
        <w:rPr>
          <w:rFonts w:asciiTheme="minorHAnsi" w:hAnsiTheme="minorHAnsi"/>
          <w:b/>
          <w:color w:val="0C3666"/>
          <w:sz w:val="72"/>
          <w:szCs w:val="72"/>
          <w:lang w:eastAsia="zh-CN"/>
        </w:rPr>
        <w:t>DRY</w:t>
      </w:r>
      <w:r w:rsidR="00776DFC" w:rsidRPr="004D1C23">
        <w:rPr>
          <w:rFonts w:asciiTheme="minorHAnsi" w:hAnsiTheme="minorHAnsi"/>
          <w:b/>
          <w:color w:val="0C3666"/>
          <w:sz w:val="72"/>
          <w:szCs w:val="72"/>
        </w:rPr>
        <w:t xml:space="preserve">WALL </w:t>
      </w:r>
      <w:r w:rsidR="00C11CB7">
        <w:rPr>
          <w:rFonts w:asciiTheme="minorHAnsi" w:hAnsiTheme="minorHAnsi" w:hint="eastAsia"/>
          <w:b/>
          <w:color w:val="0C3666"/>
          <w:sz w:val="72"/>
          <w:szCs w:val="72"/>
          <w:lang w:eastAsia="zh-CN"/>
        </w:rPr>
        <w:t>TRACK</w:t>
      </w:r>
      <w:r w:rsidR="00776DFC" w:rsidRPr="004D1C23">
        <w:rPr>
          <w:rFonts w:asciiTheme="minorHAnsi" w:hAnsiTheme="minorHAnsi"/>
          <w:b/>
          <w:color w:val="0C3666"/>
          <w:sz w:val="72"/>
          <w:szCs w:val="72"/>
        </w:rPr>
        <w:t xml:space="preserve"> </w:t>
      </w:r>
    </w:p>
    <w:tbl>
      <w:tblPr>
        <w:tblW w:w="11649" w:type="dxa"/>
        <w:tblInd w:w="-142" w:type="dxa"/>
        <w:tblLook w:val="04A0" w:firstRow="1" w:lastRow="0" w:firstColumn="1" w:lastColumn="0" w:noHBand="0" w:noVBand="1"/>
      </w:tblPr>
      <w:tblGrid>
        <w:gridCol w:w="5864"/>
        <w:gridCol w:w="5785"/>
      </w:tblGrid>
      <w:tr w:rsidR="006864AC" w:rsidRPr="006864AC" w14:paraId="7FF846DC" w14:textId="77777777" w:rsidTr="00281D1D">
        <w:tc>
          <w:tcPr>
            <w:tcW w:w="5864" w:type="dxa"/>
            <w:vAlign w:val="center"/>
          </w:tcPr>
          <w:p w14:paraId="7E11427B" w14:textId="35F09C0E" w:rsidR="00F0490C" w:rsidRPr="008E2A84" w:rsidRDefault="00E46783" w:rsidP="00A64633">
            <w:pPr>
              <w:tabs>
                <w:tab w:val="left" w:pos="3006"/>
              </w:tabs>
              <w:spacing w:after="0"/>
              <w:rPr>
                <w:rFonts w:asciiTheme="minorHAnsi" w:hAnsiTheme="minorHAnsi"/>
                <w:lang w:eastAsia="zh-CN"/>
              </w:rPr>
            </w:pPr>
            <w:r>
              <w:rPr>
                <w:rFonts w:asciiTheme="minorHAnsi" w:hAnsiTheme="minorHAnsi" w:hint="eastAsia"/>
                <w:noProof/>
                <w:lang w:eastAsia="zh-CN"/>
              </w:rPr>
              <mc:AlternateContent>
                <mc:Choice Requires="wps">
                  <w:drawing>
                    <wp:anchor distT="0" distB="0" distL="114300" distR="114300" simplePos="0" relativeHeight="251687936" behindDoc="0" locked="0" layoutInCell="1" allowOverlap="1" wp14:anchorId="49F55F76" wp14:editId="2B3EE8A4">
                      <wp:simplePos x="0" y="0"/>
                      <wp:positionH relativeFrom="column">
                        <wp:posOffset>-120650</wp:posOffset>
                      </wp:positionH>
                      <wp:positionV relativeFrom="paragraph">
                        <wp:posOffset>-586740</wp:posOffset>
                      </wp:positionV>
                      <wp:extent cx="3395980" cy="694690"/>
                      <wp:effectExtent l="0" t="0" r="0" b="0"/>
                      <wp:wrapNone/>
                      <wp:docPr id="315739574" name="文本框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395980" cy="69469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05AA3634" w14:textId="77777777" w:rsidR="00A64633" w:rsidRPr="001224E5" w:rsidRDefault="00A64633" w:rsidP="00A64633">
                                  <w:pPr>
                                    <w:spacing w:after="120" w:line="240" w:lineRule="auto"/>
                                    <w:ind w:firstLineChars="100" w:firstLine="240"/>
                                    <w:rPr>
                                      <w:rFonts w:asciiTheme="minorHAnsi" w:hAnsiTheme="minorHAnsi"/>
                                      <w:sz w:val="24"/>
                                      <w:szCs w:val="24"/>
                                      <w:lang w:eastAsia="zh-CN"/>
                                    </w:rPr>
                                  </w:pPr>
                                  <w:r w:rsidRPr="001224E5">
                                    <w:rPr>
                                      <w:rFonts w:asciiTheme="minorHAnsi" w:hAnsiTheme="minorHAnsi"/>
                                      <w:b/>
                                      <w:color w:val="0C3666"/>
                                      <w:sz w:val="24"/>
                                      <w:szCs w:val="24"/>
                                    </w:rPr>
                                    <w:t>DXL-</w:t>
                                  </w:r>
                                  <w:r>
                                    <w:rPr>
                                      <w:rFonts w:asciiTheme="minorHAnsi" w:hAnsiTheme="minorHAnsi" w:hint="eastAsia"/>
                                      <w:b/>
                                      <w:color w:val="0C3666"/>
                                      <w:sz w:val="24"/>
                                      <w:szCs w:val="24"/>
                                      <w:lang w:eastAsia="zh-CN"/>
                                    </w:rPr>
                                    <w:t>WT-SERIES</w:t>
                                  </w:r>
                                </w:p>
                                <w:p w14:paraId="6DEE0F67" w14:textId="77777777" w:rsidR="00A64633" w:rsidRPr="00C11CB7" w:rsidRDefault="00A64633" w:rsidP="00A64633">
                                  <w:pPr>
                                    <w:tabs>
                                      <w:tab w:val="left" w:pos="3006"/>
                                    </w:tabs>
                                    <w:spacing w:after="0"/>
                                    <w:ind w:leftChars="100" w:left="180" w:firstLineChars="100" w:firstLine="160"/>
                                    <w:rPr>
                                      <w:rFonts w:asciiTheme="minorHAnsi" w:hAnsiTheme="minorHAnsi"/>
                                      <w:sz w:val="16"/>
                                    </w:rPr>
                                  </w:pPr>
                                  <w:r w:rsidRPr="00C11CB7">
                                    <w:rPr>
                                      <w:rFonts w:asciiTheme="minorHAnsi" w:hAnsiTheme="minorHAnsi"/>
                                      <w:sz w:val="16"/>
                                    </w:rPr>
                                    <w:t>DXL Tracks are cold-formed galvanized steel sections used as top and bottom channels in non-load bearing drywall partition systems.</w:t>
                                  </w:r>
                                </w:p>
                                <w:p w14:paraId="49E5350E" w14:textId="77777777" w:rsidR="00A64633" w:rsidRDefault="00A64633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49F55F76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文本框 4" o:spid="_x0000_s1026" type="#_x0000_t202" style="position:absolute;margin-left:-9.5pt;margin-top:-46.2pt;width:267.4pt;height:54.7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" filled="f" stroked="f" strokeweight=".5pt">
                      <v:textbox>
                        <w:txbxContent>
                          <w:p w14:paraId="05AA3634" w14:textId="77777777" w:rsidR="00A64633" w:rsidRPr="001224E5" w:rsidRDefault="00A64633" w:rsidP="00A64633">
                            <w:pPr>
                              <w:spacing w:after="120" w:line="240" w:lineRule="auto"/>
                              <w:ind w:firstLineChars="100" w:firstLine="240"/>
                              <w:rPr>
                                <w:rFonts w:asciiTheme="minorHAnsi" w:hAnsiTheme="minorHAnsi"/>
                                <w:sz w:val="24"/>
                                <w:szCs w:val="24"/>
                                <w:lang w:eastAsia="zh-CN"/>
                              </w:rPr>
                            </w:pPr>
                            <w:r w:rsidRPr="001224E5">
                              <w:rPr>
                                <w:rFonts w:asciiTheme="minorHAnsi" w:hAnsiTheme="minorHAnsi"/>
                                <w:b/>
                                <w:color w:val="0C3666"/>
                                <w:sz w:val="24"/>
                                <w:szCs w:val="24"/>
                              </w:rPr>
                              <w:t>DXL-</w:t>
                            </w:r>
                            <w:r>
                              <w:rPr>
                                <w:rFonts w:asciiTheme="minorHAnsi" w:hAnsiTheme="minorHAnsi" w:hint="eastAsia"/>
                                <w:b/>
                                <w:color w:val="0C3666"/>
                                <w:sz w:val="24"/>
                                <w:szCs w:val="24"/>
                                <w:lang w:eastAsia="zh-CN"/>
                              </w:rPr>
                              <w:t>WT-SERIES</w:t>
                            </w:r>
                          </w:p>
                          <w:p w14:paraId="6DEE0F67" w14:textId="77777777" w:rsidR="00A64633" w:rsidRPr="00C11CB7" w:rsidRDefault="00A64633" w:rsidP="00A64633">
                            <w:pPr>
                              <w:tabs>
                                <w:tab w:val="left" w:pos="3006"/>
                              </w:tabs>
                              <w:spacing w:after="0"/>
                              <w:ind w:leftChars="100" w:left="180" w:firstLineChars="100" w:firstLine="160"/>
                              <w:rPr>
                                <w:rFonts w:asciiTheme="minorHAnsi" w:hAnsiTheme="minorHAnsi"/>
                                <w:sz w:val="16"/>
                              </w:rPr>
                            </w:pPr>
                            <w:r w:rsidRPr="00C11CB7">
                              <w:rPr>
                                <w:rFonts w:asciiTheme="minorHAnsi" w:hAnsiTheme="minorHAnsi"/>
                                <w:sz w:val="16"/>
                              </w:rPr>
                              <w:t>DXL Tracks are cold-formed galvanized steel sections used as top and bottom channels in non-load bearing drywall partition systems.</w:t>
                            </w:r>
                          </w:p>
                          <w:p w14:paraId="49E5350E" w14:textId="77777777" w:rsidR="00A64633" w:rsidRDefault="00A64633"/>
                        </w:txbxContent>
                      </v:textbox>
                    </v:shape>
                  </w:pict>
                </mc:Fallback>
              </mc:AlternateContent>
            </w:r>
            <w:r w:rsidR="00A64633">
              <w:rPr>
                <w:rFonts w:asciiTheme="minorHAnsi" w:hAnsiTheme="minorHAnsi"/>
                <w:b/>
                <w:noProof/>
                <w:color w:val="0C3666"/>
                <w:sz w:val="24"/>
                <w:szCs w:val="24"/>
              </w:rPr>
              <w:drawing>
                <wp:anchor distT="0" distB="0" distL="114300" distR="114300" simplePos="0" relativeHeight="251678720" behindDoc="0" locked="0" layoutInCell="1" allowOverlap="1" wp14:anchorId="59F6565F" wp14:editId="1E8FE68F">
                  <wp:simplePos x="0" y="0"/>
                  <wp:positionH relativeFrom="column">
                    <wp:posOffset>-167640</wp:posOffset>
                  </wp:positionH>
                  <wp:positionV relativeFrom="paragraph">
                    <wp:posOffset>153670</wp:posOffset>
                  </wp:positionV>
                  <wp:extent cx="262255" cy="243205"/>
                  <wp:effectExtent l="0" t="0" r="4445" b="4445"/>
                  <wp:wrapNone/>
                  <wp:docPr id="567939898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7939898" name="图片 567939898"/>
                          <pic:cNvPicPr/>
                        </pic:nvPicPr>
                        <pic:blipFill rotWithShape="1">
                          <a:blip r:embed="rId9"/>
                          <a:srcRect l="61047" t="11548" r="22205" b="6657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2255" cy="24320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773055DA" w14:textId="3C7AD721" w:rsidR="00F0490C" w:rsidRPr="008E2A84" w:rsidRDefault="00000000" w:rsidP="00E66A93">
            <w:pPr>
              <w:ind w:firstLineChars="100" w:firstLine="240"/>
              <w:rPr>
                <w:rFonts w:asciiTheme="minorHAnsi" w:hAnsiTheme="minorHAnsi"/>
              </w:rPr>
            </w:pPr>
            <w:r w:rsidRPr="001224E5">
              <w:rPr>
                <w:rFonts w:asciiTheme="minorHAnsi" w:hAnsiTheme="minorHAnsi"/>
                <w:b/>
                <w:color w:val="0C3666"/>
                <w:sz w:val="24"/>
                <w:szCs w:val="24"/>
              </w:rPr>
              <w:t>1. PRODUCT INFORMATION</w:t>
            </w:r>
          </w:p>
          <w:tbl>
            <w:tblPr>
              <w:tblStyle w:val="aff1"/>
              <w:tblW w:w="5306" w:type="dxa"/>
              <w:jc w:val="center"/>
              <w:tblLook w:val="04A0" w:firstRow="1" w:lastRow="0" w:firstColumn="1" w:lastColumn="0" w:noHBand="0" w:noVBand="1"/>
            </w:tblPr>
            <w:tblGrid>
              <w:gridCol w:w="2280"/>
              <w:gridCol w:w="3026"/>
            </w:tblGrid>
            <w:tr w:rsidR="00F0490C" w:rsidRPr="008E2A84" w14:paraId="3BBB564B" w14:textId="77777777" w:rsidTr="00B95273">
              <w:trPr>
                <w:trHeight w:val="348"/>
                <w:jc w:val="center"/>
              </w:trPr>
              <w:tc>
                <w:tcPr>
                  <w:tcW w:w="2280" w:type="dxa"/>
                  <w:vAlign w:val="center"/>
                </w:tcPr>
                <w:p w14:paraId="145A7F10" w14:textId="4F9BDA04" w:rsidR="00F0490C" w:rsidRPr="008E2A84" w:rsidRDefault="00000000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 xml:space="preserve">Product Name </w:t>
                  </w:r>
                </w:p>
              </w:tc>
              <w:tc>
                <w:tcPr>
                  <w:tcW w:w="3026" w:type="dxa"/>
                  <w:vAlign w:val="center"/>
                </w:tcPr>
                <w:p w14:paraId="6EC94DD2" w14:textId="517283F1" w:rsidR="0061524D" w:rsidRPr="008E2A84" w:rsidRDefault="0061524D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  <w:lang w:eastAsia="zh-CN"/>
                    </w:rPr>
                  </w:pPr>
                  <w:r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>Drywall Track</w:t>
                  </w:r>
                </w:p>
              </w:tc>
            </w:tr>
            <w:tr w:rsidR="00F0490C" w:rsidRPr="008E2A84" w14:paraId="37252975" w14:textId="77777777" w:rsidTr="00B95273">
              <w:trPr>
                <w:trHeight w:val="363"/>
                <w:jc w:val="center"/>
              </w:trPr>
              <w:tc>
                <w:tcPr>
                  <w:tcW w:w="2280" w:type="dxa"/>
                  <w:vAlign w:val="center"/>
                </w:tcPr>
                <w:p w14:paraId="1CEA4F65" w14:textId="689654E5" w:rsidR="00F0490C" w:rsidRPr="008E2A84" w:rsidRDefault="00000000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  <w:lang w:eastAsia="zh-CN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 xml:space="preserve">Model No. </w:t>
                  </w:r>
                </w:p>
              </w:tc>
              <w:tc>
                <w:tcPr>
                  <w:tcW w:w="3026" w:type="dxa"/>
                  <w:vAlign w:val="center"/>
                </w:tcPr>
                <w:p w14:paraId="63F4887E" w14:textId="3A35900D" w:rsidR="00A859A9" w:rsidRPr="008E2A84" w:rsidRDefault="0061524D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  <w:lang w:eastAsia="zh-CN"/>
                    </w:rPr>
                  </w:pPr>
                  <w:r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>Drywall WT Series</w:t>
                  </w:r>
                </w:p>
              </w:tc>
            </w:tr>
            <w:tr w:rsidR="00F0490C" w:rsidRPr="008E2A84" w14:paraId="2561057C" w14:textId="77777777" w:rsidTr="00B95273">
              <w:trPr>
                <w:trHeight w:val="348"/>
                <w:jc w:val="center"/>
              </w:trPr>
              <w:tc>
                <w:tcPr>
                  <w:tcW w:w="2280" w:type="dxa"/>
                  <w:vAlign w:val="center"/>
                </w:tcPr>
                <w:p w14:paraId="27B4459F" w14:textId="441F9ABD" w:rsidR="00F0490C" w:rsidRPr="008E2A84" w:rsidRDefault="00000000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  <w:lang w:eastAsia="zh-CN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 xml:space="preserve">Category </w:t>
                  </w:r>
                </w:p>
              </w:tc>
              <w:tc>
                <w:tcPr>
                  <w:tcW w:w="3026" w:type="dxa"/>
                  <w:vAlign w:val="center"/>
                </w:tcPr>
                <w:p w14:paraId="49DFAF9D" w14:textId="2E8FA3AC" w:rsidR="00F0490C" w:rsidRPr="008E2A84" w:rsidRDefault="0061524D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  <w:lang w:eastAsia="zh-CN"/>
                    </w:rPr>
                    <w:t>Dryw</w:t>
                  </w:r>
                  <w:r w:rsidRPr="008E2A84">
                    <w:rPr>
                      <w:rFonts w:asciiTheme="minorHAnsi" w:hAnsiTheme="minorHAnsi"/>
                      <w:szCs w:val="18"/>
                    </w:rPr>
                    <w:t>all Framing System</w:t>
                  </w:r>
                </w:p>
              </w:tc>
            </w:tr>
            <w:tr w:rsidR="00F0490C" w:rsidRPr="008E2A84" w14:paraId="58469EA0" w14:textId="77777777" w:rsidTr="00B95273">
              <w:trPr>
                <w:trHeight w:val="348"/>
                <w:jc w:val="center"/>
              </w:trPr>
              <w:tc>
                <w:tcPr>
                  <w:tcW w:w="2280" w:type="dxa"/>
                  <w:vAlign w:val="center"/>
                </w:tcPr>
                <w:p w14:paraId="161C2BA8" w14:textId="4D4FC3F9" w:rsidR="00F0490C" w:rsidRPr="008E2A84" w:rsidRDefault="00000000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  <w:lang w:eastAsia="zh-CN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 xml:space="preserve">Application </w:t>
                  </w:r>
                </w:p>
              </w:tc>
              <w:tc>
                <w:tcPr>
                  <w:tcW w:w="3026" w:type="dxa"/>
                  <w:vAlign w:val="center"/>
                </w:tcPr>
                <w:p w14:paraId="51C39C0E" w14:textId="40C4E479" w:rsidR="00F0490C" w:rsidRPr="008E2A84" w:rsidRDefault="00C11CB7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C11CB7">
                    <w:rPr>
                      <w:rFonts w:asciiTheme="minorHAnsi" w:hAnsiTheme="minorHAnsi"/>
                      <w:szCs w:val="18"/>
                    </w:rPr>
                    <w:t>Partition wall top and bottom track systems</w:t>
                  </w:r>
                </w:p>
              </w:tc>
            </w:tr>
          </w:tbl>
          <w:p w14:paraId="4355A665" w14:textId="468631DC" w:rsidR="00F0490C" w:rsidRPr="008E2A84" w:rsidRDefault="00C8373A">
            <w:pPr>
              <w:rPr>
                <w:rFonts w:asciiTheme="minorHAnsi" w:hAnsiTheme="minorHAnsi"/>
                <w:lang w:eastAsia="zh-CN"/>
              </w:rPr>
            </w:pPr>
            <w:r>
              <w:rPr>
                <w:rFonts w:asciiTheme="minorHAnsi" w:hAnsiTheme="minorHAnsi"/>
                <w:b/>
                <w:noProof/>
                <w:color w:val="0C3666"/>
                <w:sz w:val="24"/>
                <w:szCs w:val="24"/>
              </w:rPr>
              <w:drawing>
                <wp:anchor distT="0" distB="0" distL="114300" distR="114300" simplePos="0" relativeHeight="251679744" behindDoc="0" locked="0" layoutInCell="1" allowOverlap="1" wp14:anchorId="51FD460F" wp14:editId="4AC594D6">
                  <wp:simplePos x="0" y="0"/>
                  <wp:positionH relativeFrom="column">
                    <wp:posOffset>-187960</wp:posOffset>
                  </wp:positionH>
                  <wp:positionV relativeFrom="paragraph">
                    <wp:posOffset>238760</wp:posOffset>
                  </wp:positionV>
                  <wp:extent cx="258445" cy="234950"/>
                  <wp:effectExtent l="0" t="0" r="8255" b="0"/>
                  <wp:wrapNone/>
                  <wp:docPr id="1838013173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7939898" name="图片 567939898"/>
                          <pic:cNvPicPr/>
                        </pic:nvPicPr>
                        <pic:blipFill rotWithShape="1">
                          <a:blip r:embed="rId9"/>
                          <a:srcRect l="42078" t="11376" r="41896" b="6678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8445" cy="2349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47DD3D6B" w14:textId="10E10279" w:rsidR="00F0490C" w:rsidRPr="008E2A84" w:rsidRDefault="00000000" w:rsidP="00E66A93">
            <w:pPr>
              <w:ind w:firstLineChars="100" w:firstLine="240"/>
              <w:rPr>
                <w:rFonts w:asciiTheme="minorHAnsi" w:hAnsiTheme="minorHAnsi"/>
                <w:lang w:eastAsia="zh-CN"/>
              </w:rPr>
            </w:pPr>
            <w:r w:rsidRPr="001224E5">
              <w:rPr>
                <w:rFonts w:asciiTheme="minorHAnsi" w:hAnsiTheme="minorHAnsi"/>
                <w:b/>
                <w:color w:val="0C3666"/>
                <w:sz w:val="24"/>
                <w:szCs w:val="24"/>
              </w:rPr>
              <w:t xml:space="preserve">2. DIMENSIONS </w:t>
            </w:r>
          </w:p>
          <w:tbl>
            <w:tblPr>
              <w:tblStyle w:val="aff1"/>
              <w:tblW w:w="5245" w:type="dxa"/>
              <w:tblInd w:w="167" w:type="dxa"/>
              <w:tblLook w:val="04A0" w:firstRow="1" w:lastRow="0" w:firstColumn="1" w:lastColumn="0" w:noHBand="0" w:noVBand="1"/>
            </w:tblPr>
            <w:tblGrid>
              <w:gridCol w:w="2268"/>
              <w:gridCol w:w="2977"/>
            </w:tblGrid>
            <w:tr w:rsidR="00F0490C" w:rsidRPr="008E2A84" w14:paraId="2CA71CC6" w14:textId="77777777" w:rsidTr="00B95273">
              <w:tc>
                <w:tcPr>
                  <w:tcW w:w="2268" w:type="dxa"/>
                  <w:vAlign w:val="center"/>
                </w:tcPr>
                <w:p w14:paraId="0D8A0BB7" w14:textId="77777777" w:rsidR="00F0490C" w:rsidRPr="008E2A84" w:rsidRDefault="00000000" w:rsidP="00A859A9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>Web Width (A)</w:t>
                  </w:r>
                </w:p>
              </w:tc>
              <w:tc>
                <w:tcPr>
                  <w:tcW w:w="2977" w:type="dxa"/>
                  <w:vAlign w:val="center"/>
                </w:tcPr>
                <w:p w14:paraId="03F016CB" w14:textId="4840FE2F" w:rsidR="00F0490C" w:rsidRPr="008E2A84" w:rsidRDefault="0061524D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  <w:lang w:eastAsia="zh-CN"/>
                    </w:rPr>
                  </w:pPr>
                  <w:r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>65 75 94 130</w:t>
                  </w:r>
                </w:p>
              </w:tc>
            </w:tr>
            <w:tr w:rsidR="00F0490C" w:rsidRPr="008E2A84" w14:paraId="41BE7E2D" w14:textId="77777777" w:rsidTr="00B95273">
              <w:tc>
                <w:tcPr>
                  <w:tcW w:w="2268" w:type="dxa"/>
                  <w:vAlign w:val="center"/>
                </w:tcPr>
                <w:p w14:paraId="7F12866E" w14:textId="77777777" w:rsidR="00F0490C" w:rsidRPr="008E2A84" w:rsidRDefault="00000000" w:rsidP="00A859A9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>Thickness (T)</w:t>
                  </w:r>
                </w:p>
              </w:tc>
              <w:tc>
                <w:tcPr>
                  <w:tcW w:w="2977" w:type="dxa"/>
                  <w:vAlign w:val="center"/>
                </w:tcPr>
                <w:p w14:paraId="04BC2AB1" w14:textId="65D00DCC" w:rsidR="00F0490C" w:rsidRPr="008E2A84" w:rsidRDefault="00DD1EFA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  <w:lang w:eastAsia="zh-CN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>0.4</w:t>
                  </w:r>
                  <w:r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 xml:space="preserve">0 - </w:t>
                  </w:r>
                  <w:r w:rsidRPr="008E2A84">
                    <w:rPr>
                      <w:rFonts w:asciiTheme="minorHAnsi" w:hAnsiTheme="minorHAnsi"/>
                      <w:szCs w:val="18"/>
                    </w:rPr>
                    <w:t>0.6</w:t>
                  </w:r>
                  <w:r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>0</w:t>
                  </w:r>
                  <w:r w:rsidRPr="008E2A84">
                    <w:rPr>
                      <w:rFonts w:asciiTheme="minorHAnsi" w:hAnsiTheme="minorHAnsi"/>
                      <w:szCs w:val="18"/>
                    </w:rPr>
                    <w:t xml:space="preserve"> mm</w:t>
                  </w:r>
                </w:p>
              </w:tc>
            </w:tr>
            <w:tr w:rsidR="00F0490C" w:rsidRPr="008E2A84" w14:paraId="322824FA" w14:textId="77777777" w:rsidTr="00B95273">
              <w:tc>
                <w:tcPr>
                  <w:tcW w:w="2268" w:type="dxa"/>
                  <w:vAlign w:val="center"/>
                </w:tcPr>
                <w:p w14:paraId="43FB4ED4" w14:textId="63578E7B" w:rsidR="00F0490C" w:rsidRPr="008E2A84" w:rsidRDefault="00A859A9" w:rsidP="00A859A9">
                  <w:pPr>
                    <w:spacing w:line="276" w:lineRule="auto"/>
                    <w:rPr>
                      <w:rFonts w:asciiTheme="minorHAnsi" w:eastAsia="黑体" w:hAnsiTheme="minorHAnsi"/>
                      <w:szCs w:val="18"/>
                      <w:lang w:eastAsia="zh-CN"/>
                    </w:rPr>
                  </w:pPr>
                  <w:r w:rsidRPr="008E2A84">
                    <w:rPr>
                      <w:rFonts w:asciiTheme="minorHAnsi" w:eastAsia="黑体" w:hAnsiTheme="minorHAnsi"/>
                      <w:szCs w:val="18"/>
                      <w:lang w:eastAsia="zh-CN"/>
                    </w:rPr>
                    <w:t>Length</w:t>
                  </w:r>
                </w:p>
              </w:tc>
              <w:tc>
                <w:tcPr>
                  <w:tcW w:w="2977" w:type="dxa"/>
                  <w:vAlign w:val="center"/>
                </w:tcPr>
                <w:p w14:paraId="1B0BE3A0" w14:textId="2D62D92C" w:rsidR="00F0490C" w:rsidRPr="008E2A84" w:rsidRDefault="0061524D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>2</w:t>
                  </w:r>
                  <w:r w:rsidRPr="008E2A84">
                    <w:rPr>
                      <w:rFonts w:asciiTheme="minorHAnsi" w:hAnsiTheme="minorHAnsi"/>
                      <w:szCs w:val="18"/>
                      <w:lang w:eastAsia="zh-CN"/>
                    </w:rPr>
                    <w:t>8</w:t>
                  </w:r>
                  <w:r w:rsidRPr="008E2A84">
                    <w:rPr>
                      <w:rFonts w:asciiTheme="minorHAnsi" w:hAnsiTheme="minorHAnsi"/>
                      <w:szCs w:val="18"/>
                    </w:rPr>
                    <w:t>00 / 3000 / Custom</w:t>
                  </w:r>
                  <w:r w:rsidRPr="008E2A84">
                    <w:rPr>
                      <w:rFonts w:asciiTheme="minorHAnsi" w:hAnsiTheme="minorHAnsi"/>
                      <w:szCs w:val="18"/>
                      <w:lang w:eastAsia="zh-CN"/>
                    </w:rPr>
                    <w:t>（</w:t>
                  </w:r>
                  <w:r w:rsidRPr="008E2A84">
                    <w:rPr>
                      <w:rFonts w:asciiTheme="minorHAnsi" w:hAnsiTheme="minorHAnsi"/>
                      <w:szCs w:val="18"/>
                      <w:lang w:eastAsia="zh-CN"/>
                    </w:rPr>
                    <w:t>≥2000</w:t>
                  </w:r>
                  <w:r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>）</w:t>
                  </w:r>
                </w:p>
              </w:tc>
            </w:tr>
          </w:tbl>
          <w:p w14:paraId="52A50D3E" w14:textId="59B4CA5B" w:rsidR="00F0490C" w:rsidRPr="008E2A84" w:rsidRDefault="001F16ED">
            <w:pPr>
              <w:rPr>
                <w:rFonts w:asciiTheme="minorHAnsi" w:hAnsiTheme="minorHAnsi"/>
                <w:lang w:eastAsia="zh-CN"/>
              </w:rPr>
            </w:pPr>
            <w:r>
              <w:rPr>
                <w:rFonts w:asciiTheme="minorHAnsi" w:hAnsiTheme="minorHAnsi"/>
                <w:b/>
                <w:noProof/>
                <w:color w:val="0C3666"/>
                <w:sz w:val="24"/>
                <w:szCs w:val="24"/>
              </w:rPr>
              <w:drawing>
                <wp:anchor distT="0" distB="0" distL="114300" distR="114300" simplePos="0" relativeHeight="251680768" behindDoc="0" locked="0" layoutInCell="1" allowOverlap="1" wp14:anchorId="3E3C4827" wp14:editId="34168769">
                  <wp:simplePos x="0" y="0"/>
                  <wp:positionH relativeFrom="column">
                    <wp:posOffset>-164465</wp:posOffset>
                  </wp:positionH>
                  <wp:positionV relativeFrom="paragraph">
                    <wp:posOffset>251460</wp:posOffset>
                  </wp:positionV>
                  <wp:extent cx="231775" cy="220980"/>
                  <wp:effectExtent l="0" t="0" r="0" b="7620"/>
                  <wp:wrapNone/>
                  <wp:docPr id="1033022693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7939898" name="图片 567939898"/>
                          <pic:cNvPicPr/>
                        </pic:nvPicPr>
                        <pic:blipFill rotWithShape="1">
                          <a:blip r:embed="rId9"/>
                          <a:srcRect l="62016" t="40182" r="23303" b="3889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1775" cy="2209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20F9D3A0" w14:textId="3A7631EC" w:rsidR="00F0490C" w:rsidRPr="008E2A84" w:rsidRDefault="00000000" w:rsidP="00E66A93">
            <w:pPr>
              <w:ind w:firstLineChars="100" w:firstLine="240"/>
              <w:rPr>
                <w:rFonts w:asciiTheme="minorHAnsi" w:hAnsiTheme="minorHAnsi"/>
                <w:lang w:eastAsia="zh-CN"/>
              </w:rPr>
            </w:pPr>
            <w:r w:rsidRPr="001224E5">
              <w:rPr>
                <w:rFonts w:asciiTheme="minorHAnsi" w:hAnsiTheme="minorHAnsi"/>
                <w:b/>
                <w:color w:val="0C3666"/>
                <w:sz w:val="24"/>
                <w:szCs w:val="24"/>
              </w:rPr>
              <w:t>3. MATERIAL</w:t>
            </w:r>
            <w:r w:rsidRPr="008E2A84">
              <w:rPr>
                <w:rFonts w:asciiTheme="minorHAnsi" w:hAnsiTheme="minorHAnsi"/>
                <w:b/>
                <w:color w:val="0C3666"/>
                <w:sz w:val="20"/>
              </w:rPr>
              <w:t xml:space="preserve"> </w:t>
            </w:r>
          </w:p>
          <w:tbl>
            <w:tblPr>
              <w:tblStyle w:val="aff1"/>
              <w:tblW w:w="5245" w:type="dxa"/>
              <w:tblInd w:w="167" w:type="dxa"/>
              <w:tblLook w:val="04A0" w:firstRow="1" w:lastRow="0" w:firstColumn="1" w:lastColumn="0" w:noHBand="0" w:noVBand="1"/>
            </w:tblPr>
            <w:tblGrid>
              <w:gridCol w:w="2268"/>
              <w:gridCol w:w="2977"/>
            </w:tblGrid>
            <w:tr w:rsidR="00F0490C" w:rsidRPr="008E2A84" w14:paraId="52E57C0E" w14:textId="77777777" w:rsidTr="00FE61BF">
              <w:tc>
                <w:tcPr>
                  <w:tcW w:w="2268" w:type="dxa"/>
                </w:tcPr>
                <w:p w14:paraId="2B385B45" w14:textId="5A6E7CB9" w:rsidR="00F0490C" w:rsidRPr="008E2A84" w:rsidRDefault="00D318DF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  <w:lang w:eastAsia="zh-CN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  <w:lang w:eastAsia="zh-CN"/>
                    </w:rPr>
                    <w:t>Material</w:t>
                  </w:r>
                </w:p>
              </w:tc>
              <w:tc>
                <w:tcPr>
                  <w:tcW w:w="2977" w:type="dxa"/>
                  <w:vAlign w:val="center"/>
                </w:tcPr>
                <w:p w14:paraId="2C123E1C" w14:textId="58C5F8DB" w:rsidR="00F0490C" w:rsidRPr="008E2A84" w:rsidRDefault="00BD48B6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  <w:lang w:eastAsia="zh-CN"/>
                    </w:rPr>
                  </w:pPr>
                  <w:r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 xml:space="preserve">Hot-dip </w:t>
                  </w:r>
                  <w:r w:rsidRPr="008E2A84">
                    <w:rPr>
                      <w:rFonts w:asciiTheme="minorHAnsi" w:hAnsiTheme="minorHAnsi"/>
                      <w:szCs w:val="18"/>
                      <w:lang w:eastAsia="zh-CN"/>
                    </w:rPr>
                    <w:t>Galvanized steel</w:t>
                  </w:r>
                </w:p>
              </w:tc>
            </w:tr>
            <w:tr w:rsidR="00F0490C" w:rsidRPr="008E2A84" w14:paraId="04DCA241" w14:textId="77777777" w:rsidTr="00FE61BF">
              <w:tc>
                <w:tcPr>
                  <w:tcW w:w="2268" w:type="dxa"/>
                </w:tcPr>
                <w:p w14:paraId="48D514A7" w14:textId="544F640F" w:rsidR="00F0490C" w:rsidRPr="008E2A84" w:rsidRDefault="00B801FB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  <w:lang w:eastAsia="zh-CN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 xml:space="preserve">Zinc Coating </w:t>
                  </w:r>
                </w:p>
              </w:tc>
              <w:tc>
                <w:tcPr>
                  <w:tcW w:w="2977" w:type="dxa"/>
                  <w:vAlign w:val="center"/>
                </w:tcPr>
                <w:p w14:paraId="31863644" w14:textId="1E245432" w:rsidR="00F0490C" w:rsidRPr="008E2A84" w:rsidRDefault="00B801FB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>Z100 - Z275 g/m²</w:t>
                  </w:r>
                </w:p>
              </w:tc>
            </w:tr>
            <w:tr w:rsidR="00F0490C" w:rsidRPr="008E2A84" w14:paraId="2BAFCD49" w14:textId="77777777" w:rsidTr="00A64633">
              <w:tc>
                <w:tcPr>
                  <w:tcW w:w="2268" w:type="dxa"/>
                  <w:vAlign w:val="center"/>
                </w:tcPr>
                <w:p w14:paraId="1F493909" w14:textId="04BE856B" w:rsidR="00F0490C" w:rsidRPr="008E2A84" w:rsidRDefault="00A859A9" w:rsidP="00A64633">
                  <w:pPr>
                    <w:spacing w:line="276" w:lineRule="auto"/>
                    <w:jc w:val="both"/>
                    <w:rPr>
                      <w:rFonts w:asciiTheme="minorHAnsi" w:hAnsiTheme="minorHAnsi"/>
                      <w:szCs w:val="18"/>
                      <w:lang w:eastAsia="zh-CN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  <w:lang w:eastAsia="zh-CN"/>
                    </w:rPr>
                    <w:t>Surface finish</w:t>
                  </w:r>
                  <w:r w:rsidRPr="008E2A84">
                    <w:rPr>
                      <w:rFonts w:asciiTheme="minorHAnsi" w:hAnsiTheme="minorHAnsi"/>
                      <w:szCs w:val="18"/>
                    </w:rPr>
                    <w:t xml:space="preserve"> </w:t>
                  </w:r>
                </w:p>
              </w:tc>
              <w:tc>
                <w:tcPr>
                  <w:tcW w:w="2977" w:type="dxa"/>
                  <w:vAlign w:val="center"/>
                </w:tcPr>
                <w:p w14:paraId="571DC232" w14:textId="3F4DA895" w:rsidR="00F0490C" w:rsidRPr="008E2A84" w:rsidRDefault="00BD48B6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  <w:lang w:eastAsia="zh-CN"/>
                    </w:rPr>
                  </w:pPr>
                  <w:r w:rsidRPr="00AF4E70">
                    <w:rPr>
                      <w:rFonts w:asciiTheme="minorHAnsi" w:hAnsiTheme="minorHAnsi"/>
                      <w:szCs w:val="18"/>
                      <w:lang w:eastAsia="zh-CN"/>
                    </w:rPr>
                    <w:t>Galvanized silver-grey finish; custom color powder coating available.</w:t>
                  </w:r>
                </w:p>
              </w:tc>
            </w:tr>
          </w:tbl>
          <w:p w14:paraId="13D8CDDD" w14:textId="46E9EDC6" w:rsidR="004D1C23" w:rsidRPr="008E2A84" w:rsidRDefault="001F16ED">
            <w:pPr>
              <w:rPr>
                <w:rFonts w:asciiTheme="minorHAnsi" w:hAnsiTheme="minorHAnsi"/>
                <w:lang w:eastAsia="zh-CN"/>
              </w:rPr>
            </w:pPr>
            <w:r>
              <w:rPr>
                <w:rFonts w:asciiTheme="minorHAnsi" w:hAnsiTheme="minorHAnsi"/>
                <w:b/>
                <w:noProof/>
                <w:color w:val="0C3666"/>
                <w:sz w:val="24"/>
                <w:szCs w:val="24"/>
              </w:rPr>
              <w:drawing>
                <wp:anchor distT="0" distB="0" distL="114300" distR="114300" simplePos="0" relativeHeight="251681792" behindDoc="0" locked="0" layoutInCell="1" allowOverlap="1" wp14:anchorId="0000621F" wp14:editId="00856DD4">
                  <wp:simplePos x="0" y="0"/>
                  <wp:positionH relativeFrom="column">
                    <wp:posOffset>-193040</wp:posOffset>
                  </wp:positionH>
                  <wp:positionV relativeFrom="paragraph">
                    <wp:posOffset>233680</wp:posOffset>
                  </wp:positionV>
                  <wp:extent cx="262255" cy="246380"/>
                  <wp:effectExtent l="0" t="0" r="4445" b="1270"/>
                  <wp:wrapNone/>
                  <wp:docPr id="1144924499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7939898" name="图片 567939898"/>
                          <pic:cNvPicPr/>
                        </pic:nvPicPr>
                        <pic:blipFill rotWithShape="1">
                          <a:blip r:embed="rId9"/>
                          <a:srcRect l="4524" t="39803" r="80248" b="3871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2255" cy="246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5FB860D8" w14:textId="233E0D36" w:rsidR="00F0490C" w:rsidRPr="008E2A84" w:rsidRDefault="00000000" w:rsidP="00E66A93">
            <w:pPr>
              <w:ind w:firstLineChars="100" w:firstLine="240"/>
              <w:rPr>
                <w:rFonts w:asciiTheme="minorHAnsi" w:hAnsiTheme="minorHAnsi"/>
              </w:rPr>
            </w:pPr>
            <w:r w:rsidRPr="001224E5">
              <w:rPr>
                <w:rFonts w:asciiTheme="minorHAnsi" w:hAnsiTheme="minorHAnsi"/>
                <w:b/>
                <w:color w:val="0C3666"/>
                <w:sz w:val="24"/>
                <w:szCs w:val="24"/>
              </w:rPr>
              <w:t>4. TOLERANCE</w:t>
            </w:r>
          </w:p>
          <w:tbl>
            <w:tblPr>
              <w:tblStyle w:val="aff1"/>
              <w:tblW w:w="0" w:type="auto"/>
              <w:tblInd w:w="167" w:type="dxa"/>
              <w:tblLook w:val="04A0" w:firstRow="1" w:lastRow="0" w:firstColumn="1" w:lastColumn="0" w:noHBand="0" w:noVBand="1"/>
            </w:tblPr>
            <w:tblGrid>
              <w:gridCol w:w="2268"/>
              <w:gridCol w:w="2977"/>
            </w:tblGrid>
            <w:tr w:rsidR="00F354C9" w:rsidRPr="008E2A84" w14:paraId="68C0DCD3" w14:textId="77777777" w:rsidTr="00C501C6">
              <w:tc>
                <w:tcPr>
                  <w:tcW w:w="2268" w:type="dxa"/>
                </w:tcPr>
                <w:p w14:paraId="3F682845" w14:textId="37E8C92F" w:rsidR="00F0490C" w:rsidRPr="008E2A84" w:rsidRDefault="00000000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  <w:lang w:eastAsia="zh-CN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 xml:space="preserve">Thickness </w:t>
                  </w:r>
                </w:p>
              </w:tc>
              <w:tc>
                <w:tcPr>
                  <w:tcW w:w="2977" w:type="dxa"/>
                  <w:vAlign w:val="center"/>
                </w:tcPr>
                <w:p w14:paraId="19DDB04B" w14:textId="3D77178C" w:rsidR="00F0490C" w:rsidRPr="008E2A84" w:rsidRDefault="003D0241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>0/-</w:t>
                  </w:r>
                  <w:r w:rsidRPr="008E2A84">
                    <w:rPr>
                      <w:rFonts w:asciiTheme="minorHAnsi" w:hAnsiTheme="minorHAnsi"/>
                      <w:szCs w:val="18"/>
                    </w:rPr>
                    <w:t>0.</w:t>
                  </w:r>
                  <w:r w:rsidR="00BD48B6"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>0</w:t>
                  </w:r>
                  <w:r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>2</w:t>
                  </w:r>
                  <w:r w:rsidRPr="008E2A84">
                    <w:rPr>
                      <w:rFonts w:asciiTheme="minorHAnsi" w:hAnsiTheme="minorHAnsi"/>
                      <w:szCs w:val="18"/>
                    </w:rPr>
                    <w:t xml:space="preserve"> mm</w:t>
                  </w:r>
                </w:p>
              </w:tc>
            </w:tr>
            <w:tr w:rsidR="00F354C9" w:rsidRPr="008E2A84" w14:paraId="4A7CDCAB" w14:textId="77777777" w:rsidTr="00C501C6">
              <w:tc>
                <w:tcPr>
                  <w:tcW w:w="2268" w:type="dxa"/>
                </w:tcPr>
                <w:p w14:paraId="49E4719B" w14:textId="5533BBE1" w:rsidR="00F0490C" w:rsidRPr="008E2A84" w:rsidRDefault="00000000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  <w:lang w:eastAsia="zh-CN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 xml:space="preserve">Width </w:t>
                  </w:r>
                </w:p>
              </w:tc>
              <w:tc>
                <w:tcPr>
                  <w:tcW w:w="2977" w:type="dxa"/>
                  <w:vAlign w:val="center"/>
                </w:tcPr>
                <w:p w14:paraId="5BE710D0" w14:textId="0CD009E9" w:rsidR="00F0490C" w:rsidRPr="008E2A84" w:rsidRDefault="003D0241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>0/-</w:t>
                  </w:r>
                  <w:r w:rsidRPr="008E2A84">
                    <w:rPr>
                      <w:rFonts w:asciiTheme="minorHAnsi" w:hAnsiTheme="minorHAnsi"/>
                      <w:szCs w:val="18"/>
                    </w:rPr>
                    <w:t>0.</w:t>
                  </w:r>
                  <w:r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>5</w:t>
                  </w:r>
                  <w:r w:rsidRPr="008E2A84">
                    <w:rPr>
                      <w:rFonts w:asciiTheme="minorHAnsi" w:hAnsiTheme="minorHAnsi"/>
                      <w:szCs w:val="18"/>
                    </w:rPr>
                    <w:t xml:space="preserve"> mm</w:t>
                  </w:r>
                </w:p>
              </w:tc>
            </w:tr>
            <w:tr w:rsidR="00F354C9" w:rsidRPr="008E2A84" w14:paraId="49254248" w14:textId="77777777" w:rsidTr="00C501C6">
              <w:tc>
                <w:tcPr>
                  <w:tcW w:w="2268" w:type="dxa"/>
                </w:tcPr>
                <w:p w14:paraId="332A758C" w14:textId="2F7D125D" w:rsidR="00F0490C" w:rsidRPr="008E2A84" w:rsidRDefault="00000000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  <w:lang w:eastAsia="zh-CN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 xml:space="preserve">Length </w:t>
                  </w:r>
                </w:p>
              </w:tc>
              <w:tc>
                <w:tcPr>
                  <w:tcW w:w="2977" w:type="dxa"/>
                  <w:vAlign w:val="center"/>
                </w:tcPr>
                <w:p w14:paraId="7EEC4523" w14:textId="3BCE213C" w:rsidR="00F0490C" w:rsidRPr="008E2A84" w:rsidRDefault="00000000" w:rsidP="003D0241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>±</w:t>
                  </w:r>
                  <w:r w:rsidR="003D0241"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>1</w:t>
                  </w:r>
                  <w:r w:rsidRPr="008E2A84">
                    <w:rPr>
                      <w:rFonts w:asciiTheme="minorHAnsi" w:hAnsiTheme="minorHAnsi"/>
                      <w:szCs w:val="18"/>
                    </w:rPr>
                    <w:t>.0 mm</w:t>
                  </w:r>
                </w:p>
              </w:tc>
            </w:tr>
          </w:tbl>
          <w:p w14:paraId="21696328" w14:textId="061CB8A7" w:rsidR="008E2A84" w:rsidRPr="008E2A84" w:rsidRDefault="008E2A84" w:rsidP="00A0784F">
            <w:pPr>
              <w:ind w:rightChars="132" w:right="238"/>
              <w:rPr>
                <w:rFonts w:asciiTheme="minorHAnsi" w:hAnsiTheme="minorHAnsi"/>
                <w:lang w:eastAsia="zh-CN"/>
              </w:rPr>
            </w:pPr>
          </w:p>
        </w:tc>
        <w:tc>
          <w:tcPr>
            <w:tcW w:w="5785" w:type="dxa"/>
          </w:tcPr>
          <w:p w14:paraId="43CE2B4C" w14:textId="2BC615F9" w:rsidR="001F16ED" w:rsidRDefault="001F16ED" w:rsidP="001224E5">
            <w:pPr>
              <w:ind w:firstLineChars="300" w:firstLine="720"/>
              <w:rPr>
                <w:rFonts w:asciiTheme="minorHAnsi" w:hAnsiTheme="minorHAnsi"/>
                <w:b/>
                <w:color w:val="0C3666"/>
                <w:sz w:val="24"/>
                <w:szCs w:val="24"/>
                <w:lang w:eastAsia="zh-CN"/>
              </w:rPr>
            </w:pPr>
            <w:r>
              <w:rPr>
                <w:rFonts w:asciiTheme="minorHAnsi" w:hAnsiTheme="minorHAnsi"/>
                <w:b/>
                <w:noProof/>
                <w:color w:val="0C3666"/>
                <w:sz w:val="24"/>
                <w:szCs w:val="24"/>
              </w:rPr>
              <w:drawing>
                <wp:anchor distT="0" distB="0" distL="114300" distR="114300" simplePos="0" relativeHeight="251682816" behindDoc="0" locked="0" layoutInCell="1" allowOverlap="1" wp14:anchorId="45657921" wp14:editId="13325E06">
                  <wp:simplePos x="0" y="0"/>
                  <wp:positionH relativeFrom="column">
                    <wp:posOffset>51435</wp:posOffset>
                  </wp:positionH>
                  <wp:positionV relativeFrom="paragraph">
                    <wp:posOffset>284480</wp:posOffset>
                  </wp:positionV>
                  <wp:extent cx="307975" cy="276225"/>
                  <wp:effectExtent l="0" t="0" r="0" b="9525"/>
                  <wp:wrapNone/>
                  <wp:docPr id="424207452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7939898" name="图片 567939898"/>
                          <pic:cNvPicPr/>
                        </pic:nvPicPr>
                        <pic:blipFill rotWithShape="1">
                          <a:blip r:embed="rId9"/>
                          <a:srcRect l="3949" t="11318" r="79788" b="6679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7975" cy="27622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630DC82D" w14:textId="09CDEFF2" w:rsidR="00F0490C" w:rsidRPr="008E2A84" w:rsidRDefault="005D7839" w:rsidP="001224E5">
            <w:pPr>
              <w:ind w:firstLineChars="300" w:firstLine="720"/>
              <w:rPr>
                <w:rFonts w:asciiTheme="minorHAnsi" w:hAnsiTheme="minorHAnsi"/>
                <w:lang w:eastAsia="zh-CN"/>
              </w:rPr>
            </w:pPr>
            <w:r w:rsidRPr="001224E5">
              <w:rPr>
                <w:rFonts w:asciiTheme="minorHAnsi" w:hAnsiTheme="minorHAnsi" w:hint="eastAsia"/>
                <w:b/>
                <w:color w:val="0C3666"/>
                <w:sz w:val="24"/>
                <w:szCs w:val="24"/>
                <w:lang w:eastAsia="zh-CN"/>
              </w:rPr>
              <w:t>6.</w:t>
            </w:r>
            <w:r w:rsidRPr="001224E5">
              <w:rPr>
                <w:rFonts w:asciiTheme="minorHAnsi" w:hAnsiTheme="minorHAnsi"/>
                <w:b/>
                <w:color w:val="0C3666"/>
                <w:sz w:val="24"/>
                <w:szCs w:val="24"/>
              </w:rPr>
              <w:t>Product Photo</w:t>
            </w:r>
          </w:p>
          <w:tbl>
            <w:tblPr>
              <w:tblpPr w:leftFromText="180" w:rightFromText="180" w:vertAnchor="text" w:horzAnchor="margin" w:tblpXSpec="center" w:tblpY="-33"/>
              <w:tblOverlap w:val="never"/>
              <w:tblW w:w="0" w:type="auto"/>
              <w:tblBorders>
                <w:top w:val="single" w:sz="6" w:space="0" w:color="9E9E9E"/>
                <w:left w:val="single" w:sz="6" w:space="0" w:color="9E9E9E"/>
                <w:bottom w:val="single" w:sz="6" w:space="0" w:color="9E9E9E"/>
                <w:right w:val="single" w:sz="6" w:space="0" w:color="9E9E9E"/>
                <w:insideH w:val="single" w:sz="4" w:space="0" w:color="D9D9D9"/>
                <w:insideV w:val="single" w:sz="4" w:space="0" w:color="D9D9D9"/>
              </w:tblBorders>
              <w:tblLayout w:type="fixed"/>
              <w:tblCellMar>
                <w:left w:w="85" w:type="dxa"/>
                <w:right w:w="85" w:type="dxa"/>
              </w:tblCellMar>
              <w:tblLook w:val="04A0" w:firstRow="1" w:lastRow="0" w:firstColumn="1" w:lastColumn="0" w:noHBand="0" w:noVBand="1"/>
            </w:tblPr>
            <w:tblGrid>
              <w:gridCol w:w="4367"/>
            </w:tblGrid>
            <w:tr w:rsidR="005D7839" w14:paraId="121767A0" w14:textId="77777777" w:rsidTr="00C01C32">
              <w:trPr>
                <w:trHeight w:hRule="exact" w:val="2636"/>
              </w:trPr>
              <w:tc>
                <w:tcPr>
                  <w:tcW w:w="4367" w:type="dxa"/>
                  <w:shd w:val="clear" w:color="auto" w:fill="FFFFFF"/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  <w:vAlign w:val="center"/>
                </w:tcPr>
                <w:p w14:paraId="6D4884B1" w14:textId="2E65594E" w:rsidR="005D7839" w:rsidRDefault="00804CE1" w:rsidP="005D7839">
                  <w:pPr>
                    <w:spacing w:after="0" w:line="240" w:lineRule="auto"/>
                    <w:jc w:val="center"/>
                  </w:pPr>
                  <w:r>
                    <w:rPr>
                      <w:i/>
                      <w:iCs/>
                      <w:noProof/>
                      <w:sz w:val="20"/>
                      <w:szCs w:val="20"/>
                      <w:lang w:eastAsia="zh-CN"/>
                    </w:rPr>
                    <w:drawing>
                      <wp:inline distT="0" distB="0" distL="0" distR="0" wp14:anchorId="69DB1093" wp14:editId="5036680A">
                        <wp:extent cx="2642235" cy="1761490"/>
                        <wp:effectExtent l="0" t="0" r="5715" b="0"/>
                        <wp:docPr id="1042643470" name="图片 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42643470" name="图片 1042643470"/>
                                <pic:cNvPicPr/>
                              </pic:nvPicPr>
                              <pic:blipFill>
                                <a:blip r:embed="rId1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642235" cy="176149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5D7839" w14:paraId="3DA69C95" w14:textId="77777777" w:rsidTr="00C01C32">
              <w:trPr>
                <w:trHeight w:hRule="exact" w:val="311"/>
              </w:trPr>
              <w:tc>
                <w:tcPr>
                  <w:tcW w:w="4367" w:type="dxa"/>
                  <w:shd w:val="clear" w:color="auto" w:fill="2F3E4E"/>
                  <w:tcMar>
                    <w:top w:w="40" w:type="dxa"/>
                    <w:left w:w="140" w:type="dxa"/>
                    <w:bottom w:w="40" w:type="dxa"/>
                    <w:right w:w="90" w:type="dxa"/>
                  </w:tcMar>
                </w:tcPr>
                <w:p w14:paraId="26EF1934" w14:textId="67BBE939" w:rsidR="005D7839" w:rsidRDefault="005D7839" w:rsidP="00AD45A0">
                  <w:pPr>
                    <w:tabs>
                      <w:tab w:val="right" w:pos="4137"/>
                    </w:tabs>
                    <w:spacing w:after="0"/>
                  </w:pPr>
                  <w:r>
                    <w:rPr>
                      <w:b/>
                      <w:color w:val="FFFFFF"/>
                    </w:rPr>
                    <w:t>DXL-W</w:t>
                  </w:r>
                  <w:r w:rsidR="001F46DB">
                    <w:rPr>
                      <w:rFonts w:hint="eastAsia"/>
                      <w:b/>
                      <w:color w:val="FFFFFF"/>
                      <w:lang w:eastAsia="zh-CN"/>
                    </w:rPr>
                    <w:t>T</w:t>
                  </w:r>
                  <w:r>
                    <w:rPr>
                      <w:b/>
                      <w:color w:val="FFFFFF"/>
                    </w:rPr>
                    <w:t xml:space="preserve"> SERIES</w:t>
                  </w:r>
                  <w:r w:rsidR="00AD45A0">
                    <w:rPr>
                      <w:b/>
                      <w:color w:val="FFFFFF"/>
                    </w:rPr>
                    <w:tab/>
                  </w:r>
                </w:p>
              </w:tc>
            </w:tr>
          </w:tbl>
          <w:p w14:paraId="351C6A6E" w14:textId="6B6E8278" w:rsidR="00D951F9" w:rsidRDefault="00D951F9" w:rsidP="005D7839">
            <w:pPr>
              <w:rPr>
                <w:rFonts w:asciiTheme="minorHAnsi" w:hAnsiTheme="minorHAnsi"/>
                <w:lang w:eastAsia="zh-CN"/>
              </w:rPr>
            </w:pPr>
          </w:p>
          <w:p w14:paraId="5FDBDE4C" w14:textId="0731BFDF" w:rsidR="00CF3F56" w:rsidRDefault="00CF3F56" w:rsidP="005D7839">
            <w:pPr>
              <w:rPr>
                <w:rFonts w:asciiTheme="minorHAnsi" w:hAnsiTheme="minorHAnsi"/>
                <w:noProof/>
                <w:lang w:eastAsia="zh-CN"/>
              </w:rPr>
            </w:pPr>
          </w:p>
          <w:p w14:paraId="6DA13FCC" w14:textId="325332EE" w:rsidR="00CF3F56" w:rsidRPr="001224E5" w:rsidRDefault="001F16ED" w:rsidP="001224E5">
            <w:pPr>
              <w:spacing w:before="600"/>
              <w:ind w:firstLineChars="300" w:firstLine="720"/>
              <w:rPr>
                <w:rFonts w:asciiTheme="minorHAnsi" w:hAnsiTheme="minorHAnsi"/>
                <w:b/>
                <w:color w:val="0C3666"/>
                <w:sz w:val="24"/>
                <w:szCs w:val="24"/>
                <w:lang w:eastAsia="zh-CN"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>
              <w:rPr>
                <w:rFonts w:asciiTheme="minorHAnsi" w:hAnsiTheme="minorHAnsi"/>
                <w:b/>
                <w:noProof/>
                <w:color w:val="0C3666"/>
                <w:sz w:val="24"/>
                <w:szCs w:val="24"/>
              </w:rPr>
              <w:drawing>
                <wp:anchor distT="0" distB="0" distL="114300" distR="114300" simplePos="0" relativeHeight="251683840" behindDoc="0" locked="0" layoutInCell="1" allowOverlap="1" wp14:anchorId="62F63732" wp14:editId="7A1901EE">
                  <wp:simplePos x="0" y="0"/>
                  <wp:positionH relativeFrom="column">
                    <wp:posOffset>66675</wp:posOffset>
                  </wp:positionH>
                  <wp:positionV relativeFrom="paragraph">
                    <wp:posOffset>1585595</wp:posOffset>
                  </wp:positionV>
                  <wp:extent cx="286021" cy="269522"/>
                  <wp:effectExtent l="0" t="0" r="0" b="0"/>
                  <wp:wrapNone/>
                  <wp:docPr id="1289522096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7939898" name="图片 567939898"/>
                          <pic:cNvPicPr/>
                        </pic:nvPicPr>
                        <pic:blipFill rotWithShape="1">
                          <a:blip r:embed="rId9"/>
                          <a:srcRect l="23369" t="11308" r="60949" b="6652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6021" cy="26952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CF3F56" w:rsidRPr="001224E5">
              <w:rPr>
                <w:rFonts w:asciiTheme="minorHAnsi" w:hAnsiTheme="minorHAnsi" w:hint="eastAsia"/>
                <w:b/>
                <w:color w:val="0C3666"/>
                <w:sz w:val="24"/>
                <w:szCs w:val="24"/>
                <w:lang w:eastAsia="zh-CN"/>
              </w:rPr>
              <w:t>7.</w:t>
            </w:r>
            <w:r w:rsidR="00CF3F56" w:rsidRPr="001224E5">
              <w:rPr>
                <w:rFonts w:asciiTheme="minorHAnsi" w:hAnsiTheme="minorHAnsi"/>
                <w:b/>
                <w:color w:val="0C3666"/>
                <w:sz w:val="24"/>
                <w:szCs w:val="24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 xml:space="preserve">SECTIONVIEW  </w:t>
            </w:r>
          </w:p>
          <w:p w14:paraId="5E832767" w14:textId="00C84AFA" w:rsidR="00A670F0" w:rsidRDefault="00A670F0" w:rsidP="00A670F0">
            <w:pPr>
              <w:spacing w:after="0" w:line="240" w:lineRule="auto"/>
              <w:ind w:firstLineChars="200" w:firstLine="360"/>
              <w:rPr>
                <w:rFonts w:asciiTheme="minorHAnsi" w:hAnsiTheme="minorHAnsi"/>
                <w:lang w:eastAsia="zh-CN"/>
              </w:rPr>
            </w:pPr>
          </w:p>
          <w:tbl>
            <w:tblPr>
              <w:tblpPr w:leftFromText="180" w:rightFromText="180" w:vertAnchor="text" w:horzAnchor="margin" w:tblpXSpec="center" w:tblpY="-333"/>
              <w:tblOverlap w:val="never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4382"/>
            </w:tblGrid>
            <w:tr w:rsidR="00CF3F56" w14:paraId="16261F00" w14:textId="77777777" w:rsidTr="00CF3F56">
              <w:trPr>
                <w:trHeight w:hRule="exact" w:val="2636"/>
              </w:trPr>
              <w:tc>
                <w:tcPr>
                  <w:tcW w:w="4382" w:type="dxa"/>
                  <w:tcBorders>
                    <w:top w:val="single" w:sz="6" w:space="0" w:color="9E9E9E"/>
                    <w:left w:val="single" w:sz="6" w:space="0" w:color="9E9E9E"/>
                    <w:bottom w:val="single" w:sz="3" w:space="0" w:color="D9D9D9"/>
                    <w:right w:val="single" w:sz="6" w:space="0" w:color="9E9E9E"/>
                  </w:tcBorders>
                  <w:shd w:val="clear" w:color="auto" w:fill="FFFFFF"/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  <w:vAlign w:val="center"/>
                </w:tcPr>
                <w:p w14:paraId="01A0E4B3" w14:textId="391C2CA7" w:rsidR="00210EA5" w:rsidRDefault="00210EA5" w:rsidP="00CF3F56">
                  <w:pPr>
                    <w:spacing w:after="0" w:line="240" w:lineRule="auto"/>
                    <w:jc w:val="center"/>
                    <w:rPr>
                      <w:noProof/>
                    </w:rPr>
                  </w:pPr>
                  <w:bookmarkStart w:id="0" w:name="_Hlk228031567"/>
                  <w:r>
                    <w:rPr>
                      <w:noProof/>
                    </w:rPr>
                    <w:drawing>
                      <wp:anchor distT="0" distB="0" distL="114300" distR="114300" simplePos="0" relativeHeight="251686912" behindDoc="0" locked="0" layoutInCell="1" allowOverlap="1" wp14:anchorId="40058EAD" wp14:editId="340E3E3D">
                        <wp:simplePos x="0" y="0"/>
                        <wp:positionH relativeFrom="column">
                          <wp:posOffset>296545</wp:posOffset>
                        </wp:positionH>
                        <wp:positionV relativeFrom="paragraph">
                          <wp:posOffset>207010</wp:posOffset>
                        </wp:positionV>
                        <wp:extent cx="2044700" cy="1192530"/>
                        <wp:effectExtent l="0" t="0" r="0" b="0"/>
                        <wp:wrapSquare wrapText="bothSides"/>
                        <wp:docPr id="1559762238" name="图片 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559762238" name="图片 1559762238"/>
                                <pic:cNvPicPr/>
                              </pic:nvPicPr>
                              <pic:blipFill rotWithShape="1">
                                <a:blip r:embed="rId11"/>
                                <a:srcRect l="36610" t="7679" r="28067" b="37054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44700" cy="119253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/>
                                  </a:ext>
                                </a:extLst>
                              </pic:spPr>
                            </pic:pic>
                          </a:graphicData>
                        </a:graphic>
                        <wp14:sizeRelH relativeFrom="margin">
                          <wp14:pctWidth>0</wp14:pctWidth>
                        </wp14:sizeRelH>
                        <wp14:sizeRelV relativeFrom="margin">
                          <wp14:pctHeight>0</wp14:pctHeight>
                        </wp14:sizeRelV>
                      </wp:anchor>
                    </w:drawing>
                  </w:r>
                </w:p>
                <w:p w14:paraId="750DA544" w14:textId="0C65D154" w:rsidR="00210EA5" w:rsidRDefault="00210EA5" w:rsidP="00CF3F56">
                  <w:pPr>
                    <w:spacing w:after="0" w:line="240" w:lineRule="auto"/>
                    <w:jc w:val="center"/>
                    <w:rPr>
                      <w:noProof/>
                    </w:rPr>
                  </w:pPr>
                </w:p>
                <w:p w14:paraId="469D632C" w14:textId="7004AC99" w:rsidR="00210EA5" w:rsidRDefault="00210EA5" w:rsidP="00CF3F56">
                  <w:pPr>
                    <w:spacing w:after="0" w:line="240" w:lineRule="auto"/>
                    <w:jc w:val="center"/>
                    <w:rPr>
                      <w:noProof/>
                    </w:rPr>
                  </w:pPr>
                </w:p>
                <w:p w14:paraId="1815C4A8" w14:textId="4A91C0F6" w:rsidR="00CF3F56" w:rsidRDefault="00CF3F56" w:rsidP="00CF3F56">
                  <w:pPr>
                    <w:spacing w:after="0" w:line="240" w:lineRule="auto"/>
                    <w:jc w:val="center"/>
                  </w:pPr>
                </w:p>
              </w:tc>
            </w:tr>
            <w:tr w:rsidR="00CF3F56" w14:paraId="7C5E89A2" w14:textId="77777777" w:rsidTr="00AD45A0">
              <w:trPr>
                <w:trHeight w:hRule="exact" w:val="311"/>
              </w:trPr>
              <w:tc>
                <w:tcPr>
                  <w:tcW w:w="4382" w:type="dxa"/>
                  <w:tcBorders>
                    <w:top w:val="nil"/>
                    <w:left w:val="single" w:sz="6" w:space="0" w:color="9E9E9E"/>
                    <w:bottom w:val="single" w:sz="6" w:space="0" w:color="9E9E9E"/>
                    <w:right w:val="single" w:sz="6" w:space="0" w:color="9E9E9E"/>
                  </w:tcBorders>
                  <w:shd w:val="clear" w:color="auto" w:fill="2F3E4E"/>
                  <w:tcMar>
                    <w:top w:w="40" w:type="dxa"/>
                    <w:left w:w="140" w:type="dxa"/>
                    <w:bottom w:w="40" w:type="dxa"/>
                    <w:right w:w="90" w:type="dxa"/>
                  </w:tcMar>
                </w:tcPr>
                <w:p w14:paraId="4F7FFECB" w14:textId="1E621847" w:rsidR="00CF3F56" w:rsidRDefault="00CF3F56" w:rsidP="00CF3F56">
                  <w:pPr>
                    <w:spacing w:after="0"/>
                    <w:rPr>
                      <w:lang w:eastAsia="zh-CN"/>
                    </w:rPr>
                  </w:pPr>
                  <w:r>
                    <w:rPr>
                      <w:b/>
                      <w:color w:val="FFFFFF"/>
                    </w:rPr>
                    <w:t xml:space="preserve">DXL-WS </w:t>
                  </w:r>
                  <w:r w:rsidR="000B1106">
                    <w:rPr>
                      <w:rFonts w:hint="eastAsia"/>
                      <w:b/>
                      <w:color w:val="FFFFFF"/>
                      <w:lang w:eastAsia="zh-CN"/>
                    </w:rPr>
                    <w:t>PROFILE</w:t>
                  </w:r>
                </w:p>
              </w:tc>
            </w:tr>
          </w:tbl>
          <w:bookmarkEnd w:id="0"/>
          <w:p w14:paraId="073E66BE" w14:textId="0A3CB241" w:rsidR="00F0490C" w:rsidRPr="008E2A84" w:rsidRDefault="001F16ED">
            <w:pPr>
              <w:rPr>
                <w:rFonts w:asciiTheme="minorHAnsi" w:hAnsiTheme="minorHAnsi"/>
                <w:lang w:eastAsia="zh-CN"/>
              </w:rPr>
            </w:pPr>
            <w:r>
              <w:rPr>
                <w:rFonts w:asciiTheme="minorHAnsi" w:hAnsiTheme="minorHAnsi"/>
                <w:b/>
                <w:noProof/>
                <w:color w:val="0C3666"/>
                <w:sz w:val="24"/>
                <w:szCs w:val="24"/>
              </w:rPr>
              <w:drawing>
                <wp:anchor distT="0" distB="0" distL="114300" distR="114300" simplePos="0" relativeHeight="251684864" behindDoc="0" locked="0" layoutInCell="1" allowOverlap="1" wp14:anchorId="01D5ACA2" wp14:editId="6DF253E4">
                  <wp:simplePos x="0" y="0"/>
                  <wp:positionH relativeFrom="column">
                    <wp:posOffset>66307</wp:posOffset>
                  </wp:positionH>
                  <wp:positionV relativeFrom="paragraph">
                    <wp:posOffset>2028190</wp:posOffset>
                  </wp:positionV>
                  <wp:extent cx="285115" cy="259958"/>
                  <wp:effectExtent l="0" t="0" r="635" b="6985"/>
                  <wp:wrapNone/>
                  <wp:docPr id="1592005752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7939898" name="图片 567939898"/>
                          <pic:cNvPicPr/>
                        </pic:nvPicPr>
                        <pic:blipFill rotWithShape="1">
                          <a:blip r:embed="rId9"/>
                          <a:srcRect l="42215" t="40255" r="42405" b="3871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115" cy="25995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CF3F56" w:rsidRPr="00CF3F56">
              <w:rPr>
                <w:rFonts w:asciiTheme="minorHAnsi" w:hAnsiTheme="minorHAnsi"/>
                <w:b/>
                <w:noProof/>
                <w:color w:val="0C3666"/>
                <w:sz w:val="20"/>
                <w:lang w:eastAsia="zh-CN"/>
              </w:rPr>
              <mc:AlternateContent>
                <mc:Choice Requires="wps">
                  <w:drawing>
                    <wp:anchor distT="45720" distB="45720" distL="114300" distR="114300" simplePos="0" relativeHeight="251677696" behindDoc="0" locked="0" layoutInCell="1" allowOverlap="1" wp14:anchorId="59319CF3" wp14:editId="10020E3A">
                      <wp:simplePos x="0" y="0"/>
                      <wp:positionH relativeFrom="margin">
                        <wp:posOffset>395605</wp:posOffset>
                      </wp:positionH>
                      <wp:positionV relativeFrom="margin">
                        <wp:posOffset>4862830</wp:posOffset>
                      </wp:positionV>
                      <wp:extent cx="2742565" cy="1261110"/>
                      <wp:effectExtent l="0" t="0" r="635" b="0"/>
                      <wp:wrapSquare wrapText="bothSides"/>
                      <wp:docPr id="217" name="文本框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742565" cy="14046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9E8DFC6" w14:textId="7AD6F6EF" w:rsidR="00CF3F56" w:rsidRPr="001224E5" w:rsidRDefault="00CF3F56" w:rsidP="001224E5">
                                  <w:pPr>
                                    <w:spacing w:before="360" w:after="100" w:line="240" w:lineRule="auto"/>
                                    <w:rPr>
                                      <w:rFonts w:asciiTheme="minorHAnsi" w:hAnsiTheme="minorHAnsi"/>
                                      <w:sz w:val="24"/>
                                      <w:szCs w:val="24"/>
                                      <w:lang w:eastAsia="zh-CN"/>
                                    </w:rPr>
                                  </w:pPr>
                                  <w:r w:rsidRPr="001224E5">
                                    <w:rPr>
                                      <w:rFonts w:asciiTheme="minorHAnsi" w:hAnsiTheme="minorHAnsi" w:hint="eastAsia"/>
                                      <w:b/>
                                      <w:color w:val="0C3666"/>
                                      <w:sz w:val="24"/>
                                      <w:szCs w:val="24"/>
                                      <w:lang w:eastAsia="zh-CN"/>
                                    </w:rPr>
                                    <w:t>8</w:t>
                                  </w:r>
                                  <w:r w:rsidRPr="001224E5">
                                    <w:rPr>
                                      <w:rFonts w:asciiTheme="minorHAnsi" w:hAnsiTheme="minorHAnsi"/>
                                      <w:b/>
                                      <w:color w:val="0C3666"/>
                                      <w:sz w:val="24"/>
                                      <w:szCs w:val="24"/>
                                    </w:rPr>
                                    <w:t>. PACK</w:t>
                                  </w:r>
                                  <w:r w:rsidRPr="001224E5">
                                    <w:rPr>
                                      <w:rFonts w:asciiTheme="minorHAnsi" w:hAnsiTheme="minorHAnsi" w:hint="eastAsia"/>
                                      <w:b/>
                                      <w:color w:val="0C3666"/>
                                      <w:sz w:val="24"/>
                                      <w:szCs w:val="24"/>
                                      <w:lang w:eastAsia="zh-CN"/>
                                    </w:rPr>
                                    <w:t>AG</w:t>
                                  </w:r>
                                  <w:r w:rsidRPr="001224E5">
                                    <w:rPr>
                                      <w:rFonts w:asciiTheme="minorHAnsi" w:hAnsiTheme="minorHAnsi"/>
                                      <w:b/>
                                      <w:color w:val="0C3666"/>
                                      <w:sz w:val="24"/>
                                      <w:szCs w:val="24"/>
                                    </w:rPr>
                                    <w:t xml:space="preserve">ING </w:t>
                                  </w:r>
                                </w:p>
                                <w:p w14:paraId="65DD7463" w14:textId="77777777" w:rsidR="00CF3F56" w:rsidRPr="001224E5" w:rsidRDefault="00CF3F56" w:rsidP="001224E5">
                                  <w:pPr>
                                    <w:spacing w:after="0" w:line="240" w:lineRule="auto"/>
                                    <w:rPr>
                                      <w:rFonts w:asciiTheme="minorHAnsi" w:hAnsiTheme="minorHAnsi"/>
                                      <w:sz w:val="22"/>
                                      <w:lang w:eastAsia="zh-CN"/>
                                    </w:rPr>
                                  </w:pPr>
                                  <w:r w:rsidRPr="001224E5">
                                    <w:rPr>
                                      <w:rFonts w:asciiTheme="minorHAnsi" w:hAnsiTheme="minorHAnsi" w:hint="eastAsia"/>
                                      <w:sz w:val="22"/>
                                      <w:lang w:eastAsia="zh-CN"/>
                                    </w:rPr>
                                    <w:t xml:space="preserve">Standard bundle packing </w:t>
                                  </w:r>
                                </w:p>
                                <w:p w14:paraId="7BC6E269" w14:textId="77777777" w:rsidR="00CF3F56" w:rsidRPr="001224E5" w:rsidRDefault="00CF3F56" w:rsidP="001224E5">
                                  <w:pPr>
                                    <w:spacing w:after="0" w:line="240" w:lineRule="auto"/>
                                    <w:rPr>
                                      <w:rFonts w:asciiTheme="minorHAnsi" w:hAnsiTheme="minorHAnsi"/>
                                      <w:sz w:val="22"/>
                                      <w:lang w:eastAsia="zh-CN"/>
                                    </w:rPr>
                                  </w:pPr>
                                  <w:r w:rsidRPr="001224E5">
                                    <w:rPr>
                                      <w:rFonts w:asciiTheme="minorHAnsi" w:hAnsiTheme="minorHAnsi" w:hint="eastAsia"/>
                                      <w:sz w:val="22"/>
                                      <w:lang w:eastAsia="zh-CN"/>
                                    </w:rPr>
                                    <w:t>category-name printed bag.</w:t>
                                  </w:r>
                                </w:p>
                                <w:p w14:paraId="17E8DE4B" w14:textId="77777777" w:rsidR="00CF3F56" w:rsidRPr="001224E5" w:rsidRDefault="00CF3F56" w:rsidP="001224E5">
                                  <w:pPr>
                                    <w:spacing w:after="0" w:line="240" w:lineRule="auto"/>
                                    <w:rPr>
                                      <w:rFonts w:asciiTheme="minorHAnsi" w:hAnsiTheme="minorHAnsi"/>
                                      <w:sz w:val="22"/>
                                      <w:lang w:eastAsia="zh-CN"/>
                                    </w:rPr>
                                  </w:pPr>
                                  <w:r w:rsidRPr="001224E5">
                                    <w:rPr>
                                      <w:rFonts w:asciiTheme="minorHAnsi" w:hAnsiTheme="minorHAnsi" w:hint="eastAsia"/>
                                      <w:sz w:val="22"/>
                                      <w:lang w:eastAsia="zh-CN"/>
                                    </w:rPr>
                                    <w:t>Easy for storage and identification</w:t>
                                  </w:r>
                                </w:p>
                                <w:p w14:paraId="38E5DCB2" w14:textId="32C3A77D" w:rsidR="00CF3F56" w:rsidRPr="001224E5" w:rsidRDefault="00CF3F56"/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9319CF3" id="文本框 2" o:spid="_x0000_s1027" type="#_x0000_t202" style="position:absolute;margin-left:31.15pt;margin-top:382.9pt;width:215.95pt;height:99.3pt;z-index:25167769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" stroked="f">
                      <v:textbox>
                        <w:txbxContent>
                          <w:p w14:paraId="29E8DFC6" w14:textId="7AD6F6EF" w:rsidR="00CF3F56" w:rsidRPr="001224E5" w:rsidRDefault="00CF3F56" w:rsidP="001224E5">
                            <w:pPr>
                              <w:spacing w:before="360" w:after="100" w:line="240" w:lineRule="auto"/>
                              <w:rPr>
                                <w:rFonts w:asciiTheme="minorHAnsi" w:hAnsiTheme="minorHAnsi"/>
                                <w:sz w:val="24"/>
                                <w:szCs w:val="24"/>
                                <w:lang w:eastAsia="zh-CN"/>
                              </w:rPr>
                            </w:pPr>
                            <w:r w:rsidRPr="001224E5">
                              <w:rPr>
                                <w:rFonts w:asciiTheme="minorHAnsi" w:hAnsiTheme="minorHAnsi" w:hint="eastAsia"/>
                                <w:b/>
                                <w:color w:val="0C3666"/>
                                <w:sz w:val="24"/>
                                <w:szCs w:val="24"/>
                                <w:lang w:eastAsia="zh-CN"/>
                              </w:rPr>
                              <w:t>8</w:t>
                            </w:r>
                            <w:r w:rsidRPr="001224E5">
                              <w:rPr>
                                <w:rFonts w:asciiTheme="minorHAnsi" w:hAnsiTheme="minorHAnsi"/>
                                <w:b/>
                                <w:color w:val="0C3666"/>
                                <w:sz w:val="24"/>
                                <w:szCs w:val="24"/>
                              </w:rPr>
                              <w:t>. PACK</w:t>
                            </w:r>
                            <w:r w:rsidRPr="001224E5">
                              <w:rPr>
                                <w:rFonts w:asciiTheme="minorHAnsi" w:hAnsiTheme="minorHAnsi" w:hint="eastAsia"/>
                                <w:b/>
                                <w:color w:val="0C3666"/>
                                <w:sz w:val="24"/>
                                <w:szCs w:val="24"/>
                                <w:lang w:eastAsia="zh-CN"/>
                              </w:rPr>
                              <w:t>AG</w:t>
                            </w:r>
                            <w:r w:rsidRPr="001224E5">
                              <w:rPr>
                                <w:rFonts w:asciiTheme="minorHAnsi" w:hAnsiTheme="minorHAnsi"/>
                                <w:b/>
                                <w:color w:val="0C3666"/>
                                <w:sz w:val="24"/>
                                <w:szCs w:val="24"/>
                              </w:rPr>
                              <w:t xml:space="preserve">ING </w:t>
                            </w:r>
                          </w:p>
                          <w:p w14:paraId="65DD7463" w14:textId="77777777" w:rsidR="00CF3F56" w:rsidRPr="001224E5" w:rsidRDefault="00CF3F56" w:rsidP="001224E5">
                            <w:pPr>
                              <w:spacing w:after="0" w:line="240" w:lineRule="auto"/>
                              <w:rPr>
                                <w:rFonts w:asciiTheme="minorHAnsi" w:hAnsiTheme="minorHAnsi"/>
                                <w:sz w:val="22"/>
                                <w:lang w:eastAsia="zh-CN"/>
                              </w:rPr>
                            </w:pPr>
                            <w:r w:rsidRPr="001224E5">
                              <w:rPr>
                                <w:rFonts w:asciiTheme="minorHAnsi" w:hAnsiTheme="minorHAnsi" w:hint="eastAsia"/>
                                <w:sz w:val="22"/>
                                <w:lang w:eastAsia="zh-CN"/>
                              </w:rPr>
                              <w:t xml:space="preserve">Standard bundle packing </w:t>
                            </w:r>
                          </w:p>
                          <w:p w14:paraId="7BC6E269" w14:textId="77777777" w:rsidR="00CF3F56" w:rsidRPr="001224E5" w:rsidRDefault="00CF3F56" w:rsidP="001224E5">
                            <w:pPr>
                              <w:spacing w:after="0" w:line="240" w:lineRule="auto"/>
                              <w:rPr>
                                <w:rFonts w:asciiTheme="minorHAnsi" w:hAnsiTheme="minorHAnsi"/>
                                <w:sz w:val="22"/>
                                <w:lang w:eastAsia="zh-CN"/>
                              </w:rPr>
                            </w:pPr>
                            <w:r w:rsidRPr="001224E5">
                              <w:rPr>
                                <w:rFonts w:asciiTheme="minorHAnsi" w:hAnsiTheme="minorHAnsi" w:hint="eastAsia"/>
                                <w:sz w:val="22"/>
                                <w:lang w:eastAsia="zh-CN"/>
                              </w:rPr>
                              <w:t>category-name printed bag.</w:t>
                            </w:r>
                          </w:p>
                          <w:p w14:paraId="17E8DE4B" w14:textId="77777777" w:rsidR="00CF3F56" w:rsidRPr="001224E5" w:rsidRDefault="00CF3F56" w:rsidP="001224E5">
                            <w:pPr>
                              <w:spacing w:after="0" w:line="240" w:lineRule="auto"/>
                              <w:rPr>
                                <w:rFonts w:asciiTheme="minorHAnsi" w:hAnsiTheme="minorHAnsi"/>
                                <w:sz w:val="22"/>
                                <w:lang w:eastAsia="zh-CN"/>
                              </w:rPr>
                            </w:pPr>
                            <w:r w:rsidRPr="001224E5">
                              <w:rPr>
                                <w:rFonts w:asciiTheme="minorHAnsi" w:hAnsiTheme="minorHAnsi" w:hint="eastAsia"/>
                                <w:sz w:val="22"/>
                                <w:lang w:eastAsia="zh-CN"/>
                              </w:rPr>
                              <w:t>Easy for storage and identification</w:t>
                            </w:r>
                          </w:p>
                          <w:p w14:paraId="38E5DCB2" w14:textId="32C3A77D" w:rsidR="00CF3F56" w:rsidRPr="001224E5" w:rsidRDefault="00CF3F56"/>
                        </w:txbxContent>
                      </v:textbox>
                      <w10:wrap type="square" anchorx="margin" anchory="margin"/>
                    </v:shape>
                  </w:pict>
                </mc:Fallback>
              </mc:AlternateContent>
            </w:r>
          </w:p>
        </w:tc>
      </w:tr>
    </w:tbl>
    <w:p w14:paraId="4F08BD5D" w14:textId="77777777" w:rsidR="00514151" w:rsidRDefault="00514151">
      <w:pPr>
        <w:rPr>
          <w:lang w:eastAsia="zh-CN"/>
        </w:rPr>
      </w:pPr>
    </w:p>
    <w:p w14:paraId="75B09AC9" w14:textId="77777777" w:rsidR="00BD48B6" w:rsidRDefault="00BD48B6">
      <w:pPr>
        <w:rPr>
          <w:lang w:eastAsia="zh-CN"/>
        </w:rPr>
      </w:pPr>
    </w:p>
    <w:p w14:paraId="108C1FD5" w14:textId="77777777" w:rsidR="00BD48B6" w:rsidRDefault="00BD48B6">
      <w:pPr>
        <w:rPr>
          <w:lang w:eastAsia="zh-CN"/>
        </w:rPr>
      </w:pPr>
    </w:p>
    <w:p w14:paraId="025CE5A1" w14:textId="77777777" w:rsidR="009D36C5" w:rsidRDefault="009D36C5">
      <w:pPr>
        <w:rPr>
          <w:lang w:eastAsia="zh-CN"/>
        </w:rPr>
      </w:pPr>
    </w:p>
    <w:p w14:paraId="67ED970D" w14:textId="77777777" w:rsidR="00A64633" w:rsidRDefault="00A64633">
      <w:pPr>
        <w:rPr>
          <w:lang w:eastAsia="zh-CN"/>
        </w:rPr>
      </w:pPr>
    </w:p>
    <w:p w14:paraId="2500EAF2" w14:textId="7DE44861" w:rsidR="00A65E09" w:rsidRPr="00A65E09" w:rsidRDefault="00A65E09">
      <w:pPr>
        <w:rPr>
          <w:rFonts w:asciiTheme="minorHAnsi" w:hAnsiTheme="minorHAnsi"/>
          <w:sz w:val="24"/>
          <w:szCs w:val="24"/>
          <w:lang w:eastAsia="zh-CN"/>
        </w:rPr>
      </w:pPr>
      <w:r w:rsidRPr="00A65E09">
        <w:rPr>
          <w:rFonts w:asciiTheme="minorHAnsi" w:hAnsiTheme="minorHAnsi" w:hint="eastAsia"/>
          <w:b/>
          <w:color w:val="0C3666"/>
          <w:sz w:val="24"/>
          <w:szCs w:val="24"/>
          <w:lang w:eastAsia="zh-CN"/>
        </w:rPr>
        <w:t>Specifi</w:t>
      </w:r>
      <w:r>
        <w:rPr>
          <w:rFonts w:asciiTheme="minorHAnsi" w:hAnsiTheme="minorHAnsi" w:hint="eastAsia"/>
          <w:b/>
          <w:color w:val="0C3666"/>
          <w:sz w:val="24"/>
          <w:szCs w:val="24"/>
          <w:lang w:eastAsia="zh-CN"/>
        </w:rPr>
        <w:t>c</w:t>
      </w:r>
      <w:r w:rsidRPr="00A65E09">
        <w:rPr>
          <w:rFonts w:asciiTheme="minorHAnsi" w:hAnsiTheme="minorHAnsi" w:hint="eastAsia"/>
          <w:b/>
          <w:color w:val="0C3666"/>
          <w:sz w:val="24"/>
          <w:szCs w:val="24"/>
          <w:lang w:eastAsia="zh-CN"/>
        </w:rPr>
        <w:t>ation Table</w:t>
      </w:r>
    </w:p>
    <w:tbl>
      <w:tblPr>
        <w:tblStyle w:val="aff1"/>
        <w:tblW w:w="10885" w:type="dxa"/>
        <w:tblLook w:val="04A0" w:firstRow="1" w:lastRow="0" w:firstColumn="1" w:lastColumn="0" w:noHBand="0" w:noVBand="1"/>
      </w:tblPr>
      <w:tblGrid>
        <w:gridCol w:w="1832"/>
        <w:gridCol w:w="1534"/>
        <w:gridCol w:w="1629"/>
        <w:gridCol w:w="1958"/>
        <w:gridCol w:w="2385"/>
        <w:gridCol w:w="1547"/>
      </w:tblGrid>
      <w:tr w:rsidR="002A515C" w14:paraId="5A60ACED" w14:textId="0B10A938" w:rsidTr="002A515C">
        <w:trPr>
          <w:trHeight w:val="510"/>
        </w:trPr>
        <w:tc>
          <w:tcPr>
            <w:tcW w:w="1832" w:type="dxa"/>
            <w:vAlign w:val="center"/>
          </w:tcPr>
          <w:p w14:paraId="3AB3671D" w14:textId="337FC6B5" w:rsidR="002A515C" w:rsidRDefault="002A515C" w:rsidP="00514151">
            <w:pPr>
              <w:spacing w:line="276" w:lineRule="auto"/>
              <w:rPr>
                <w:lang w:eastAsia="zh-CN"/>
              </w:rPr>
            </w:pPr>
            <w:r>
              <w:rPr>
                <w:lang w:eastAsia="zh-CN"/>
              </w:rPr>
              <w:t>M</w:t>
            </w:r>
            <w:r>
              <w:rPr>
                <w:rFonts w:hint="eastAsia"/>
                <w:lang w:eastAsia="zh-CN"/>
              </w:rPr>
              <w:t>odel</w:t>
            </w:r>
          </w:p>
        </w:tc>
        <w:tc>
          <w:tcPr>
            <w:tcW w:w="1534" w:type="dxa"/>
            <w:vAlign w:val="center"/>
          </w:tcPr>
          <w:p w14:paraId="0F8796EF" w14:textId="6E91244F" w:rsidR="002A515C" w:rsidRDefault="002A515C" w:rsidP="00514151">
            <w:pPr>
              <w:rPr>
                <w:lang w:eastAsia="zh-CN"/>
              </w:rPr>
            </w:pPr>
            <w:r>
              <w:rPr>
                <w:lang w:eastAsia="zh-CN"/>
              </w:rPr>
              <w:t>W</w:t>
            </w:r>
            <w:r>
              <w:rPr>
                <w:rFonts w:hint="eastAsia"/>
                <w:lang w:eastAsia="zh-CN"/>
              </w:rPr>
              <w:t xml:space="preserve">eb </w:t>
            </w:r>
            <w:r>
              <w:rPr>
                <w:rFonts w:hint="eastAsia"/>
                <w:lang w:eastAsia="zh-CN"/>
              </w:rPr>
              <w:t>（</w:t>
            </w:r>
            <w:r>
              <w:rPr>
                <w:rFonts w:hint="eastAsia"/>
                <w:lang w:eastAsia="zh-CN"/>
              </w:rPr>
              <w:t>A</w:t>
            </w:r>
            <w:r>
              <w:rPr>
                <w:rFonts w:hint="eastAsia"/>
                <w:lang w:eastAsia="zh-CN"/>
              </w:rPr>
              <w:t>）</w:t>
            </w:r>
            <w:r>
              <w:rPr>
                <w:rFonts w:hint="eastAsia"/>
                <w:lang w:eastAsia="zh-CN"/>
              </w:rPr>
              <w:t>mm</w:t>
            </w:r>
          </w:p>
        </w:tc>
        <w:tc>
          <w:tcPr>
            <w:tcW w:w="1629" w:type="dxa"/>
            <w:vAlign w:val="center"/>
          </w:tcPr>
          <w:p w14:paraId="5FB608AB" w14:textId="2027C0D6" w:rsidR="002A515C" w:rsidRDefault="002A515C" w:rsidP="00514151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Flange</w:t>
            </w:r>
            <w:r>
              <w:rPr>
                <w:rFonts w:hint="eastAsia"/>
                <w:lang w:eastAsia="zh-CN"/>
              </w:rPr>
              <w:t>（</w:t>
            </w:r>
            <w:r>
              <w:rPr>
                <w:rFonts w:hint="eastAsia"/>
                <w:lang w:eastAsia="zh-CN"/>
              </w:rPr>
              <w:t>B</w:t>
            </w:r>
            <w:r>
              <w:rPr>
                <w:rFonts w:hint="eastAsia"/>
                <w:lang w:eastAsia="zh-CN"/>
              </w:rPr>
              <w:t>）</w:t>
            </w:r>
            <w:r>
              <w:rPr>
                <w:rFonts w:hint="eastAsia"/>
                <w:lang w:eastAsia="zh-CN"/>
              </w:rPr>
              <w:t>mm</w:t>
            </w:r>
          </w:p>
        </w:tc>
        <w:tc>
          <w:tcPr>
            <w:tcW w:w="1958" w:type="dxa"/>
            <w:vAlign w:val="center"/>
          </w:tcPr>
          <w:p w14:paraId="65776AA6" w14:textId="5658688A" w:rsidR="002A515C" w:rsidRDefault="002A515C" w:rsidP="00514151">
            <w:pPr>
              <w:rPr>
                <w:lang w:eastAsia="zh-CN"/>
              </w:rPr>
            </w:pPr>
            <w:r>
              <w:rPr>
                <w:lang w:eastAsia="zh-CN"/>
              </w:rPr>
              <w:t>T</w:t>
            </w:r>
            <w:r>
              <w:rPr>
                <w:rFonts w:hint="eastAsia"/>
                <w:lang w:eastAsia="zh-CN"/>
              </w:rPr>
              <w:t>hickness</w:t>
            </w:r>
            <w:r>
              <w:rPr>
                <w:rFonts w:hint="eastAsia"/>
                <w:lang w:eastAsia="zh-CN"/>
              </w:rPr>
              <w:t>（</w:t>
            </w:r>
            <w:r>
              <w:rPr>
                <w:rFonts w:hint="eastAsia"/>
                <w:lang w:eastAsia="zh-CN"/>
              </w:rPr>
              <w:t>T</w:t>
            </w:r>
            <w:r>
              <w:rPr>
                <w:rFonts w:hint="eastAsia"/>
                <w:lang w:eastAsia="zh-CN"/>
              </w:rPr>
              <w:t>）</w:t>
            </w:r>
            <w:r>
              <w:rPr>
                <w:rFonts w:hint="eastAsia"/>
                <w:lang w:eastAsia="zh-CN"/>
              </w:rPr>
              <w:t>mm</w:t>
            </w:r>
          </w:p>
        </w:tc>
        <w:tc>
          <w:tcPr>
            <w:tcW w:w="2385" w:type="dxa"/>
            <w:vAlign w:val="center"/>
          </w:tcPr>
          <w:p w14:paraId="31435D0A" w14:textId="73B8B532" w:rsidR="002A515C" w:rsidRDefault="002A515C" w:rsidP="00514151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Length (T) mm</w:t>
            </w:r>
          </w:p>
        </w:tc>
        <w:tc>
          <w:tcPr>
            <w:tcW w:w="1547" w:type="dxa"/>
            <w:vAlign w:val="center"/>
          </w:tcPr>
          <w:p w14:paraId="19387781" w14:textId="45C2843D" w:rsidR="002A515C" w:rsidRDefault="002A515C" w:rsidP="00514151">
            <w:pPr>
              <w:rPr>
                <w:lang w:eastAsia="zh-CN"/>
              </w:rPr>
            </w:pPr>
            <w:r>
              <w:rPr>
                <w:lang w:eastAsia="zh-CN"/>
              </w:rPr>
              <w:t>Packing</w:t>
            </w:r>
          </w:p>
        </w:tc>
      </w:tr>
      <w:tr w:rsidR="002A515C" w14:paraId="609D7D7B" w14:textId="264D3F25" w:rsidTr="002A515C">
        <w:trPr>
          <w:trHeight w:val="463"/>
        </w:trPr>
        <w:tc>
          <w:tcPr>
            <w:tcW w:w="1832" w:type="dxa"/>
            <w:vAlign w:val="center"/>
          </w:tcPr>
          <w:p w14:paraId="49D6D957" w14:textId="0EF79F9B" w:rsidR="002A515C" w:rsidRDefault="002A515C" w:rsidP="00DD1EFA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DXL-WT-65</w:t>
            </w:r>
          </w:p>
        </w:tc>
        <w:tc>
          <w:tcPr>
            <w:tcW w:w="1534" w:type="dxa"/>
            <w:vAlign w:val="center"/>
          </w:tcPr>
          <w:p w14:paraId="525CAD48" w14:textId="66561D7D" w:rsidR="002A515C" w:rsidRDefault="002A515C" w:rsidP="00DD1EFA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65</w:t>
            </w:r>
          </w:p>
        </w:tc>
        <w:tc>
          <w:tcPr>
            <w:tcW w:w="1629" w:type="dxa"/>
            <w:vAlign w:val="center"/>
          </w:tcPr>
          <w:p w14:paraId="4870725B" w14:textId="39D51F55" w:rsidR="002A515C" w:rsidRDefault="002A515C" w:rsidP="00DD1EFA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26</w:t>
            </w:r>
          </w:p>
        </w:tc>
        <w:tc>
          <w:tcPr>
            <w:tcW w:w="1958" w:type="dxa"/>
            <w:vAlign w:val="center"/>
          </w:tcPr>
          <w:p w14:paraId="1CDFE6AD" w14:textId="365BB127" w:rsidR="002A515C" w:rsidRDefault="002A515C" w:rsidP="00DD1EFA">
            <w:pPr>
              <w:jc w:val="both"/>
              <w:rPr>
                <w:lang w:eastAsia="zh-CN"/>
              </w:rPr>
            </w:pPr>
            <w:r w:rsidRPr="00606C53">
              <w:rPr>
                <w:rFonts w:asciiTheme="minorHAnsi" w:hAnsiTheme="minorHAnsi"/>
                <w:szCs w:val="18"/>
              </w:rPr>
              <w:t>0.4</w:t>
            </w:r>
            <w:r w:rsidRPr="00606C53">
              <w:rPr>
                <w:rFonts w:asciiTheme="minorHAnsi" w:hAnsiTheme="minorHAnsi" w:hint="eastAsia"/>
                <w:szCs w:val="18"/>
                <w:lang w:eastAsia="zh-CN"/>
              </w:rPr>
              <w:t xml:space="preserve">0 - </w:t>
            </w:r>
            <w:r w:rsidRPr="00606C53">
              <w:rPr>
                <w:rFonts w:asciiTheme="minorHAnsi" w:hAnsiTheme="minorHAnsi"/>
                <w:szCs w:val="18"/>
              </w:rPr>
              <w:t>0.6</w:t>
            </w:r>
            <w:r w:rsidRPr="00606C53">
              <w:rPr>
                <w:rFonts w:asciiTheme="minorHAnsi" w:hAnsiTheme="minorHAnsi" w:hint="eastAsia"/>
                <w:szCs w:val="18"/>
                <w:lang w:eastAsia="zh-CN"/>
              </w:rPr>
              <w:t>0</w:t>
            </w:r>
            <w:r w:rsidRPr="00606C53">
              <w:rPr>
                <w:rFonts w:asciiTheme="minorHAnsi" w:hAnsiTheme="minorHAnsi"/>
                <w:szCs w:val="18"/>
              </w:rPr>
              <w:t xml:space="preserve"> mm</w:t>
            </w:r>
          </w:p>
        </w:tc>
        <w:tc>
          <w:tcPr>
            <w:tcW w:w="2385" w:type="dxa"/>
            <w:vAlign w:val="center"/>
          </w:tcPr>
          <w:p w14:paraId="54A1379D" w14:textId="565D5256" w:rsidR="002A515C" w:rsidRDefault="002A515C" w:rsidP="00DD1EFA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2800 3000 custom</w:t>
            </w:r>
            <w:r>
              <w:rPr>
                <w:rFonts w:hint="eastAsia"/>
                <w:lang w:eastAsia="zh-CN"/>
              </w:rPr>
              <w:t>（≥</w:t>
            </w:r>
            <w:r>
              <w:rPr>
                <w:rFonts w:hint="eastAsia"/>
                <w:lang w:eastAsia="zh-CN"/>
              </w:rPr>
              <w:t>2000</w:t>
            </w:r>
            <w:r>
              <w:rPr>
                <w:rFonts w:hint="eastAsia"/>
                <w:lang w:eastAsia="zh-CN"/>
              </w:rPr>
              <w:t>）</w:t>
            </w:r>
          </w:p>
        </w:tc>
        <w:tc>
          <w:tcPr>
            <w:tcW w:w="1547" w:type="dxa"/>
            <w:vAlign w:val="center"/>
          </w:tcPr>
          <w:p w14:paraId="7C7C3984" w14:textId="5CDF5944" w:rsidR="002A515C" w:rsidRDefault="002A515C" w:rsidP="00DD1EFA">
            <w:pPr>
              <w:rPr>
                <w:lang w:eastAsia="zh-CN"/>
              </w:rPr>
            </w:pPr>
            <w:r w:rsidRPr="00862E4B">
              <w:rPr>
                <w:sz w:val="16"/>
                <w:szCs w:val="16"/>
                <w:lang w:eastAsia="zh-CN"/>
              </w:rPr>
              <w:t>As per order confirmation</w:t>
            </w:r>
          </w:p>
        </w:tc>
      </w:tr>
      <w:tr w:rsidR="002A515C" w14:paraId="499B4627" w14:textId="44B77D4E" w:rsidTr="002A515C">
        <w:trPr>
          <w:trHeight w:val="510"/>
        </w:trPr>
        <w:tc>
          <w:tcPr>
            <w:tcW w:w="1832" w:type="dxa"/>
            <w:vAlign w:val="center"/>
          </w:tcPr>
          <w:p w14:paraId="14E3D45E" w14:textId="14AF0C34" w:rsidR="002A515C" w:rsidRDefault="002A515C" w:rsidP="00DD1EFA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DXL-WT-75</w:t>
            </w:r>
          </w:p>
        </w:tc>
        <w:tc>
          <w:tcPr>
            <w:tcW w:w="1534" w:type="dxa"/>
            <w:vAlign w:val="center"/>
          </w:tcPr>
          <w:p w14:paraId="0356D738" w14:textId="1DD11D78" w:rsidR="002A515C" w:rsidRDefault="002A515C" w:rsidP="00DD1EFA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75</w:t>
            </w:r>
          </w:p>
        </w:tc>
        <w:tc>
          <w:tcPr>
            <w:tcW w:w="1629" w:type="dxa"/>
            <w:vAlign w:val="center"/>
          </w:tcPr>
          <w:p w14:paraId="358B343E" w14:textId="76AD23D2" w:rsidR="002A515C" w:rsidRDefault="002A515C" w:rsidP="00DD1EFA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35</w:t>
            </w:r>
          </w:p>
        </w:tc>
        <w:tc>
          <w:tcPr>
            <w:tcW w:w="1958" w:type="dxa"/>
            <w:vAlign w:val="center"/>
          </w:tcPr>
          <w:p w14:paraId="38601181" w14:textId="26871A8C" w:rsidR="002A515C" w:rsidRDefault="002A515C" w:rsidP="00DD1EFA">
            <w:pPr>
              <w:jc w:val="both"/>
              <w:rPr>
                <w:lang w:eastAsia="zh-CN"/>
              </w:rPr>
            </w:pPr>
            <w:r w:rsidRPr="00606C53">
              <w:rPr>
                <w:rFonts w:asciiTheme="minorHAnsi" w:hAnsiTheme="minorHAnsi"/>
                <w:szCs w:val="18"/>
              </w:rPr>
              <w:t>0.4</w:t>
            </w:r>
            <w:r w:rsidRPr="00606C53">
              <w:rPr>
                <w:rFonts w:asciiTheme="minorHAnsi" w:hAnsiTheme="minorHAnsi" w:hint="eastAsia"/>
                <w:szCs w:val="18"/>
                <w:lang w:eastAsia="zh-CN"/>
              </w:rPr>
              <w:t xml:space="preserve">0 - </w:t>
            </w:r>
            <w:r w:rsidRPr="00606C53">
              <w:rPr>
                <w:rFonts w:asciiTheme="minorHAnsi" w:hAnsiTheme="minorHAnsi"/>
                <w:szCs w:val="18"/>
              </w:rPr>
              <w:t>0.6</w:t>
            </w:r>
            <w:r w:rsidRPr="00606C53">
              <w:rPr>
                <w:rFonts w:asciiTheme="minorHAnsi" w:hAnsiTheme="minorHAnsi" w:hint="eastAsia"/>
                <w:szCs w:val="18"/>
                <w:lang w:eastAsia="zh-CN"/>
              </w:rPr>
              <w:t>0</w:t>
            </w:r>
            <w:r w:rsidRPr="00606C53">
              <w:rPr>
                <w:rFonts w:asciiTheme="minorHAnsi" w:hAnsiTheme="minorHAnsi"/>
                <w:szCs w:val="18"/>
              </w:rPr>
              <w:t xml:space="preserve"> mm</w:t>
            </w:r>
          </w:p>
        </w:tc>
        <w:tc>
          <w:tcPr>
            <w:tcW w:w="2385" w:type="dxa"/>
            <w:vAlign w:val="center"/>
          </w:tcPr>
          <w:p w14:paraId="588C59AE" w14:textId="320A1F83" w:rsidR="002A515C" w:rsidRDefault="002A515C" w:rsidP="00DD1EFA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2800 3000 custom</w:t>
            </w:r>
            <w:r>
              <w:rPr>
                <w:rFonts w:hint="eastAsia"/>
                <w:lang w:eastAsia="zh-CN"/>
              </w:rPr>
              <w:t>（≥</w:t>
            </w:r>
            <w:r>
              <w:rPr>
                <w:rFonts w:hint="eastAsia"/>
                <w:lang w:eastAsia="zh-CN"/>
              </w:rPr>
              <w:t>2000</w:t>
            </w:r>
            <w:r>
              <w:rPr>
                <w:rFonts w:hint="eastAsia"/>
                <w:lang w:eastAsia="zh-CN"/>
              </w:rPr>
              <w:t>）</w:t>
            </w:r>
          </w:p>
        </w:tc>
        <w:tc>
          <w:tcPr>
            <w:tcW w:w="1547" w:type="dxa"/>
            <w:vAlign w:val="center"/>
          </w:tcPr>
          <w:p w14:paraId="4E4EF905" w14:textId="2FC86CD2" w:rsidR="002A515C" w:rsidRDefault="002A515C" w:rsidP="00DD1EFA">
            <w:pPr>
              <w:rPr>
                <w:lang w:eastAsia="zh-CN"/>
              </w:rPr>
            </w:pPr>
            <w:r w:rsidRPr="00862E4B">
              <w:rPr>
                <w:sz w:val="16"/>
                <w:szCs w:val="16"/>
                <w:lang w:eastAsia="zh-CN"/>
              </w:rPr>
              <w:t>As per order confirmation</w:t>
            </w:r>
          </w:p>
        </w:tc>
      </w:tr>
      <w:tr w:rsidR="002A515C" w14:paraId="44AA4A9A" w14:textId="46B40CEF" w:rsidTr="002A515C">
        <w:trPr>
          <w:trHeight w:val="463"/>
        </w:trPr>
        <w:tc>
          <w:tcPr>
            <w:tcW w:w="1832" w:type="dxa"/>
            <w:vAlign w:val="center"/>
          </w:tcPr>
          <w:p w14:paraId="64DF30A4" w14:textId="4768DCDA" w:rsidR="002A515C" w:rsidRDefault="002A515C" w:rsidP="00DD1EFA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DXL-WT-94</w:t>
            </w:r>
          </w:p>
        </w:tc>
        <w:tc>
          <w:tcPr>
            <w:tcW w:w="1534" w:type="dxa"/>
            <w:vAlign w:val="center"/>
          </w:tcPr>
          <w:p w14:paraId="6159E1B0" w14:textId="32C4BC2D" w:rsidR="002A515C" w:rsidRDefault="002A515C" w:rsidP="00DD1EFA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94</w:t>
            </w:r>
          </w:p>
        </w:tc>
        <w:tc>
          <w:tcPr>
            <w:tcW w:w="1629" w:type="dxa"/>
            <w:vAlign w:val="center"/>
          </w:tcPr>
          <w:p w14:paraId="5033FC2C" w14:textId="3698F30B" w:rsidR="002A515C" w:rsidRDefault="002A515C" w:rsidP="00DD1EFA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32</w:t>
            </w:r>
          </w:p>
        </w:tc>
        <w:tc>
          <w:tcPr>
            <w:tcW w:w="1958" w:type="dxa"/>
            <w:vAlign w:val="center"/>
          </w:tcPr>
          <w:p w14:paraId="755DF8A7" w14:textId="5C244141" w:rsidR="002A515C" w:rsidRDefault="002A515C" w:rsidP="00DD1EFA">
            <w:pPr>
              <w:jc w:val="both"/>
              <w:rPr>
                <w:lang w:eastAsia="zh-CN"/>
              </w:rPr>
            </w:pPr>
            <w:r w:rsidRPr="00606C53">
              <w:rPr>
                <w:rFonts w:asciiTheme="minorHAnsi" w:hAnsiTheme="minorHAnsi"/>
                <w:szCs w:val="18"/>
              </w:rPr>
              <w:t>0.4</w:t>
            </w:r>
            <w:r w:rsidRPr="00606C53">
              <w:rPr>
                <w:rFonts w:asciiTheme="minorHAnsi" w:hAnsiTheme="minorHAnsi" w:hint="eastAsia"/>
                <w:szCs w:val="18"/>
                <w:lang w:eastAsia="zh-CN"/>
              </w:rPr>
              <w:t xml:space="preserve">0 - </w:t>
            </w:r>
            <w:r w:rsidRPr="00606C53">
              <w:rPr>
                <w:rFonts w:asciiTheme="minorHAnsi" w:hAnsiTheme="minorHAnsi"/>
                <w:szCs w:val="18"/>
              </w:rPr>
              <w:t>0.6</w:t>
            </w:r>
            <w:r w:rsidRPr="00606C53">
              <w:rPr>
                <w:rFonts w:asciiTheme="minorHAnsi" w:hAnsiTheme="minorHAnsi" w:hint="eastAsia"/>
                <w:szCs w:val="18"/>
                <w:lang w:eastAsia="zh-CN"/>
              </w:rPr>
              <w:t>0</w:t>
            </w:r>
            <w:r w:rsidRPr="00606C53">
              <w:rPr>
                <w:rFonts w:asciiTheme="minorHAnsi" w:hAnsiTheme="minorHAnsi"/>
                <w:szCs w:val="18"/>
              </w:rPr>
              <w:t xml:space="preserve"> mm</w:t>
            </w:r>
          </w:p>
        </w:tc>
        <w:tc>
          <w:tcPr>
            <w:tcW w:w="2385" w:type="dxa"/>
            <w:vAlign w:val="center"/>
          </w:tcPr>
          <w:p w14:paraId="31190240" w14:textId="4967B477" w:rsidR="002A515C" w:rsidRDefault="002A515C" w:rsidP="00DD1EFA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2800 3000 custom</w:t>
            </w:r>
            <w:r>
              <w:rPr>
                <w:rFonts w:hint="eastAsia"/>
                <w:lang w:eastAsia="zh-CN"/>
              </w:rPr>
              <w:t>（≥</w:t>
            </w:r>
            <w:r>
              <w:rPr>
                <w:rFonts w:hint="eastAsia"/>
                <w:lang w:eastAsia="zh-CN"/>
              </w:rPr>
              <w:t>2000</w:t>
            </w:r>
            <w:r>
              <w:rPr>
                <w:rFonts w:hint="eastAsia"/>
                <w:lang w:eastAsia="zh-CN"/>
              </w:rPr>
              <w:t>）</w:t>
            </w:r>
          </w:p>
        </w:tc>
        <w:tc>
          <w:tcPr>
            <w:tcW w:w="1547" w:type="dxa"/>
            <w:vAlign w:val="center"/>
          </w:tcPr>
          <w:p w14:paraId="0460F7AE" w14:textId="2A612009" w:rsidR="002A515C" w:rsidRDefault="002A515C" w:rsidP="00DD1EFA">
            <w:pPr>
              <w:rPr>
                <w:lang w:eastAsia="zh-CN"/>
              </w:rPr>
            </w:pPr>
            <w:r w:rsidRPr="00862E4B">
              <w:rPr>
                <w:sz w:val="16"/>
                <w:szCs w:val="16"/>
                <w:lang w:eastAsia="zh-CN"/>
              </w:rPr>
              <w:t>As per order confirmation</w:t>
            </w:r>
          </w:p>
        </w:tc>
      </w:tr>
      <w:tr w:rsidR="002A515C" w14:paraId="1751F208" w14:textId="170A934C" w:rsidTr="002A515C">
        <w:trPr>
          <w:trHeight w:val="463"/>
        </w:trPr>
        <w:tc>
          <w:tcPr>
            <w:tcW w:w="1832" w:type="dxa"/>
            <w:vAlign w:val="center"/>
          </w:tcPr>
          <w:p w14:paraId="30E4D4E2" w14:textId="51FB9F42" w:rsidR="002A515C" w:rsidRDefault="002A515C" w:rsidP="00DD1EFA">
            <w:pPr>
              <w:rPr>
                <w:lang w:eastAsia="zh-CN"/>
              </w:rPr>
            </w:pPr>
          </w:p>
        </w:tc>
        <w:tc>
          <w:tcPr>
            <w:tcW w:w="1534" w:type="dxa"/>
            <w:vAlign w:val="center"/>
          </w:tcPr>
          <w:p w14:paraId="55C7B4BF" w14:textId="181E9B5A" w:rsidR="002A515C" w:rsidRDefault="002A515C" w:rsidP="00DD1EFA">
            <w:pPr>
              <w:rPr>
                <w:lang w:eastAsia="zh-CN"/>
              </w:rPr>
            </w:pPr>
          </w:p>
        </w:tc>
        <w:tc>
          <w:tcPr>
            <w:tcW w:w="1629" w:type="dxa"/>
            <w:vAlign w:val="center"/>
          </w:tcPr>
          <w:p w14:paraId="696DEAA3" w14:textId="12E65A4D" w:rsidR="002A515C" w:rsidRDefault="002A515C" w:rsidP="00DD1EFA">
            <w:pPr>
              <w:rPr>
                <w:lang w:eastAsia="zh-CN"/>
              </w:rPr>
            </w:pPr>
          </w:p>
        </w:tc>
        <w:tc>
          <w:tcPr>
            <w:tcW w:w="1958" w:type="dxa"/>
            <w:vAlign w:val="center"/>
          </w:tcPr>
          <w:p w14:paraId="38CF5498" w14:textId="2A2309FA" w:rsidR="002A515C" w:rsidRDefault="002A515C" w:rsidP="00DD1EFA">
            <w:pPr>
              <w:jc w:val="both"/>
              <w:rPr>
                <w:lang w:eastAsia="zh-CN"/>
              </w:rPr>
            </w:pPr>
          </w:p>
        </w:tc>
        <w:tc>
          <w:tcPr>
            <w:tcW w:w="2385" w:type="dxa"/>
            <w:vAlign w:val="center"/>
          </w:tcPr>
          <w:p w14:paraId="04ED1BD8" w14:textId="1935E277" w:rsidR="002A515C" w:rsidRDefault="002A515C" w:rsidP="00DD1EFA">
            <w:pPr>
              <w:rPr>
                <w:lang w:eastAsia="zh-CN"/>
              </w:rPr>
            </w:pPr>
          </w:p>
        </w:tc>
        <w:tc>
          <w:tcPr>
            <w:tcW w:w="1547" w:type="dxa"/>
            <w:vAlign w:val="center"/>
          </w:tcPr>
          <w:p w14:paraId="0BC19039" w14:textId="2F7AE136" w:rsidR="002A515C" w:rsidRDefault="002A515C" w:rsidP="00DD1EFA">
            <w:pPr>
              <w:rPr>
                <w:lang w:eastAsia="zh-CN"/>
              </w:rPr>
            </w:pPr>
          </w:p>
        </w:tc>
      </w:tr>
      <w:tr w:rsidR="002A515C" w14:paraId="4DCEA2F7" w14:textId="1BC6845F" w:rsidTr="002A515C">
        <w:trPr>
          <w:trHeight w:val="463"/>
        </w:trPr>
        <w:tc>
          <w:tcPr>
            <w:tcW w:w="1832" w:type="dxa"/>
            <w:vAlign w:val="center"/>
          </w:tcPr>
          <w:p w14:paraId="3DBED81A" w14:textId="74E3CAEE" w:rsidR="002A515C" w:rsidRDefault="002A515C" w:rsidP="00514151">
            <w:pPr>
              <w:rPr>
                <w:rFonts w:hint="eastAsia"/>
                <w:lang w:eastAsia="zh-CN"/>
              </w:rPr>
            </w:pPr>
          </w:p>
        </w:tc>
        <w:tc>
          <w:tcPr>
            <w:tcW w:w="1534" w:type="dxa"/>
            <w:vAlign w:val="center"/>
          </w:tcPr>
          <w:p w14:paraId="5D7523F4" w14:textId="09D10FFE" w:rsidR="002A515C" w:rsidRDefault="002A515C" w:rsidP="00514151">
            <w:pPr>
              <w:rPr>
                <w:lang w:eastAsia="zh-CN"/>
              </w:rPr>
            </w:pPr>
          </w:p>
        </w:tc>
        <w:tc>
          <w:tcPr>
            <w:tcW w:w="1629" w:type="dxa"/>
            <w:vAlign w:val="center"/>
          </w:tcPr>
          <w:p w14:paraId="71F11E8E" w14:textId="093D3933" w:rsidR="002A515C" w:rsidRDefault="002A515C" w:rsidP="00514151">
            <w:pPr>
              <w:rPr>
                <w:lang w:eastAsia="zh-CN"/>
              </w:rPr>
            </w:pPr>
          </w:p>
        </w:tc>
        <w:tc>
          <w:tcPr>
            <w:tcW w:w="1958" w:type="dxa"/>
            <w:vAlign w:val="center"/>
          </w:tcPr>
          <w:p w14:paraId="4A2E2266" w14:textId="704533DF" w:rsidR="002A515C" w:rsidRDefault="002A515C" w:rsidP="00514151">
            <w:pPr>
              <w:rPr>
                <w:lang w:eastAsia="zh-CN"/>
              </w:rPr>
            </w:pPr>
          </w:p>
        </w:tc>
        <w:tc>
          <w:tcPr>
            <w:tcW w:w="2385" w:type="dxa"/>
            <w:vAlign w:val="center"/>
          </w:tcPr>
          <w:p w14:paraId="66EA83C9" w14:textId="32C42E7E" w:rsidR="002A515C" w:rsidRDefault="002A515C" w:rsidP="00514151">
            <w:pPr>
              <w:rPr>
                <w:lang w:eastAsia="zh-CN"/>
              </w:rPr>
            </w:pPr>
          </w:p>
        </w:tc>
        <w:tc>
          <w:tcPr>
            <w:tcW w:w="1547" w:type="dxa"/>
            <w:vAlign w:val="center"/>
          </w:tcPr>
          <w:p w14:paraId="29D0E3B0" w14:textId="3077E1D0" w:rsidR="002A515C" w:rsidRDefault="002A515C" w:rsidP="00514151">
            <w:pPr>
              <w:rPr>
                <w:lang w:eastAsia="zh-CN"/>
              </w:rPr>
            </w:pPr>
          </w:p>
        </w:tc>
      </w:tr>
    </w:tbl>
    <w:p w14:paraId="43F41D3F" w14:textId="77777777" w:rsidR="008E2A84" w:rsidRDefault="008E2A84" w:rsidP="002A515C">
      <w:pPr>
        <w:ind w:leftChars="77" w:left="139" w:firstLineChars="1" w:firstLine="2"/>
        <w:jc w:val="right"/>
        <w:rPr>
          <w:lang w:eastAsia="zh-CN"/>
        </w:rPr>
      </w:pPr>
    </w:p>
    <w:p w14:paraId="2ED52481" w14:textId="1BF14D7D" w:rsidR="00C522F0" w:rsidRPr="008A455D" w:rsidRDefault="00C522F0">
      <w:pPr>
        <w:rPr>
          <w:i/>
          <w:iCs/>
          <w:sz w:val="20"/>
          <w:szCs w:val="20"/>
          <w:lang w:eastAsia="zh-CN"/>
        </w:rPr>
      </w:pPr>
      <w:r w:rsidRPr="008A455D">
        <w:rPr>
          <w:rFonts w:hint="eastAsia"/>
          <w:i/>
          <w:iCs/>
          <w:sz w:val="20"/>
          <w:szCs w:val="20"/>
          <w:lang w:eastAsia="zh-CN"/>
        </w:rPr>
        <w:t>Notes</w:t>
      </w:r>
    </w:p>
    <w:p w14:paraId="2D2D33BF" w14:textId="3B6E046A" w:rsidR="00C522F0" w:rsidRPr="004D1C23" w:rsidRDefault="00C522F0" w:rsidP="004D1C23">
      <w:pPr>
        <w:pStyle w:val="ae"/>
        <w:numPr>
          <w:ilvl w:val="0"/>
          <w:numId w:val="10"/>
        </w:numPr>
        <w:rPr>
          <w:i/>
          <w:iCs/>
          <w:sz w:val="20"/>
          <w:szCs w:val="20"/>
          <w:lang w:eastAsia="zh-CN"/>
        </w:rPr>
      </w:pPr>
      <w:r w:rsidRPr="004D1C23">
        <w:rPr>
          <w:rFonts w:hint="eastAsia"/>
          <w:i/>
          <w:iCs/>
          <w:sz w:val="20"/>
          <w:szCs w:val="20"/>
          <w:lang w:eastAsia="zh-CN"/>
        </w:rPr>
        <w:t>Custom length available for all models</w:t>
      </w:r>
    </w:p>
    <w:p w14:paraId="32C39A93" w14:textId="161D4A8F" w:rsidR="00C522F0" w:rsidRDefault="00C522F0" w:rsidP="004D1C23">
      <w:pPr>
        <w:pStyle w:val="ae"/>
        <w:numPr>
          <w:ilvl w:val="0"/>
          <w:numId w:val="10"/>
        </w:numPr>
        <w:rPr>
          <w:i/>
          <w:iCs/>
          <w:sz w:val="20"/>
          <w:szCs w:val="20"/>
          <w:lang w:eastAsia="zh-CN"/>
        </w:rPr>
      </w:pPr>
      <w:r w:rsidRPr="004D1C23">
        <w:rPr>
          <w:rFonts w:hint="eastAsia"/>
          <w:i/>
          <w:iCs/>
          <w:sz w:val="20"/>
          <w:szCs w:val="20"/>
          <w:lang w:eastAsia="zh-CN"/>
        </w:rPr>
        <w:t>Special dimensions and thickness are available upon request</w:t>
      </w:r>
    </w:p>
    <w:p w14:paraId="69DC7EC7" w14:textId="53A50295" w:rsidR="005D7839" w:rsidRPr="00514151" w:rsidRDefault="00514151" w:rsidP="00514151">
      <w:pPr>
        <w:pStyle w:val="ae"/>
        <w:numPr>
          <w:ilvl w:val="0"/>
          <w:numId w:val="10"/>
        </w:numPr>
        <w:rPr>
          <w:i/>
          <w:iCs/>
          <w:sz w:val="20"/>
          <w:szCs w:val="20"/>
          <w:lang w:eastAsia="zh-CN"/>
        </w:rPr>
      </w:pPr>
      <w:r w:rsidRPr="00CA239F">
        <w:rPr>
          <w:i/>
          <w:iCs/>
          <w:sz w:val="20"/>
          <w:szCs w:val="20"/>
          <w:lang w:eastAsia="zh-CN"/>
        </w:rPr>
        <w:t>Theoretical weight is for reference only. Actual weight shall prevail</w:t>
      </w:r>
    </w:p>
    <w:sectPr w:rsidR="005D7839" w:rsidRPr="00514151" w:rsidSect="00083ADF">
      <w:footerReference w:type="default" r:id="rId12"/>
      <w:pgSz w:w="12240" w:h="15840"/>
      <w:pgMar w:top="568" w:right="567" w:bottom="567" w:left="567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FF824A" w14:textId="77777777" w:rsidR="00D0535B" w:rsidRDefault="00D0535B">
      <w:pPr>
        <w:spacing w:after="0" w:line="240" w:lineRule="auto"/>
      </w:pPr>
      <w:r>
        <w:separator/>
      </w:r>
    </w:p>
  </w:endnote>
  <w:endnote w:type="continuationSeparator" w:id="0">
    <w:p w14:paraId="4E27C6DC" w14:textId="77777777" w:rsidR="00D0535B" w:rsidRDefault="00D053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1528A1" w14:textId="0A77CDF8" w:rsidR="003149B8" w:rsidRDefault="004C072B">
    <w:pPr>
      <w:pStyle w:val="a7"/>
    </w:pPr>
    <w:r>
      <w:rPr>
        <w:rFonts w:asciiTheme="minorHAnsi" w:hAnsiTheme="minorHAnsi"/>
        <w:noProof/>
        <w:sz w:val="72"/>
        <w:szCs w:val="72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685E692" wp14:editId="6D783C5D">
              <wp:simplePos x="0" y="0"/>
              <wp:positionH relativeFrom="column">
                <wp:posOffset>-355750</wp:posOffset>
              </wp:positionH>
              <wp:positionV relativeFrom="paragraph">
                <wp:posOffset>122822</wp:posOffset>
              </wp:positionV>
              <wp:extent cx="7846060" cy="646371"/>
              <wp:effectExtent l="57150" t="19050" r="59690" b="78105"/>
              <wp:wrapNone/>
              <wp:docPr id="1430395046" name="矩形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846060" cy="646371"/>
                      </a:xfrm>
                      <a:prstGeom prst="rect">
                        <a:avLst/>
                      </a:prstGeom>
                      <a:solidFill>
                        <a:srgbClr val="00458A"/>
                      </a:solidFill>
                      <a:ln w="9525" cap="flat" cmpd="sng" algn="ctr">
                        <a:noFill/>
                        <a:prstDash val="solid"/>
                      </a:ln>
                      <a:effectLst>
                        <a:outerShdw blurRad="40000" dist="23000" dir="5400000" rotWithShape="0">
                          <a:srgbClr val="000000">
                            <a:alpha val="35000"/>
                          </a:srgbClr>
                        </a:outerShdw>
                      </a:effectLst>
                    </wps:spPr>
                    <wps:txbx>
                      <w:txbxContent>
                        <w:p w14:paraId="10E5B4E4" w14:textId="77777777" w:rsidR="003149B8" w:rsidRPr="00582B61" w:rsidRDefault="003149B8" w:rsidP="0014132E">
                          <w:pPr>
                            <w:spacing w:after="0" w:line="240" w:lineRule="auto"/>
                            <w:jc w:val="center"/>
                            <w:rPr>
                              <w:szCs w:val="18"/>
                              <w:lang w:eastAsia="zh-CN"/>
                            </w:rPr>
                          </w:pPr>
                          <w:r w:rsidRPr="00582B61">
                            <w:rPr>
                              <w:rFonts w:hint="eastAsia"/>
                              <w:szCs w:val="18"/>
                              <w:lang w:eastAsia="zh-CN"/>
                            </w:rPr>
                            <w:t xml:space="preserve">For </w:t>
                          </w:r>
                          <w:r>
                            <w:rPr>
                              <w:rFonts w:hint="eastAsia"/>
                              <w:szCs w:val="18"/>
                              <w:lang w:eastAsia="zh-CN"/>
                            </w:rPr>
                            <w:t>S</w:t>
                          </w:r>
                          <w:r w:rsidRPr="00582B61">
                            <w:rPr>
                              <w:rFonts w:hint="eastAsia"/>
                              <w:szCs w:val="18"/>
                              <w:lang w:eastAsia="zh-CN"/>
                            </w:rPr>
                            <w:t xml:space="preserve">ales </w:t>
                          </w:r>
                          <w:r>
                            <w:rPr>
                              <w:rFonts w:hint="eastAsia"/>
                              <w:szCs w:val="18"/>
                              <w:lang w:eastAsia="zh-CN"/>
                            </w:rPr>
                            <w:t>I</w:t>
                          </w:r>
                          <w:r w:rsidRPr="00582B61">
                            <w:rPr>
                              <w:rFonts w:hint="eastAsia"/>
                              <w:szCs w:val="18"/>
                              <w:lang w:eastAsia="zh-CN"/>
                            </w:rPr>
                            <w:t>nquiries, please contact our global support team via W</w:t>
                          </w:r>
                          <w:r w:rsidRPr="00582B61">
                            <w:rPr>
                              <w:szCs w:val="18"/>
                              <w:lang w:eastAsia="zh-CN"/>
                            </w:rPr>
                            <w:t>hatsApp</w:t>
                          </w:r>
                          <w:r w:rsidRPr="00582B61">
                            <w:rPr>
                              <w:rFonts w:hint="eastAsia"/>
                              <w:szCs w:val="18"/>
                              <w:lang w:eastAsia="zh-CN"/>
                            </w:rPr>
                            <w:t>:</w:t>
                          </w:r>
                          <w:r w:rsidRPr="00582B61">
                            <w:rPr>
                              <w:rFonts w:hint="eastAsia"/>
                              <w:szCs w:val="18"/>
                              <w:lang w:eastAsia="zh-CN"/>
                            </w:rPr>
                            <w:t>＋</w:t>
                          </w:r>
                          <w:r w:rsidRPr="00582B61">
                            <w:rPr>
                              <w:rFonts w:hint="eastAsia"/>
                              <w:szCs w:val="18"/>
                              <w:lang w:eastAsia="zh-CN"/>
                            </w:rPr>
                            <w:t>78764422 or</w:t>
                          </w:r>
                          <w:r w:rsidRPr="00582B61">
                            <w:rPr>
                              <w:rFonts w:hint="eastAsia"/>
                              <w:color w:val="FFFFFF" w:themeColor="background1"/>
                              <w:szCs w:val="18"/>
                              <w:lang w:eastAsia="zh-CN"/>
                            </w:rPr>
                            <w:t xml:space="preserve"> </w:t>
                          </w:r>
                          <w:proofErr w:type="spellStart"/>
                          <w:r w:rsidRPr="00582B61">
                            <w:rPr>
                              <w:rFonts w:hint="eastAsia"/>
                              <w:color w:val="FFFFFF" w:themeColor="background1"/>
                              <w:szCs w:val="18"/>
                              <w:lang w:eastAsia="zh-CN"/>
                            </w:rPr>
                            <w:t>dxl</w:t>
                          </w:r>
                          <w:r>
                            <w:rPr>
                              <w:rFonts w:hint="eastAsia"/>
                              <w:color w:val="FFFFFF" w:themeColor="background1"/>
                              <w:szCs w:val="18"/>
                              <w:lang w:eastAsia="zh-CN"/>
                            </w:rPr>
                            <w:t>metal</w:t>
                          </w:r>
                          <w:r w:rsidRPr="00582B61">
                            <w:rPr>
                              <w:rFonts w:hint="eastAsia"/>
                              <w:color w:val="FFFFFF" w:themeColor="background1"/>
                              <w:szCs w:val="18"/>
                              <w:lang w:eastAsia="zh-CN"/>
                            </w:rPr>
                            <w:t>@gmail.co</w:t>
                          </w:r>
                          <w:r>
                            <w:rPr>
                              <w:rFonts w:hint="eastAsia"/>
                              <w:color w:val="FFFFFF" w:themeColor="background1"/>
                              <w:szCs w:val="18"/>
                              <w:lang w:eastAsia="zh-CN"/>
                            </w:rPr>
                            <w:t>m</w:t>
                          </w:r>
                          <w:proofErr w:type="spellEnd"/>
                        </w:p>
                        <w:p w14:paraId="57593FE8" w14:textId="77777777" w:rsidR="003149B8" w:rsidRPr="00582B61" w:rsidRDefault="003149B8" w:rsidP="003149B8">
                          <w:pPr>
                            <w:spacing w:line="240" w:lineRule="auto"/>
                            <w:jc w:val="center"/>
                            <w:rPr>
                              <w:i/>
                              <w:iCs/>
                              <w:szCs w:val="18"/>
                              <w:lang w:eastAsia="zh-CN"/>
                            </w:rPr>
                          </w:pPr>
                          <w:r w:rsidRPr="00582B61">
                            <w:rPr>
                              <w:rFonts w:hint="eastAsia"/>
                              <w:i/>
                              <w:iCs/>
                              <w:szCs w:val="18"/>
                              <w:lang w:eastAsia="zh-CN"/>
                            </w:rPr>
                            <w:t>DXL</w:t>
                          </w:r>
                          <w:r w:rsidRPr="00582B61">
                            <w:rPr>
                              <w:i/>
                              <w:iCs/>
                              <w:szCs w:val="18"/>
                              <w:lang w:eastAsia="zh-CN"/>
                            </w:rPr>
                            <w:t>—</w:t>
                          </w:r>
                          <w:r w:rsidRPr="00582B61">
                            <w:rPr>
                              <w:rFonts w:hint="eastAsia"/>
                              <w:i/>
                              <w:iCs/>
                              <w:szCs w:val="18"/>
                              <w:lang w:eastAsia="zh-CN"/>
                            </w:rPr>
                            <w:t>Reliable Quality</w:t>
                          </w:r>
                          <w:r w:rsidRPr="00582B61">
                            <w:rPr>
                              <w:rFonts w:hint="eastAsia"/>
                              <w:i/>
                              <w:iCs/>
                              <w:szCs w:val="18"/>
                              <w:lang w:eastAsia="zh-CN"/>
                            </w:rPr>
                            <w:t>，</w:t>
                          </w:r>
                          <w:r w:rsidRPr="00582B61">
                            <w:rPr>
                              <w:rFonts w:hint="eastAsia"/>
                              <w:i/>
                              <w:iCs/>
                              <w:szCs w:val="18"/>
                              <w:lang w:eastAsia="zh-CN"/>
                            </w:rPr>
                            <w:t>Global Trust</w:t>
                          </w:r>
                        </w:p>
                        <w:p w14:paraId="15F58026" w14:textId="77777777" w:rsidR="003149B8" w:rsidRDefault="003149B8" w:rsidP="003149B8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4685E692" id="矩形 5" o:spid="_x0000_s1028" style="position:absolute;margin-left:-28pt;margin-top:9.65pt;width:617.8pt;height:50.9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" fillcolor="#00458a" stroked="f">
              <v:shadow on="t" color="black" opacity="22937f" origin=",.5" offset="0,.63889mm"/>
              <v:textbox>
                <w:txbxContent>
                  <w:p w14:paraId="10E5B4E4" w14:textId="77777777" w:rsidR="003149B8" w:rsidRPr="00582B61" w:rsidRDefault="003149B8" w:rsidP="0014132E">
                    <w:pPr>
                      <w:spacing w:after="0" w:line="240" w:lineRule="auto"/>
                      <w:jc w:val="center"/>
                      <w:rPr>
                        <w:szCs w:val="18"/>
                        <w:lang w:eastAsia="zh-CN"/>
                      </w:rPr>
                    </w:pPr>
                    <w:r w:rsidRPr="00582B61">
                      <w:rPr>
                        <w:rFonts w:hint="eastAsia"/>
                        <w:szCs w:val="18"/>
                        <w:lang w:eastAsia="zh-CN"/>
                      </w:rPr>
                      <w:t xml:space="preserve">For </w:t>
                    </w:r>
                    <w:r>
                      <w:rPr>
                        <w:rFonts w:hint="eastAsia"/>
                        <w:szCs w:val="18"/>
                        <w:lang w:eastAsia="zh-CN"/>
                      </w:rPr>
                      <w:t>S</w:t>
                    </w:r>
                    <w:r w:rsidRPr="00582B61">
                      <w:rPr>
                        <w:rFonts w:hint="eastAsia"/>
                        <w:szCs w:val="18"/>
                        <w:lang w:eastAsia="zh-CN"/>
                      </w:rPr>
                      <w:t xml:space="preserve">ales </w:t>
                    </w:r>
                    <w:r>
                      <w:rPr>
                        <w:rFonts w:hint="eastAsia"/>
                        <w:szCs w:val="18"/>
                        <w:lang w:eastAsia="zh-CN"/>
                      </w:rPr>
                      <w:t>I</w:t>
                    </w:r>
                    <w:r w:rsidRPr="00582B61">
                      <w:rPr>
                        <w:rFonts w:hint="eastAsia"/>
                        <w:szCs w:val="18"/>
                        <w:lang w:eastAsia="zh-CN"/>
                      </w:rPr>
                      <w:t>nquiries, please contact our global support team via W</w:t>
                    </w:r>
                    <w:r w:rsidRPr="00582B61">
                      <w:rPr>
                        <w:szCs w:val="18"/>
                        <w:lang w:eastAsia="zh-CN"/>
                      </w:rPr>
                      <w:t>hatsApp</w:t>
                    </w:r>
                    <w:r w:rsidRPr="00582B61">
                      <w:rPr>
                        <w:rFonts w:hint="eastAsia"/>
                        <w:szCs w:val="18"/>
                        <w:lang w:eastAsia="zh-CN"/>
                      </w:rPr>
                      <w:t>:</w:t>
                    </w:r>
                    <w:r w:rsidRPr="00582B61">
                      <w:rPr>
                        <w:rFonts w:hint="eastAsia"/>
                        <w:szCs w:val="18"/>
                        <w:lang w:eastAsia="zh-CN"/>
                      </w:rPr>
                      <w:t>＋</w:t>
                    </w:r>
                    <w:r w:rsidRPr="00582B61">
                      <w:rPr>
                        <w:rFonts w:hint="eastAsia"/>
                        <w:szCs w:val="18"/>
                        <w:lang w:eastAsia="zh-CN"/>
                      </w:rPr>
                      <w:t>78764422 or</w:t>
                    </w:r>
                    <w:r w:rsidRPr="00582B61">
                      <w:rPr>
                        <w:rFonts w:hint="eastAsia"/>
                        <w:color w:val="FFFFFF" w:themeColor="background1"/>
                        <w:szCs w:val="18"/>
                        <w:lang w:eastAsia="zh-CN"/>
                      </w:rPr>
                      <w:t xml:space="preserve"> </w:t>
                    </w:r>
                    <w:proofErr w:type="spellStart"/>
                    <w:r w:rsidRPr="00582B61">
                      <w:rPr>
                        <w:rFonts w:hint="eastAsia"/>
                        <w:color w:val="FFFFFF" w:themeColor="background1"/>
                        <w:szCs w:val="18"/>
                        <w:lang w:eastAsia="zh-CN"/>
                      </w:rPr>
                      <w:t>dxl</w:t>
                    </w:r>
                    <w:r>
                      <w:rPr>
                        <w:rFonts w:hint="eastAsia"/>
                        <w:color w:val="FFFFFF" w:themeColor="background1"/>
                        <w:szCs w:val="18"/>
                        <w:lang w:eastAsia="zh-CN"/>
                      </w:rPr>
                      <w:t>metal</w:t>
                    </w:r>
                    <w:r w:rsidRPr="00582B61">
                      <w:rPr>
                        <w:rFonts w:hint="eastAsia"/>
                        <w:color w:val="FFFFFF" w:themeColor="background1"/>
                        <w:szCs w:val="18"/>
                        <w:lang w:eastAsia="zh-CN"/>
                      </w:rPr>
                      <w:t>@gmail.co</w:t>
                    </w:r>
                    <w:r>
                      <w:rPr>
                        <w:rFonts w:hint="eastAsia"/>
                        <w:color w:val="FFFFFF" w:themeColor="background1"/>
                        <w:szCs w:val="18"/>
                        <w:lang w:eastAsia="zh-CN"/>
                      </w:rPr>
                      <w:t>m</w:t>
                    </w:r>
                    <w:proofErr w:type="spellEnd"/>
                  </w:p>
                  <w:p w14:paraId="57593FE8" w14:textId="77777777" w:rsidR="003149B8" w:rsidRPr="00582B61" w:rsidRDefault="003149B8" w:rsidP="003149B8">
                    <w:pPr>
                      <w:spacing w:line="240" w:lineRule="auto"/>
                      <w:jc w:val="center"/>
                      <w:rPr>
                        <w:i/>
                        <w:iCs/>
                        <w:szCs w:val="18"/>
                        <w:lang w:eastAsia="zh-CN"/>
                      </w:rPr>
                    </w:pPr>
                    <w:r w:rsidRPr="00582B61">
                      <w:rPr>
                        <w:rFonts w:hint="eastAsia"/>
                        <w:i/>
                        <w:iCs/>
                        <w:szCs w:val="18"/>
                        <w:lang w:eastAsia="zh-CN"/>
                      </w:rPr>
                      <w:t>DXL</w:t>
                    </w:r>
                    <w:r w:rsidRPr="00582B61">
                      <w:rPr>
                        <w:i/>
                        <w:iCs/>
                        <w:szCs w:val="18"/>
                        <w:lang w:eastAsia="zh-CN"/>
                      </w:rPr>
                      <w:t>—</w:t>
                    </w:r>
                    <w:r w:rsidRPr="00582B61">
                      <w:rPr>
                        <w:rFonts w:hint="eastAsia"/>
                        <w:i/>
                        <w:iCs/>
                        <w:szCs w:val="18"/>
                        <w:lang w:eastAsia="zh-CN"/>
                      </w:rPr>
                      <w:t>Reliable Quality</w:t>
                    </w:r>
                    <w:r w:rsidRPr="00582B61">
                      <w:rPr>
                        <w:rFonts w:hint="eastAsia"/>
                        <w:i/>
                        <w:iCs/>
                        <w:szCs w:val="18"/>
                        <w:lang w:eastAsia="zh-CN"/>
                      </w:rPr>
                      <w:t>，</w:t>
                    </w:r>
                    <w:r w:rsidRPr="00582B61">
                      <w:rPr>
                        <w:rFonts w:hint="eastAsia"/>
                        <w:i/>
                        <w:iCs/>
                        <w:szCs w:val="18"/>
                        <w:lang w:eastAsia="zh-CN"/>
                      </w:rPr>
                      <w:t>Global Trust</w:t>
                    </w:r>
                  </w:p>
                  <w:p w14:paraId="15F58026" w14:textId="77777777" w:rsidR="003149B8" w:rsidRDefault="003149B8" w:rsidP="003149B8"/>
                </w:txbxContent>
              </v:textbox>
            </v:rect>
          </w:pict>
        </mc:Fallback>
      </mc:AlternateContent>
    </w:r>
  </w:p>
  <w:p w14:paraId="2AF13144" w14:textId="119E8C44" w:rsidR="003149B8" w:rsidRDefault="003149B8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FAACB0" w14:textId="77777777" w:rsidR="00D0535B" w:rsidRDefault="00D0535B">
      <w:pPr>
        <w:spacing w:after="0" w:line="240" w:lineRule="auto"/>
      </w:pPr>
      <w:r>
        <w:separator/>
      </w:r>
    </w:p>
  </w:footnote>
  <w:footnote w:type="continuationSeparator" w:id="0">
    <w:p w14:paraId="7DCE5F9E" w14:textId="77777777" w:rsidR="00D0535B" w:rsidRDefault="00D0535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2E47195D"/>
    <w:multiLevelType w:val="hybridMultilevel"/>
    <w:tmpl w:val="8CBCA20C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 w15:restartNumberingAfterBreak="0">
    <w:nsid w:val="35CF1484"/>
    <w:multiLevelType w:val="hybridMultilevel"/>
    <w:tmpl w:val="648A8FF2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 w16cid:durableId="1474709723">
    <w:abstractNumId w:val="8"/>
  </w:num>
  <w:num w:numId="2" w16cid:durableId="1656493464">
    <w:abstractNumId w:val="6"/>
  </w:num>
  <w:num w:numId="3" w16cid:durableId="628167944">
    <w:abstractNumId w:val="5"/>
  </w:num>
  <w:num w:numId="4" w16cid:durableId="326597779">
    <w:abstractNumId w:val="4"/>
  </w:num>
  <w:num w:numId="5" w16cid:durableId="1750498155">
    <w:abstractNumId w:val="7"/>
  </w:num>
  <w:num w:numId="6" w16cid:durableId="1820607127">
    <w:abstractNumId w:val="3"/>
  </w:num>
  <w:num w:numId="7" w16cid:durableId="1733041824">
    <w:abstractNumId w:val="2"/>
  </w:num>
  <w:num w:numId="8" w16cid:durableId="947084819">
    <w:abstractNumId w:val="1"/>
  </w:num>
  <w:num w:numId="9" w16cid:durableId="1168983087">
    <w:abstractNumId w:val="0"/>
  </w:num>
  <w:num w:numId="10" w16cid:durableId="1102610258">
    <w:abstractNumId w:val="10"/>
  </w:num>
  <w:num w:numId="11" w16cid:durableId="9609205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1E1F"/>
    <w:rsid w:val="00034616"/>
    <w:rsid w:val="00044643"/>
    <w:rsid w:val="0006063C"/>
    <w:rsid w:val="00071919"/>
    <w:rsid w:val="00083ADF"/>
    <w:rsid w:val="000A087F"/>
    <w:rsid w:val="000B1106"/>
    <w:rsid w:val="00104EC3"/>
    <w:rsid w:val="001224E5"/>
    <w:rsid w:val="00141136"/>
    <w:rsid w:val="0014132E"/>
    <w:rsid w:val="0015074B"/>
    <w:rsid w:val="001727AB"/>
    <w:rsid w:val="00183B5F"/>
    <w:rsid w:val="001F1443"/>
    <w:rsid w:val="001F16ED"/>
    <w:rsid w:val="001F4358"/>
    <w:rsid w:val="001F46DB"/>
    <w:rsid w:val="0020548B"/>
    <w:rsid w:val="00210EA5"/>
    <w:rsid w:val="0022501A"/>
    <w:rsid w:val="00234D5E"/>
    <w:rsid w:val="00241ADC"/>
    <w:rsid w:val="00270E57"/>
    <w:rsid w:val="00281D1D"/>
    <w:rsid w:val="0029639D"/>
    <w:rsid w:val="002A2D42"/>
    <w:rsid w:val="002A3BAB"/>
    <w:rsid w:val="002A515C"/>
    <w:rsid w:val="002C4EB7"/>
    <w:rsid w:val="002D4093"/>
    <w:rsid w:val="003149B8"/>
    <w:rsid w:val="00326F90"/>
    <w:rsid w:val="00363B02"/>
    <w:rsid w:val="00377148"/>
    <w:rsid w:val="0039340F"/>
    <w:rsid w:val="003D0241"/>
    <w:rsid w:val="003D2476"/>
    <w:rsid w:val="00423CB6"/>
    <w:rsid w:val="00441A37"/>
    <w:rsid w:val="00465D93"/>
    <w:rsid w:val="004A24CE"/>
    <w:rsid w:val="004B6852"/>
    <w:rsid w:val="004C072B"/>
    <w:rsid w:val="004D1C23"/>
    <w:rsid w:val="004E1656"/>
    <w:rsid w:val="004E44E4"/>
    <w:rsid w:val="004E45CE"/>
    <w:rsid w:val="004F1A92"/>
    <w:rsid w:val="004F6045"/>
    <w:rsid w:val="004F6543"/>
    <w:rsid w:val="00514151"/>
    <w:rsid w:val="00516DF0"/>
    <w:rsid w:val="00553276"/>
    <w:rsid w:val="00582B61"/>
    <w:rsid w:val="00585F15"/>
    <w:rsid w:val="005A214E"/>
    <w:rsid w:val="005A50A2"/>
    <w:rsid w:val="005B38EC"/>
    <w:rsid w:val="005D7839"/>
    <w:rsid w:val="0061524D"/>
    <w:rsid w:val="006864AC"/>
    <w:rsid w:val="006B33DF"/>
    <w:rsid w:val="006F4391"/>
    <w:rsid w:val="006F77D7"/>
    <w:rsid w:val="00706F32"/>
    <w:rsid w:val="00745F59"/>
    <w:rsid w:val="00776DFC"/>
    <w:rsid w:val="007A6891"/>
    <w:rsid w:val="00804CE1"/>
    <w:rsid w:val="0080729C"/>
    <w:rsid w:val="008112FF"/>
    <w:rsid w:val="008371AD"/>
    <w:rsid w:val="00843A52"/>
    <w:rsid w:val="008649FC"/>
    <w:rsid w:val="008A37DB"/>
    <w:rsid w:val="008A455D"/>
    <w:rsid w:val="008E2A84"/>
    <w:rsid w:val="00916D09"/>
    <w:rsid w:val="00917064"/>
    <w:rsid w:val="00984677"/>
    <w:rsid w:val="00992A51"/>
    <w:rsid w:val="009A0B25"/>
    <w:rsid w:val="009A1112"/>
    <w:rsid w:val="009A5DCA"/>
    <w:rsid w:val="009D36C5"/>
    <w:rsid w:val="009E675F"/>
    <w:rsid w:val="009F07E2"/>
    <w:rsid w:val="00A0784F"/>
    <w:rsid w:val="00A23C60"/>
    <w:rsid w:val="00A64633"/>
    <w:rsid w:val="00A65E09"/>
    <w:rsid w:val="00A670F0"/>
    <w:rsid w:val="00A859A9"/>
    <w:rsid w:val="00A87442"/>
    <w:rsid w:val="00AA1D8D"/>
    <w:rsid w:val="00AD45A0"/>
    <w:rsid w:val="00B119C8"/>
    <w:rsid w:val="00B172B3"/>
    <w:rsid w:val="00B47730"/>
    <w:rsid w:val="00B725A7"/>
    <w:rsid w:val="00B751EF"/>
    <w:rsid w:val="00B801FB"/>
    <w:rsid w:val="00B95273"/>
    <w:rsid w:val="00BA6FD6"/>
    <w:rsid w:val="00BD48B6"/>
    <w:rsid w:val="00C01C32"/>
    <w:rsid w:val="00C11CB7"/>
    <w:rsid w:val="00C121B0"/>
    <w:rsid w:val="00C2048F"/>
    <w:rsid w:val="00C501C6"/>
    <w:rsid w:val="00C5055F"/>
    <w:rsid w:val="00C522F0"/>
    <w:rsid w:val="00C52897"/>
    <w:rsid w:val="00C8373A"/>
    <w:rsid w:val="00CA19DD"/>
    <w:rsid w:val="00CB0664"/>
    <w:rsid w:val="00CB3FD8"/>
    <w:rsid w:val="00CC3511"/>
    <w:rsid w:val="00CF0D66"/>
    <w:rsid w:val="00CF3F56"/>
    <w:rsid w:val="00D0535B"/>
    <w:rsid w:val="00D06644"/>
    <w:rsid w:val="00D1037B"/>
    <w:rsid w:val="00D318DF"/>
    <w:rsid w:val="00D540EF"/>
    <w:rsid w:val="00D7154D"/>
    <w:rsid w:val="00D951F9"/>
    <w:rsid w:val="00D96E04"/>
    <w:rsid w:val="00DC5851"/>
    <w:rsid w:val="00DD1EFA"/>
    <w:rsid w:val="00E16D27"/>
    <w:rsid w:val="00E21DEA"/>
    <w:rsid w:val="00E33025"/>
    <w:rsid w:val="00E3655F"/>
    <w:rsid w:val="00E46783"/>
    <w:rsid w:val="00E66A93"/>
    <w:rsid w:val="00E826F8"/>
    <w:rsid w:val="00EC1C6D"/>
    <w:rsid w:val="00EC7C99"/>
    <w:rsid w:val="00ED6F85"/>
    <w:rsid w:val="00EF0FC5"/>
    <w:rsid w:val="00F0490C"/>
    <w:rsid w:val="00F10275"/>
    <w:rsid w:val="00F354C9"/>
    <w:rsid w:val="00F429C0"/>
    <w:rsid w:val="00FB6801"/>
    <w:rsid w:val="00FC693F"/>
    <w:rsid w:val="00FD6C76"/>
    <w:rsid w:val="00FE61BF"/>
    <w:rsid w:val="00FF0E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6BB437D9"/>
  <w14:defaultImageDpi w14:val="300"/>
  <w15:docId w15:val="{BA683D19-31DF-444A-BC2C-ABA080CBB7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qFormat/>
    <w:rsid w:val="00FC693F"/>
    <w:rPr>
      <w:rFonts w:ascii="Arial" w:eastAsia="微软雅黑" w:hAnsi="Arial"/>
      <w:sz w:val="18"/>
    </w:rPr>
  </w:style>
  <w:style w:type="paragraph" w:styleId="1">
    <w:name w:val="heading 1"/>
    <w:basedOn w:val="a1"/>
    <w:next w:val="a1"/>
    <w:link w:val="10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1">
    <w:name w:val="heading 2"/>
    <w:basedOn w:val="a1"/>
    <w:next w:val="a1"/>
    <w:link w:val="22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1">
    <w:name w:val="heading 3"/>
    <w:basedOn w:val="a1"/>
    <w:next w:val="a1"/>
    <w:link w:val="32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1"/>
    <w:next w:val="a1"/>
    <w:link w:val="40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1"/>
    <w:next w:val="a1"/>
    <w:link w:val="50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1"/>
    <w:next w:val="a1"/>
    <w:link w:val="60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1"/>
    <w:next w:val="a1"/>
    <w:link w:val="70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1"/>
    <w:next w:val="a1"/>
    <w:link w:val="80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1"/>
    <w:next w:val="a1"/>
    <w:link w:val="90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6">
    <w:name w:val="页眉 字符"/>
    <w:basedOn w:val="a2"/>
    <w:link w:val="a5"/>
    <w:uiPriority w:val="99"/>
    <w:rsid w:val="00E618BF"/>
  </w:style>
  <w:style w:type="paragraph" w:styleId="a7">
    <w:name w:val="footer"/>
    <w:basedOn w:val="a1"/>
    <w:link w:val="a8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8">
    <w:name w:val="页脚 字符"/>
    <w:basedOn w:val="a2"/>
    <w:link w:val="a7"/>
    <w:uiPriority w:val="99"/>
    <w:rsid w:val="00E618BF"/>
  </w:style>
  <w:style w:type="paragraph" w:styleId="a9">
    <w:name w:val="No Spacing"/>
    <w:uiPriority w:val="1"/>
    <w:qFormat/>
    <w:rsid w:val="00FC693F"/>
    <w:pPr>
      <w:spacing w:after="0" w:line="240" w:lineRule="auto"/>
    </w:pPr>
  </w:style>
  <w:style w:type="character" w:customStyle="1" w:styleId="10">
    <w:name w:val="标题 1 字符"/>
    <w:basedOn w:val="a2"/>
    <w:link w:val="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2">
    <w:name w:val="标题 2 字符"/>
    <w:basedOn w:val="a2"/>
    <w:link w:val="2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2">
    <w:name w:val="标题 3 字符"/>
    <w:basedOn w:val="a2"/>
    <w:link w:val="3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a">
    <w:name w:val="Title"/>
    <w:basedOn w:val="a1"/>
    <w:next w:val="a1"/>
    <w:link w:val="ab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b">
    <w:name w:val="标题 字符"/>
    <w:basedOn w:val="a2"/>
    <w:link w:val="aa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c">
    <w:name w:val="Subtitle"/>
    <w:basedOn w:val="a1"/>
    <w:next w:val="a1"/>
    <w:link w:val="ad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d">
    <w:name w:val="副标题 字符"/>
    <w:basedOn w:val="a2"/>
    <w:link w:val="ac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e">
    <w:name w:val="List Paragraph"/>
    <w:basedOn w:val="a1"/>
    <w:uiPriority w:val="34"/>
    <w:qFormat/>
    <w:rsid w:val="00FC693F"/>
    <w:pPr>
      <w:ind w:left="720"/>
      <w:contextualSpacing/>
    </w:pPr>
  </w:style>
  <w:style w:type="paragraph" w:styleId="af">
    <w:name w:val="Body Text"/>
    <w:basedOn w:val="a1"/>
    <w:link w:val="af0"/>
    <w:uiPriority w:val="99"/>
    <w:unhideWhenUsed/>
    <w:rsid w:val="00AA1D8D"/>
    <w:pPr>
      <w:spacing w:after="120"/>
    </w:pPr>
  </w:style>
  <w:style w:type="character" w:customStyle="1" w:styleId="af0">
    <w:name w:val="正文文本 字符"/>
    <w:basedOn w:val="a2"/>
    <w:link w:val="af"/>
    <w:uiPriority w:val="99"/>
    <w:rsid w:val="00AA1D8D"/>
  </w:style>
  <w:style w:type="paragraph" w:styleId="23">
    <w:name w:val="Body Text 2"/>
    <w:basedOn w:val="a1"/>
    <w:link w:val="24"/>
    <w:uiPriority w:val="99"/>
    <w:unhideWhenUsed/>
    <w:rsid w:val="00AA1D8D"/>
    <w:pPr>
      <w:spacing w:after="120" w:line="480" w:lineRule="auto"/>
    </w:pPr>
  </w:style>
  <w:style w:type="character" w:customStyle="1" w:styleId="24">
    <w:name w:val="正文文本 2 字符"/>
    <w:basedOn w:val="a2"/>
    <w:link w:val="23"/>
    <w:uiPriority w:val="99"/>
    <w:rsid w:val="00AA1D8D"/>
  </w:style>
  <w:style w:type="paragraph" w:styleId="33">
    <w:name w:val="Body Text 3"/>
    <w:basedOn w:val="a1"/>
    <w:link w:val="34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34">
    <w:name w:val="正文文本 3 字符"/>
    <w:basedOn w:val="a2"/>
    <w:link w:val="33"/>
    <w:uiPriority w:val="99"/>
    <w:rsid w:val="00AA1D8D"/>
    <w:rPr>
      <w:sz w:val="16"/>
      <w:szCs w:val="16"/>
    </w:rPr>
  </w:style>
  <w:style w:type="paragraph" w:styleId="af1">
    <w:name w:val="List"/>
    <w:basedOn w:val="a1"/>
    <w:uiPriority w:val="99"/>
    <w:unhideWhenUsed/>
    <w:rsid w:val="00AA1D8D"/>
    <w:pPr>
      <w:ind w:left="360" w:hanging="360"/>
      <w:contextualSpacing/>
    </w:pPr>
  </w:style>
  <w:style w:type="paragraph" w:styleId="25">
    <w:name w:val="List 2"/>
    <w:basedOn w:val="a1"/>
    <w:uiPriority w:val="99"/>
    <w:unhideWhenUsed/>
    <w:rsid w:val="00326F90"/>
    <w:pPr>
      <w:ind w:left="720" w:hanging="360"/>
      <w:contextualSpacing/>
    </w:pPr>
  </w:style>
  <w:style w:type="paragraph" w:styleId="35">
    <w:name w:val="List 3"/>
    <w:basedOn w:val="a1"/>
    <w:uiPriority w:val="99"/>
    <w:unhideWhenUsed/>
    <w:rsid w:val="00326F90"/>
    <w:pPr>
      <w:ind w:left="1080" w:hanging="360"/>
      <w:contextualSpacing/>
    </w:pPr>
  </w:style>
  <w:style w:type="paragraph" w:styleId="a0">
    <w:name w:val="List Bullet"/>
    <w:basedOn w:val="a1"/>
    <w:uiPriority w:val="99"/>
    <w:unhideWhenUsed/>
    <w:rsid w:val="00326F90"/>
    <w:pPr>
      <w:numPr>
        <w:numId w:val="1"/>
      </w:numPr>
      <w:contextualSpacing/>
    </w:pPr>
  </w:style>
  <w:style w:type="paragraph" w:styleId="20">
    <w:name w:val="List Bullet 2"/>
    <w:basedOn w:val="a1"/>
    <w:uiPriority w:val="99"/>
    <w:unhideWhenUsed/>
    <w:rsid w:val="00326F90"/>
    <w:pPr>
      <w:numPr>
        <w:numId w:val="2"/>
      </w:numPr>
      <w:contextualSpacing/>
    </w:pPr>
  </w:style>
  <w:style w:type="paragraph" w:styleId="30">
    <w:name w:val="List Bullet 3"/>
    <w:basedOn w:val="a1"/>
    <w:uiPriority w:val="99"/>
    <w:unhideWhenUsed/>
    <w:rsid w:val="00326F90"/>
    <w:pPr>
      <w:numPr>
        <w:numId w:val="3"/>
      </w:numPr>
      <w:contextualSpacing/>
    </w:pPr>
  </w:style>
  <w:style w:type="paragraph" w:styleId="a">
    <w:name w:val="List Number"/>
    <w:basedOn w:val="a1"/>
    <w:uiPriority w:val="99"/>
    <w:unhideWhenUsed/>
    <w:rsid w:val="00326F90"/>
    <w:pPr>
      <w:numPr>
        <w:numId w:val="5"/>
      </w:numPr>
      <w:contextualSpacing/>
    </w:pPr>
  </w:style>
  <w:style w:type="paragraph" w:styleId="2">
    <w:name w:val="List Number 2"/>
    <w:basedOn w:val="a1"/>
    <w:uiPriority w:val="99"/>
    <w:unhideWhenUsed/>
    <w:rsid w:val="0029639D"/>
    <w:pPr>
      <w:numPr>
        <w:numId w:val="6"/>
      </w:numPr>
      <w:contextualSpacing/>
    </w:pPr>
  </w:style>
  <w:style w:type="paragraph" w:styleId="3">
    <w:name w:val="List Number 3"/>
    <w:basedOn w:val="a1"/>
    <w:uiPriority w:val="99"/>
    <w:unhideWhenUsed/>
    <w:rsid w:val="0029639D"/>
    <w:pPr>
      <w:numPr>
        <w:numId w:val="7"/>
      </w:numPr>
      <w:contextualSpacing/>
    </w:pPr>
  </w:style>
  <w:style w:type="paragraph" w:styleId="af2">
    <w:name w:val="List Continue"/>
    <w:basedOn w:val="a1"/>
    <w:uiPriority w:val="99"/>
    <w:unhideWhenUsed/>
    <w:rsid w:val="0029639D"/>
    <w:pPr>
      <w:spacing w:after="120"/>
      <w:ind w:left="360"/>
      <w:contextualSpacing/>
    </w:pPr>
  </w:style>
  <w:style w:type="paragraph" w:styleId="26">
    <w:name w:val="List Continue 2"/>
    <w:basedOn w:val="a1"/>
    <w:uiPriority w:val="99"/>
    <w:unhideWhenUsed/>
    <w:rsid w:val="0029639D"/>
    <w:pPr>
      <w:spacing w:after="120"/>
      <w:ind w:left="720"/>
      <w:contextualSpacing/>
    </w:pPr>
  </w:style>
  <w:style w:type="paragraph" w:styleId="36">
    <w:name w:val="List Continue 3"/>
    <w:basedOn w:val="a1"/>
    <w:uiPriority w:val="99"/>
    <w:unhideWhenUsed/>
    <w:rsid w:val="0029639D"/>
    <w:pPr>
      <w:spacing w:after="120"/>
      <w:ind w:left="1080"/>
      <w:contextualSpacing/>
    </w:pPr>
  </w:style>
  <w:style w:type="paragraph" w:styleId="af3">
    <w:name w:val="macro"/>
    <w:link w:val="af4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af4">
    <w:name w:val="宏文本 字符"/>
    <w:basedOn w:val="a2"/>
    <w:link w:val="af3"/>
    <w:uiPriority w:val="99"/>
    <w:rsid w:val="0029639D"/>
    <w:rPr>
      <w:rFonts w:ascii="Courier" w:hAnsi="Courier"/>
      <w:sz w:val="20"/>
      <w:szCs w:val="20"/>
    </w:rPr>
  </w:style>
  <w:style w:type="paragraph" w:styleId="af5">
    <w:name w:val="Quote"/>
    <w:basedOn w:val="a1"/>
    <w:next w:val="a1"/>
    <w:link w:val="af6"/>
    <w:uiPriority w:val="29"/>
    <w:qFormat/>
    <w:rsid w:val="00FC693F"/>
    <w:rPr>
      <w:i/>
      <w:iCs/>
      <w:color w:val="000000" w:themeColor="text1"/>
    </w:rPr>
  </w:style>
  <w:style w:type="character" w:customStyle="1" w:styleId="af6">
    <w:name w:val="引用 字符"/>
    <w:basedOn w:val="a2"/>
    <w:link w:val="af5"/>
    <w:uiPriority w:val="29"/>
    <w:rsid w:val="00FC693F"/>
    <w:rPr>
      <w:i/>
      <w:iCs/>
      <w:color w:val="000000" w:themeColor="text1"/>
    </w:rPr>
  </w:style>
  <w:style w:type="character" w:customStyle="1" w:styleId="40">
    <w:name w:val="标题 4 字符"/>
    <w:basedOn w:val="a2"/>
    <w:link w:val="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标题 5 字符"/>
    <w:basedOn w:val="a2"/>
    <w:link w:val="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标题 6 字符"/>
    <w:basedOn w:val="a2"/>
    <w:link w:val="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标题 7 字符"/>
    <w:basedOn w:val="a2"/>
    <w:link w:val="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标题 8 字符"/>
    <w:basedOn w:val="a2"/>
    <w:link w:val="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标题 9 字符"/>
    <w:basedOn w:val="a2"/>
    <w:link w:val="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f7">
    <w:name w:val="caption"/>
    <w:basedOn w:val="a1"/>
    <w:next w:val="a1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Cs w:val="18"/>
    </w:rPr>
  </w:style>
  <w:style w:type="character" w:styleId="af8">
    <w:name w:val="Strong"/>
    <w:basedOn w:val="a2"/>
    <w:uiPriority w:val="22"/>
    <w:qFormat/>
    <w:rsid w:val="00FC693F"/>
    <w:rPr>
      <w:b/>
      <w:bCs/>
    </w:rPr>
  </w:style>
  <w:style w:type="character" w:styleId="af9">
    <w:name w:val="Emphasis"/>
    <w:basedOn w:val="a2"/>
    <w:uiPriority w:val="20"/>
    <w:qFormat/>
    <w:rsid w:val="00FC693F"/>
    <w:rPr>
      <w:i/>
      <w:iCs/>
    </w:rPr>
  </w:style>
  <w:style w:type="paragraph" w:styleId="afa">
    <w:name w:val="Intense Quote"/>
    <w:basedOn w:val="a1"/>
    <w:next w:val="a1"/>
    <w:link w:val="afb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fb">
    <w:name w:val="明显引用 字符"/>
    <w:basedOn w:val="a2"/>
    <w:link w:val="afa"/>
    <w:uiPriority w:val="30"/>
    <w:rsid w:val="00FC693F"/>
    <w:rPr>
      <w:b/>
      <w:bCs/>
      <w:i/>
      <w:iCs/>
      <w:color w:val="4F81BD" w:themeColor="accent1"/>
    </w:rPr>
  </w:style>
  <w:style w:type="character" w:styleId="afc">
    <w:name w:val="Subtle Emphasis"/>
    <w:basedOn w:val="a2"/>
    <w:uiPriority w:val="19"/>
    <w:qFormat/>
    <w:rsid w:val="00FC693F"/>
    <w:rPr>
      <w:i/>
      <w:iCs/>
      <w:color w:val="808080" w:themeColor="text1" w:themeTint="7F"/>
    </w:rPr>
  </w:style>
  <w:style w:type="character" w:styleId="afd">
    <w:name w:val="Intense Emphasis"/>
    <w:basedOn w:val="a2"/>
    <w:uiPriority w:val="21"/>
    <w:qFormat/>
    <w:rsid w:val="00FC693F"/>
    <w:rPr>
      <w:b/>
      <w:bCs/>
      <w:i/>
      <w:iCs/>
      <w:color w:val="4F81BD" w:themeColor="accent1"/>
    </w:rPr>
  </w:style>
  <w:style w:type="character" w:styleId="afe">
    <w:name w:val="Subtle Reference"/>
    <w:basedOn w:val="a2"/>
    <w:uiPriority w:val="31"/>
    <w:qFormat/>
    <w:rsid w:val="00FC693F"/>
    <w:rPr>
      <w:smallCaps/>
      <w:color w:val="C0504D" w:themeColor="accent2"/>
      <w:u w:val="single"/>
    </w:rPr>
  </w:style>
  <w:style w:type="character" w:styleId="aff">
    <w:name w:val="Intense Reference"/>
    <w:basedOn w:val="a2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aff0">
    <w:name w:val="Book Title"/>
    <w:basedOn w:val="a2"/>
    <w:uiPriority w:val="33"/>
    <w:qFormat/>
    <w:rsid w:val="00FC693F"/>
    <w:rPr>
      <w:b/>
      <w:bCs/>
      <w:smallCaps/>
      <w:spacing w:val="5"/>
    </w:rPr>
  </w:style>
  <w:style w:type="paragraph" w:styleId="TOC">
    <w:name w:val="TOC Heading"/>
    <w:basedOn w:val="1"/>
    <w:next w:val="a1"/>
    <w:uiPriority w:val="39"/>
    <w:semiHidden/>
    <w:unhideWhenUsed/>
    <w:qFormat/>
    <w:rsid w:val="00FC693F"/>
    <w:pPr>
      <w:outlineLvl w:val="9"/>
    </w:pPr>
  </w:style>
  <w:style w:type="table" w:styleId="aff1">
    <w:name w:val="Table Grid"/>
    <w:basedOn w:val="a3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f2">
    <w:name w:val="Light Shading"/>
    <w:basedOn w:val="a3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1">
    <w:name w:val="Light Shading Accent 1"/>
    <w:basedOn w:val="a3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-2">
    <w:name w:val="Light Shading Accent 2"/>
    <w:basedOn w:val="a3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-3">
    <w:name w:val="Light Shading Accent 3"/>
    <w:basedOn w:val="a3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-4">
    <w:name w:val="Light Shading Accent 4"/>
    <w:basedOn w:val="a3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-5">
    <w:name w:val="Light Shading Accent 5"/>
    <w:basedOn w:val="a3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-6">
    <w:name w:val="Light Shading Accent 6"/>
    <w:basedOn w:val="a3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ff3">
    <w:name w:val="Light List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-10">
    <w:name w:val="Light List Accent 1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-20">
    <w:name w:val="Light List Accent 2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-30">
    <w:name w:val="Light List Accent 3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-40">
    <w:name w:val="Light List Accent 4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-50">
    <w:name w:val="Light List Accent 5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-60">
    <w:name w:val="Light List Accent 6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ff4">
    <w:name w:val="Light Grid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-11">
    <w:name w:val="Light Grid Accent 1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-21">
    <w:name w:val="Light Grid Accent 2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-31">
    <w:name w:val="Light Grid Accent 3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-41">
    <w:name w:val="Light Grid Accent 4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-51">
    <w:name w:val="Light Grid Accent 5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-61">
    <w:name w:val="Light Grid Accent 6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11">
    <w:name w:val="Medium Shading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2">
    <w:name w:val="Medium Shading 1 Accent 2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3">
    <w:name w:val="Medium Shading 1 Accent 3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4">
    <w:name w:val="Medium Shading 1 Accent 4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5">
    <w:name w:val="Medium Shading 1 Accent 5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6">
    <w:name w:val="Medium Shading 1 Accent 6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7">
    <w:name w:val="Medium Shading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1">
    <w:name w:val="Medium Shading 2 Accent 1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2">
    <w:name w:val="Medium Shading 2 Accent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3">
    <w:name w:val="Medium Shading 2 Accent 3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4">
    <w:name w:val="Medium Shading 2 Accent 4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5">
    <w:name w:val="Medium Shading 2 Accent 5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6">
    <w:name w:val="Medium Shading 2 Accent 6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2">
    <w:name w:val="Medium Lis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1-10">
    <w:name w:val="Medium List 1 Accen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1-20">
    <w:name w:val="Medium List 1 Accent 2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1-30">
    <w:name w:val="Medium List 1 Accent 3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1-40">
    <w:name w:val="Medium List 1 Accent 4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1-50">
    <w:name w:val="Medium List 1 Accent 5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1-60">
    <w:name w:val="Medium List 1 Accent 6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28">
    <w:name w:val="Medium Lis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10">
    <w:name w:val="Medium List 2 Accent 1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20">
    <w:name w:val="Medium List 2 Accen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30">
    <w:name w:val="Medium List 2 Accent 3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40">
    <w:name w:val="Medium List 2 Accent 4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50">
    <w:name w:val="Medium List 2 Accent 5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60">
    <w:name w:val="Medium List 2 Accent 6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3">
    <w:name w:val="Medium Grid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-11">
    <w:name w:val="Medium Grid 1 Accent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1-21">
    <w:name w:val="Medium Grid 1 Accent 2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-31">
    <w:name w:val="Medium Grid 1 Accent 3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-41">
    <w:name w:val="Medium Grid 1 Accent 4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-51">
    <w:name w:val="Medium Grid 1 Accent 5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-61">
    <w:name w:val="Medium Grid 1 Accent 6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29">
    <w:name w:val="Medium Grid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11">
    <w:name w:val="Medium Grid 2 Accent 1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21">
    <w:name w:val="Medium Grid 2 Accent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31">
    <w:name w:val="Medium Grid 2 Accent 3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41">
    <w:name w:val="Medium Grid 2 Accent 4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51">
    <w:name w:val="Medium Grid 2 Accent 5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61">
    <w:name w:val="Medium Grid 2 Accent 6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7">
    <w:name w:val="Medium Grid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3-1">
    <w:name w:val="Medium Grid 3 Accent 1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3-2">
    <w:name w:val="Medium Grid 3 Accent 2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3-3">
    <w:name w:val="Medium Grid 3 Accent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3-4">
    <w:name w:val="Medium Grid 3 Accent 4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3-5">
    <w:name w:val="Medium Grid 3 Accent 5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3-6">
    <w:name w:val="Medium Grid 3 Accent 6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aff5">
    <w:name w:val="Dark List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-12">
    <w:name w:val="Dark List Accent 1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-22">
    <w:name w:val="Dark List Accent 2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-32">
    <w:name w:val="Dark List Accent 3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-42">
    <w:name w:val="Dark List Accent 4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-52">
    <w:name w:val="Dark List Accent 5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-62">
    <w:name w:val="Dark List Accent 6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aff6">
    <w:name w:val="Colorful Shading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13">
    <w:name w:val="Colorful Shading Accent 1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23">
    <w:name w:val="Colorful Shading Accent 2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33">
    <w:name w:val="Colorful Shading Accent 3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3">
    <w:name w:val="Colorful Shading Accent 4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53">
    <w:name w:val="Colorful Shading Accent 5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63">
    <w:name w:val="Colorful Shading Accent 6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aff7">
    <w:name w:val="Colorful List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4">
    <w:name w:val="Colorful List Accent 1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-24">
    <w:name w:val="Colorful List Accent 2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-34">
    <w:name w:val="Colorful List Accent 3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-44">
    <w:name w:val="Colorful List Accent 4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-54">
    <w:name w:val="Colorful List Accent 5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-64">
    <w:name w:val="Colorful List Accent 6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aff8">
    <w:name w:val="Colorful Grid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-15">
    <w:name w:val="Colorful Grid Accent 1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-25">
    <w:name w:val="Colorful Grid Accent 2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-35">
    <w:name w:val="Colorful Grid Accent 3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5">
    <w:name w:val="Colorful Grid Accent 4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-55">
    <w:name w:val="Colorful Grid Accent 5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-65">
    <w:name w:val="Colorful Grid Accent 6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aff9">
    <w:name w:val="Hyperlink"/>
    <w:basedOn w:val="a2"/>
    <w:uiPriority w:val="99"/>
    <w:unhideWhenUsed/>
    <w:rsid w:val="00582B61"/>
    <w:rPr>
      <w:color w:val="0000FF" w:themeColor="hyperlink"/>
      <w:u w:val="single"/>
    </w:rPr>
  </w:style>
  <w:style w:type="character" w:styleId="affa">
    <w:name w:val="Unresolved Mention"/>
    <w:basedOn w:val="a2"/>
    <w:uiPriority w:val="99"/>
    <w:semiHidden/>
    <w:unhideWhenUsed/>
    <w:rsid w:val="00582B6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wmf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183</Words>
  <Characters>1046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1227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宁 张</cp:lastModifiedBy>
  <cp:revision>2</cp:revision>
  <cp:lastPrinted>2026-04-25T13:16:00Z</cp:lastPrinted>
  <dcterms:created xsi:type="dcterms:W3CDTF">2026-06-08T07:05:00Z</dcterms:created>
  <dcterms:modified xsi:type="dcterms:W3CDTF">2026-06-08T07:05:00Z</dcterms:modified>
  <cp:category/>
</cp:coreProperties>
</file>